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543852" w14:textId="77777777" w:rsidR="00047E74" w:rsidRPr="00D41F9F" w:rsidRDefault="00000000" w:rsidP="00D41F9F">
      <w:pPr>
        <w:pStyle w:val="Heading1"/>
        <w:spacing w:before="60" w:after="60"/>
        <w:rPr>
          <w:color w:val="000000" w:themeColor="text1"/>
          <w:sz w:val="36"/>
          <w:szCs w:val="36"/>
        </w:rPr>
      </w:pPr>
      <w:r w:rsidRPr="00D41F9F">
        <w:rPr>
          <w:color w:val="000000" w:themeColor="text1"/>
          <w:sz w:val="36"/>
          <w:szCs w:val="36"/>
        </w:rPr>
        <w:t>Comprehensive Change Request Template</w:t>
      </w:r>
    </w:p>
    <w:p w14:paraId="3DD288B0" w14:textId="77777777" w:rsidR="00D41F9F" w:rsidRDefault="00D41F9F">
      <w:pPr>
        <w:pStyle w:val="Heading2"/>
        <w:spacing w:before="60" w:after="60"/>
      </w:pPr>
    </w:p>
    <w:p w14:paraId="11F892BC" w14:textId="26AC5F58" w:rsidR="00047E74" w:rsidRPr="00D41F9F" w:rsidRDefault="00000000">
      <w:pPr>
        <w:pStyle w:val="Heading2"/>
        <w:spacing w:before="60" w:after="60"/>
        <w:rPr>
          <w:color w:val="000000" w:themeColor="text1"/>
          <w:sz w:val="28"/>
          <w:szCs w:val="28"/>
        </w:rPr>
      </w:pPr>
      <w:r w:rsidRPr="00D41F9F">
        <w:rPr>
          <w:color w:val="000000" w:themeColor="text1"/>
          <w:sz w:val="28"/>
          <w:szCs w:val="28"/>
        </w:rPr>
        <w:t>Change Request Information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93"/>
        <w:gridCol w:w="4063"/>
      </w:tblGrid>
      <w:tr w:rsidR="00047E74" w14:paraId="07E881E9" w14:textId="77777777">
        <w:tc>
          <w:tcPr>
            <w:tcW w:w="5400" w:type="dxa"/>
          </w:tcPr>
          <w:p w14:paraId="0821FA0A" w14:textId="77777777" w:rsidR="00047E74" w:rsidRPr="00D41F9F" w:rsidRDefault="00000000">
            <w:pPr>
              <w:spacing w:before="40" w:after="40"/>
              <w:rPr>
                <w:sz w:val="24"/>
                <w:szCs w:val="24"/>
              </w:rPr>
            </w:pPr>
            <w:r w:rsidRPr="00D41F9F">
              <w:rPr>
                <w:sz w:val="24"/>
                <w:szCs w:val="24"/>
              </w:rPr>
              <w:t>Change Request ID</w:t>
            </w:r>
          </w:p>
        </w:tc>
        <w:tc>
          <w:tcPr>
            <w:tcW w:w="5400" w:type="dxa"/>
          </w:tcPr>
          <w:p w14:paraId="1A81FD8B" w14:textId="77777777" w:rsidR="00047E74" w:rsidRPr="00D41F9F" w:rsidRDefault="00000000">
            <w:pPr>
              <w:spacing w:before="40" w:after="40"/>
              <w:rPr>
                <w:sz w:val="24"/>
                <w:szCs w:val="24"/>
              </w:rPr>
            </w:pPr>
            <w:r w:rsidRPr="00D41F9F">
              <w:rPr>
                <w:sz w:val="24"/>
                <w:szCs w:val="24"/>
              </w:rPr>
              <w:t>Enter details here...</w:t>
            </w:r>
          </w:p>
        </w:tc>
      </w:tr>
      <w:tr w:rsidR="00047E74" w14:paraId="4893C65D" w14:textId="77777777">
        <w:tc>
          <w:tcPr>
            <w:tcW w:w="5400" w:type="dxa"/>
          </w:tcPr>
          <w:p w14:paraId="7DCC74E6" w14:textId="77777777" w:rsidR="00047E74" w:rsidRPr="00D41F9F" w:rsidRDefault="00000000">
            <w:pPr>
              <w:spacing w:before="40" w:after="40"/>
              <w:rPr>
                <w:sz w:val="24"/>
                <w:szCs w:val="24"/>
              </w:rPr>
            </w:pPr>
            <w:r w:rsidRPr="00D41F9F">
              <w:rPr>
                <w:sz w:val="24"/>
                <w:szCs w:val="24"/>
              </w:rPr>
              <w:t>Date of Request</w:t>
            </w:r>
          </w:p>
        </w:tc>
        <w:tc>
          <w:tcPr>
            <w:tcW w:w="5400" w:type="dxa"/>
          </w:tcPr>
          <w:p w14:paraId="27AD90AB" w14:textId="77777777" w:rsidR="00047E74" w:rsidRPr="00D41F9F" w:rsidRDefault="00000000">
            <w:pPr>
              <w:spacing w:before="40" w:after="40"/>
              <w:rPr>
                <w:sz w:val="24"/>
                <w:szCs w:val="24"/>
              </w:rPr>
            </w:pPr>
            <w:r w:rsidRPr="00D41F9F">
              <w:rPr>
                <w:sz w:val="24"/>
                <w:szCs w:val="24"/>
              </w:rPr>
              <w:t>Enter details here...</w:t>
            </w:r>
          </w:p>
        </w:tc>
      </w:tr>
      <w:tr w:rsidR="00047E74" w14:paraId="164B53AD" w14:textId="77777777">
        <w:tc>
          <w:tcPr>
            <w:tcW w:w="5400" w:type="dxa"/>
          </w:tcPr>
          <w:p w14:paraId="682DBA3F" w14:textId="77777777" w:rsidR="00047E74" w:rsidRPr="00D41F9F" w:rsidRDefault="00000000">
            <w:pPr>
              <w:spacing w:before="40" w:after="40"/>
              <w:rPr>
                <w:sz w:val="24"/>
                <w:szCs w:val="24"/>
              </w:rPr>
            </w:pPr>
            <w:r w:rsidRPr="00D41F9F">
              <w:rPr>
                <w:sz w:val="24"/>
                <w:szCs w:val="24"/>
              </w:rPr>
              <w:t>Requested By</w:t>
            </w:r>
          </w:p>
        </w:tc>
        <w:tc>
          <w:tcPr>
            <w:tcW w:w="5400" w:type="dxa"/>
          </w:tcPr>
          <w:p w14:paraId="3D4EE245" w14:textId="77777777" w:rsidR="00047E74" w:rsidRPr="00D41F9F" w:rsidRDefault="00000000">
            <w:pPr>
              <w:spacing w:before="40" w:after="40"/>
              <w:rPr>
                <w:sz w:val="24"/>
                <w:szCs w:val="24"/>
              </w:rPr>
            </w:pPr>
            <w:r w:rsidRPr="00D41F9F">
              <w:rPr>
                <w:sz w:val="24"/>
                <w:szCs w:val="24"/>
              </w:rPr>
              <w:t>Enter details here...</w:t>
            </w:r>
          </w:p>
        </w:tc>
      </w:tr>
      <w:tr w:rsidR="00047E74" w14:paraId="374399DB" w14:textId="77777777">
        <w:tc>
          <w:tcPr>
            <w:tcW w:w="5400" w:type="dxa"/>
          </w:tcPr>
          <w:p w14:paraId="62D5C8D2" w14:textId="77777777" w:rsidR="00047E74" w:rsidRPr="00D41F9F" w:rsidRDefault="00000000">
            <w:pPr>
              <w:spacing w:before="40" w:after="40"/>
              <w:rPr>
                <w:sz w:val="24"/>
                <w:szCs w:val="24"/>
              </w:rPr>
            </w:pPr>
            <w:r w:rsidRPr="00D41F9F">
              <w:rPr>
                <w:sz w:val="24"/>
                <w:szCs w:val="24"/>
              </w:rPr>
              <w:t>Project Name</w:t>
            </w:r>
          </w:p>
        </w:tc>
        <w:tc>
          <w:tcPr>
            <w:tcW w:w="5400" w:type="dxa"/>
          </w:tcPr>
          <w:p w14:paraId="3E860A3D" w14:textId="77777777" w:rsidR="00047E74" w:rsidRPr="00D41F9F" w:rsidRDefault="00000000">
            <w:pPr>
              <w:spacing w:before="40" w:after="40"/>
              <w:rPr>
                <w:sz w:val="24"/>
                <w:szCs w:val="24"/>
              </w:rPr>
            </w:pPr>
            <w:r w:rsidRPr="00D41F9F">
              <w:rPr>
                <w:sz w:val="24"/>
                <w:szCs w:val="24"/>
              </w:rPr>
              <w:t>Enter details here...</w:t>
            </w:r>
          </w:p>
        </w:tc>
      </w:tr>
      <w:tr w:rsidR="00047E74" w14:paraId="110DAAFA" w14:textId="77777777">
        <w:tc>
          <w:tcPr>
            <w:tcW w:w="5400" w:type="dxa"/>
          </w:tcPr>
          <w:p w14:paraId="37723C47" w14:textId="77777777" w:rsidR="00047E74" w:rsidRPr="00D41F9F" w:rsidRDefault="00000000">
            <w:pPr>
              <w:spacing w:before="40" w:after="40"/>
              <w:rPr>
                <w:sz w:val="24"/>
                <w:szCs w:val="24"/>
              </w:rPr>
            </w:pPr>
            <w:r w:rsidRPr="00D41F9F">
              <w:rPr>
                <w:sz w:val="24"/>
                <w:szCs w:val="24"/>
              </w:rPr>
              <w:t>Priority (High/Medium/Low)</w:t>
            </w:r>
          </w:p>
        </w:tc>
        <w:tc>
          <w:tcPr>
            <w:tcW w:w="5400" w:type="dxa"/>
          </w:tcPr>
          <w:p w14:paraId="347F41D7" w14:textId="77777777" w:rsidR="00047E74" w:rsidRPr="00D41F9F" w:rsidRDefault="00000000">
            <w:pPr>
              <w:spacing w:before="40" w:after="40"/>
              <w:rPr>
                <w:sz w:val="24"/>
                <w:szCs w:val="24"/>
              </w:rPr>
            </w:pPr>
            <w:r w:rsidRPr="00D41F9F">
              <w:rPr>
                <w:sz w:val="24"/>
                <w:szCs w:val="24"/>
              </w:rPr>
              <w:t>Enter details here...</w:t>
            </w:r>
          </w:p>
        </w:tc>
      </w:tr>
      <w:tr w:rsidR="00047E74" w14:paraId="36C81B95" w14:textId="77777777">
        <w:tc>
          <w:tcPr>
            <w:tcW w:w="5400" w:type="dxa"/>
          </w:tcPr>
          <w:p w14:paraId="5464F270" w14:textId="77777777" w:rsidR="00047E74" w:rsidRPr="00D41F9F" w:rsidRDefault="00000000">
            <w:pPr>
              <w:spacing w:before="40" w:after="40"/>
              <w:rPr>
                <w:sz w:val="24"/>
                <w:szCs w:val="24"/>
              </w:rPr>
            </w:pPr>
            <w:r w:rsidRPr="00D41F9F">
              <w:rPr>
                <w:sz w:val="24"/>
                <w:szCs w:val="24"/>
              </w:rPr>
              <w:t>Type of Change (Scope/Timeline/Budget/Other)</w:t>
            </w:r>
          </w:p>
        </w:tc>
        <w:tc>
          <w:tcPr>
            <w:tcW w:w="5400" w:type="dxa"/>
          </w:tcPr>
          <w:p w14:paraId="3FB5A6AD" w14:textId="77777777" w:rsidR="00047E74" w:rsidRPr="00D41F9F" w:rsidRDefault="00000000">
            <w:pPr>
              <w:spacing w:before="40" w:after="40"/>
              <w:rPr>
                <w:sz w:val="24"/>
                <w:szCs w:val="24"/>
              </w:rPr>
            </w:pPr>
            <w:r w:rsidRPr="00D41F9F">
              <w:rPr>
                <w:sz w:val="24"/>
                <w:szCs w:val="24"/>
              </w:rPr>
              <w:t>Enter details here...</w:t>
            </w:r>
          </w:p>
        </w:tc>
      </w:tr>
      <w:tr w:rsidR="00047E74" w14:paraId="34BBF5B1" w14:textId="77777777">
        <w:tc>
          <w:tcPr>
            <w:tcW w:w="5400" w:type="dxa"/>
          </w:tcPr>
          <w:p w14:paraId="35D6E9B6" w14:textId="77777777" w:rsidR="00047E74" w:rsidRPr="00D41F9F" w:rsidRDefault="00000000">
            <w:pPr>
              <w:spacing w:before="40" w:after="40"/>
              <w:rPr>
                <w:sz w:val="24"/>
                <w:szCs w:val="24"/>
              </w:rPr>
            </w:pPr>
            <w:r w:rsidRPr="00D41F9F">
              <w:rPr>
                <w:sz w:val="24"/>
                <w:szCs w:val="24"/>
              </w:rPr>
              <w:t>Brief Description</w:t>
            </w:r>
          </w:p>
        </w:tc>
        <w:tc>
          <w:tcPr>
            <w:tcW w:w="5400" w:type="dxa"/>
          </w:tcPr>
          <w:p w14:paraId="10D0C901" w14:textId="77777777" w:rsidR="00047E74" w:rsidRPr="00D41F9F" w:rsidRDefault="00000000">
            <w:pPr>
              <w:spacing w:before="40" w:after="40"/>
              <w:rPr>
                <w:sz w:val="24"/>
                <w:szCs w:val="24"/>
              </w:rPr>
            </w:pPr>
            <w:r w:rsidRPr="00D41F9F">
              <w:rPr>
                <w:sz w:val="24"/>
                <w:szCs w:val="24"/>
              </w:rPr>
              <w:t>Enter details here...</w:t>
            </w:r>
          </w:p>
        </w:tc>
      </w:tr>
      <w:tr w:rsidR="00047E74" w14:paraId="51111BA4" w14:textId="77777777">
        <w:tc>
          <w:tcPr>
            <w:tcW w:w="5400" w:type="dxa"/>
          </w:tcPr>
          <w:p w14:paraId="29CD6856" w14:textId="77777777" w:rsidR="00047E74" w:rsidRPr="00D41F9F" w:rsidRDefault="00000000">
            <w:pPr>
              <w:spacing w:before="40" w:after="40"/>
              <w:rPr>
                <w:sz w:val="24"/>
                <w:szCs w:val="24"/>
              </w:rPr>
            </w:pPr>
            <w:r w:rsidRPr="00D41F9F">
              <w:rPr>
                <w:sz w:val="24"/>
                <w:szCs w:val="24"/>
              </w:rPr>
              <w:t>Reason for Change</w:t>
            </w:r>
          </w:p>
        </w:tc>
        <w:tc>
          <w:tcPr>
            <w:tcW w:w="5400" w:type="dxa"/>
          </w:tcPr>
          <w:p w14:paraId="48286756" w14:textId="77777777" w:rsidR="00047E74" w:rsidRPr="00D41F9F" w:rsidRDefault="00000000">
            <w:pPr>
              <w:spacing w:before="40" w:after="40"/>
              <w:rPr>
                <w:sz w:val="24"/>
                <w:szCs w:val="24"/>
              </w:rPr>
            </w:pPr>
            <w:r w:rsidRPr="00D41F9F">
              <w:rPr>
                <w:sz w:val="24"/>
                <w:szCs w:val="24"/>
              </w:rPr>
              <w:t>Enter details here...</w:t>
            </w:r>
          </w:p>
        </w:tc>
      </w:tr>
    </w:tbl>
    <w:p w14:paraId="1CFE1BBD" w14:textId="5B7ADE0D" w:rsidR="00D41F9F" w:rsidRPr="00D41F9F" w:rsidRDefault="00000000" w:rsidP="00D41F9F">
      <w:pPr>
        <w:pStyle w:val="Heading2"/>
        <w:spacing w:before="60" w:after="60"/>
        <w:rPr>
          <w:color w:val="000000" w:themeColor="text1"/>
          <w:sz w:val="28"/>
          <w:szCs w:val="28"/>
        </w:rPr>
      </w:pPr>
      <w:r w:rsidRPr="00D41F9F">
        <w:rPr>
          <w:color w:val="000000" w:themeColor="text1"/>
          <w:sz w:val="28"/>
          <w:szCs w:val="28"/>
        </w:rPr>
        <w:t>Impact Analysis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6"/>
        <w:gridCol w:w="4070"/>
      </w:tblGrid>
      <w:tr w:rsidR="00047E74" w14:paraId="6F4AD396" w14:textId="77777777" w:rsidTr="00D41F9F">
        <w:tc>
          <w:tcPr>
            <w:tcW w:w="4786" w:type="dxa"/>
          </w:tcPr>
          <w:p w14:paraId="75E6DC82" w14:textId="2BB6DC41" w:rsidR="00047E74" w:rsidRPr="00D41F9F" w:rsidRDefault="00000000">
            <w:pPr>
              <w:spacing w:before="40" w:after="40"/>
              <w:rPr>
                <w:sz w:val="24"/>
                <w:szCs w:val="24"/>
              </w:rPr>
            </w:pPr>
            <w:r w:rsidRPr="00D41F9F">
              <w:rPr>
                <w:sz w:val="24"/>
                <w:szCs w:val="24"/>
              </w:rPr>
              <w:t>Impact on Budget (Estimated Cost Change)</w:t>
            </w:r>
            <w:r w:rsidR="00D41F9F">
              <w:rPr>
                <w:sz w:val="24"/>
                <w:szCs w:val="24"/>
              </w:rPr>
              <w:t xml:space="preserve"> </w:t>
            </w:r>
          </w:p>
        </w:tc>
        <w:tc>
          <w:tcPr>
            <w:tcW w:w="4070" w:type="dxa"/>
          </w:tcPr>
          <w:p w14:paraId="34A66A5A" w14:textId="77777777" w:rsidR="00047E74" w:rsidRPr="00D41F9F" w:rsidRDefault="00000000">
            <w:pPr>
              <w:spacing w:before="40" w:after="40"/>
              <w:rPr>
                <w:sz w:val="24"/>
                <w:szCs w:val="24"/>
              </w:rPr>
            </w:pPr>
            <w:r w:rsidRPr="00D41F9F">
              <w:rPr>
                <w:sz w:val="24"/>
                <w:szCs w:val="24"/>
              </w:rPr>
              <w:t>Enter details here...</w:t>
            </w:r>
          </w:p>
        </w:tc>
      </w:tr>
      <w:tr w:rsidR="00047E74" w14:paraId="070CD0E6" w14:textId="77777777" w:rsidTr="00D41F9F">
        <w:tc>
          <w:tcPr>
            <w:tcW w:w="4786" w:type="dxa"/>
          </w:tcPr>
          <w:p w14:paraId="24A419FB" w14:textId="77777777" w:rsidR="00047E74" w:rsidRPr="00D41F9F" w:rsidRDefault="00000000">
            <w:pPr>
              <w:spacing w:before="40" w:after="40"/>
              <w:rPr>
                <w:sz w:val="24"/>
                <w:szCs w:val="24"/>
              </w:rPr>
            </w:pPr>
            <w:r w:rsidRPr="00D41F9F">
              <w:rPr>
                <w:sz w:val="24"/>
                <w:szCs w:val="24"/>
              </w:rPr>
              <w:t>Impact on Timeline (Proposed New End Date)</w:t>
            </w:r>
          </w:p>
        </w:tc>
        <w:tc>
          <w:tcPr>
            <w:tcW w:w="4070" w:type="dxa"/>
          </w:tcPr>
          <w:p w14:paraId="468568A8" w14:textId="77777777" w:rsidR="00047E74" w:rsidRPr="00D41F9F" w:rsidRDefault="00000000">
            <w:pPr>
              <w:spacing w:before="40" w:after="40"/>
              <w:rPr>
                <w:sz w:val="24"/>
                <w:szCs w:val="24"/>
              </w:rPr>
            </w:pPr>
            <w:r w:rsidRPr="00D41F9F">
              <w:rPr>
                <w:sz w:val="24"/>
                <w:szCs w:val="24"/>
              </w:rPr>
              <w:t>Enter details here...</w:t>
            </w:r>
          </w:p>
        </w:tc>
      </w:tr>
      <w:tr w:rsidR="00047E74" w14:paraId="49E4F36E" w14:textId="77777777" w:rsidTr="00D41F9F">
        <w:tc>
          <w:tcPr>
            <w:tcW w:w="4786" w:type="dxa"/>
          </w:tcPr>
          <w:p w14:paraId="11B6AF32" w14:textId="77777777" w:rsidR="00047E74" w:rsidRPr="00D41F9F" w:rsidRDefault="00000000">
            <w:pPr>
              <w:spacing w:before="40" w:after="40"/>
              <w:rPr>
                <w:sz w:val="24"/>
                <w:szCs w:val="24"/>
              </w:rPr>
            </w:pPr>
            <w:r w:rsidRPr="00D41F9F">
              <w:rPr>
                <w:sz w:val="24"/>
                <w:szCs w:val="24"/>
              </w:rPr>
              <w:t>Impact on Scope (Describe Changes to Deliverables)</w:t>
            </w:r>
          </w:p>
        </w:tc>
        <w:tc>
          <w:tcPr>
            <w:tcW w:w="4070" w:type="dxa"/>
          </w:tcPr>
          <w:p w14:paraId="286BC803" w14:textId="77777777" w:rsidR="00047E74" w:rsidRPr="00D41F9F" w:rsidRDefault="00000000">
            <w:pPr>
              <w:spacing w:before="40" w:after="40"/>
              <w:rPr>
                <w:sz w:val="24"/>
                <w:szCs w:val="24"/>
              </w:rPr>
            </w:pPr>
            <w:r w:rsidRPr="00D41F9F">
              <w:rPr>
                <w:sz w:val="24"/>
                <w:szCs w:val="24"/>
              </w:rPr>
              <w:t>Enter details here...</w:t>
            </w:r>
          </w:p>
        </w:tc>
      </w:tr>
      <w:tr w:rsidR="00047E74" w14:paraId="6D33B044" w14:textId="77777777" w:rsidTr="00D41F9F">
        <w:tc>
          <w:tcPr>
            <w:tcW w:w="4786" w:type="dxa"/>
          </w:tcPr>
          <w:p w14:paraId="6F5BA2B7" w14:textId="77777777" w:rsidR="00047E74" w:rsidRPr="00D41F9F" w:rsidRDefault="00000000">
            <w:pPr>
              <w:spacing w:before="40" w:after="40"/>
              <w:rPr>
                <w:sz w:val="24"/>
                <w:szCs w:val="24"/>
              </w:rPr>
            </w:pPr>
            <w:r w:rsidRPr="00D41F9F">
              <w:rPr>
                <w:sz w:val="24"/>
                <w:szCs w:val="24"/>
              </w:rPr>
              <w:t>Impact on Resources (Personnel, Equipment, etc.)</w:t>
            </w:r>
          </w:p>
        </w:tc>
        <w:tc>
          <w:tcPr>
            <w:tcW w:w="4070" w:type="dxa"/>
          </w:tcPr>
          <w:p w14:paraId="297E4BEE" w14:textId="77777777" w:rsidR="00047E74" w:rsidRPr="00D41F9F" w:rsidRDefault="00000000">
            <w:pPr>
              <w:spacing w:before="40" w:after="40"/>
              <w:rPr>
                <w:sz w:val="24"/>
                <w:szCs w:val="24"/>
              </w:rPr>
            </w:pPr>
            <w:r w:rsidRPr="00D41F9F">
              <w:rPr>
                <w:sz w:val="24"/>
                <w:szCs w:val="24"/>
              </w:rPr>
              <w:t>Enter details here...</w:t>
            </w:r>
          </w:p>
        </w:tc>
      </w:tr>
      <w:tr w:rsidR="00047E74" w14:paraId="3783A0AD" w14:textId="77777777" w:rsidTr="00D41F9F">
        <w:tc>
          <w:tcPr>
            <w:tcW w:w="4786" w:type="dxa"/>
          </w:tcPr>
          <w:p w14:paraId="72FE137E" w14:textId="77777777" w:rsidR="00047E74" w:rsidRPr="00D41F9F" w:rsidRDefault="00000000">
            <w:pPr>
              <w:spacing w:before="40" w:after="40"/>
              <w:rPr>
                <w:sz w:val="24"/>
                <w:szCs w:val="24"/>
              </w:rPr>
            </w:pPr>
            <w:r w:rsidRPr="00D41F9F">
              <w:rPr>
                <w:sz w:val="24"/>
                <w:szCs w:val="24"/>
              </w:rPr>
              <w:t>Additional Impacts or Risks</w:t>
            </w:r>
          </w:p>
        </w:tc>
        <w:tc>
          <w:tcPr>
            <w:tcW w:w="4070" w:type="dxa"/>
          </w:tcPr>
          <w:p w14:paraId="183EAD1B" w14:textId="77777777" w:rsidR="00047E74" w:rsidRPr="00D41F9F" w:rsidRDefault="00000000">
            <w:pPr>
              <w:spacing w:before="40" w:after="40"/>
              <w:rPr>
                <w:sz w:val="24"/>
                <w:szCs w:val="24"/>
              </w:rPr>
            </w:pPr>
            <w:r w:rsidRPr="00D41F9F">
              <w:rPr>
                <w:sz w:val="24"/>
                <w:szCs w:val="24"/>
              </w:rPr>
              <w:t>Enter details here...</w:t>
            </w:r>
          </w:p>
        </w:tc>
      </w:tr>
    </w:tbl>
    <w:p w14:paraId="5DDA56F1" w14:textId="73DF6043" w:rsidR="00047E74" w:rsidRPr="00D41F9F" w:rsidRDefault="00000000" w:rsidP="00D41F9F">
      <w:pPr>
        <w:pStyle w:val="Heading2"/>
        <w:spacing w:before="60" w:after="60"/>
        <w:rPr>
          <w:color w:val="000000" w:themeColor="text1"/>
          <w:sz w:val="28"/>
          <w:szCs w:val="28"/>
        </w:rPr>
      </w:pPr>
      <w:r w:rsidRPr="00D41F9F">
        <w:rPr>
          <w:color w:val="000000" w:themeColor="text1"/>
          <w:sz w:val="28"/>
          <w:szCs w:val="28"/>
        </w:rPr>
        <w:t>Proposed Solution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6"/>
        <w:gridCol w:w="4070"/>
      </w:tblGrid>
      <w:tr w:rsidR="00047E74" w:rsidRPr="00D41F9F" w14:paraId="1D60D21C" w14:textId="77777777" w:rsidTr="00D41F9F">
        <w:tc>
          <w:tcPr>
            <w:tcW w:w="4786" w:type="dxa"/>
          </w:tcPr>
          <w:p w14:paraId="1C4653BD" w14:textId="77777777" w:rsidR="00047E74" w:rsidRPr="00D41F9F" w:rsidRDefault="00000000">
            <w:pPr>
              <w:spacing w:before="40" w:after="40"/>
              <w:rPr>
                <w:sz w:val="24"/>
                <w:szCs w:val="24"/>
              </w:rPr>
            </w:pPr>
            <w:r w:rsidRPr="00D41F9F">
              <w:rPr>
                <w:sz w:val="24"/>
                <w:szCs w:val="24"/>
              </w:rPr>
              <w:t>Proposed Action Plan</w:t>
            </w:r>
          </w:p>
        </w:tc>
        <w:tc>
          <w:tcPr>
            <w:tcW w:w="4070" w:type="dxa"/>
          </w:tcPr>
          <w:p w14:paraId="51073A9F" w14:textId="77777777" w:rsidR="00047E74" w:rsidRPr="00D41F9F" w:rsidRDefault="00000000">
            <w:pPr>
              <w:spacing w:before="40" w:after="40"/>
              <w:rPr>
                <w:sz w:val="24"/>
                <w:szCs w:val="24"/>
              </w:rPr>
            </w:pPr>
            <w:r w:rsidRPr="00D41F9F">
              <w:rPr>
                <w:sz w:val="24"/>
                <w:szCs w:val="24"/>
              </w:rPr>
              <w:t>Enter details here...</w:t>
            </w:r>
          </w:p>
        </w:tc>
      </w:tr>
      <w:tr w:rsidR="00047E74" w:rsidRPr="00D41F9F" w14:paraId="5150ABB1" w14:textId="77777777" w:rsidTr="00D41F9F">
        <w:tc>
          <w:tcPr>
            <w:tcW w:w="4786" w:type="dxa"/>
          </w:tcPr>
          <w:p w14:paraId="266948AD" w14:textId="77777777" w:rsidR="00047E74" w:rsidRPr="00D41F9F" w:rsidRDefault="00000000">
            <w:pPr>
              <w:spacing w:before="40" w:after="40"/>
              <w:rPr>
                <w:sz w:val="24"/>
                <w:szCs w:val="24"/>
              </w:rPr>
            </w:pPr>
            <w:r w:rsidRPr="00D41F9F">
              <w:rPr>
                <w:sz w:val="24"/>
                <w:szCs w:val="24"/>
              </w:rPr>
              <w:t>Estimated Cost of Solution</w:t>
            </w:r>
          </w:p>
        </w:tc>
        <w:tc>
          <w:tcPr>
            <w:tcW w:w="4070" w:type="dxa"/>
          </w:tcPr>
          <w:p w14:paraId="3015D9C8" w14:textId="77777777" w:rsidR="00047E74" w:rsidRPr="00D41F9F" w:rsidRDefault="00000000">
            <w:pPr>
              <w:spacing w:before="40" w:after="40"/>
              <w:rPr>
                <w:sz w:val="24"/>
                <w:szCs w:val="24"/>
              </w:rPr>
            </w:pPr>
            <w:r w:rsidRPr="00D41F9F">
              <w:rPr>
                <w:sz w:val="24"/>
                <w:szCs w:val="24"/>
              </w:rPr>
              <w:t>Enter details here...</w:t>
            </w:r>
          </w:p>
        </w:tc>
      </w:tr>
      <w:tr w:rsidR="00047E74" w:rsidRPr="00D41F9F" w14:paraId="29FA4470" w14:textId="77777777" w:rsidTr="00D41F9F">
        <w:tc>
          <w:tcPr>
            <w:tcW w:w="4786" w:type="dxa"/>
          </w:tcPr>
          <w:p w14:paraId="1ED77D92" w14:textId="77777777" w:rsidR="00047E74" w:rsidRPr="00D41F9F" w:rsidRDefault="00000000">
            <w:pPr>
              <w:spacing w:before="40" w:after="40"/>
              <w:rPr>
                <w:sz w:val="24"/>
                <w:szCs w:val="24"/>
              </w:rPr>
            </w:pPr>
            <w:r w:rsidRPr="00D41F9F">
              <w:rPr>
                <w:sz w:val="24"/>
                <w:szCs w:val="24"/>
              </w:rPr>
              <w:t>Estimated Timeframe for Implementation</w:t>
            </w:r>
          </w:p>
        </w:tc>
        <w:tc>
          <w:tcPr>
            <w:tcW w:w="4070" w:type="dxa"/>
          </w:tcPr>
          <w:p w14:paraId="4BF8FC77" w14:textId="77777777" w:rsidR="00047E74" w:rsidRPr="00D41F9F" w:rsidRDefault="00000000">
            <w:pPr>
              <w:spacing w:before="40" w:after="40"/>
              <w:rPr>
                <w:sz w:val="24"/>
                <w:szCs w:val="24"/>
              </w:rPr>
            </w:pPr>
            <w:r w:rsidRPr="00D41F9F">
              <w:rPr>
                <w:sz w:val="24"/>
                <w:szCs w:val="24"/>
              </w:rPr>
              <w:t>Enter details here...</w:t>
            </w:r>
          </w:p>
        </w:tc>
      </w:tr>
    </w:tbl>
    <w:p w14:paraId="0120430D" w14:textId="77777777" w:rsidR="00047E74" w:rsidRPr="00D41F9F" w:rsidRDefault="00000000">
      <w:pPr>
        <w:pStyle w:val="Heading2"/>
        <w:spacing w:before="60" w:after="60"/>
        <w:rPr>
          <w:color w:val="000000" w:themeColor="text1"/>
          <w:sz w:val="28"/>
          <w:szCs w:val="28"/>
        </w:rPr>
      </w:pPr>
      <w:r w:rsidRPr="00D41F9F">
        <w:rPr>
          <w:color w:val="000000" w:themeColor="text1"/>
          <w:sz w:val="28"/>
          <w:szCs w:val="28"/>
        </w:rPr>
        <w:t>Approval and Authorization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6"/>
        <w:gridCol w:w="4070"/>
      </w:tblGrid>
      <w:tr w:rsidR="00047E74" w14:paraId="6B2BFAFB" w14:textId="77777777" w:rsidTr="00D41F9F">
        <w:tc>
          <w:tcPr>
            <w:tcW w:w="4786" w:type="dxa"/>
          </w:tcPr>
          <w:p w14:paraId="4DB8EC57" w14:textId="77777777" w:rsidR="00047E74" w:rsidRPr="00D41F9F" w:rsidRDefault="00000000">
            <w:pPr>
              <w:spacing w:before="40" w:after="40"/>
              <w:rPr>
                <w:sz w:val="24"/>
                <w:szCs w:val="24"/>
              </w:rPr>
            </w:pPr>
            <w:r w:rsidRPr="00D41F9F">
              <w:rPr>
                <w:sz w:val="24"/>
                <w:szCs w:val="24"/>
              </w:rPr>
              <w:t>Approved By (Name and Role)</w:t>
            </w:r>
          </w:p>
        </w:tc>
        <w:tc>
          <w:tcPr>
            <w:tcW w:w="4070" w:type="dxa"/>
          </w:tcPr>
          <w:p w14:paraId="4A4F9C4C" w14:textId="77777777" w:rsidR="00047E74" w:rsidRPr="00D41F9F" w:rsidRDefault="00000000">
            <w:pPr>
              <w:spacing w:before="40" w:after="40"/>
              <w:rPr>
                <w:sz w:val="24"/>
                <w:szCs w:val="24"/>
              </w:rPr>
            </w:pPr>
            <w:r w:rsidRPr="00D41F9F">
              <w:rPr>
                <w:sz w:val="24"/>
                <w:szCs w:val="24"/>
              </w:rPr>
              <w:t>Enter details here...</w:t>
            </w:r>
          </w:p>
        </w:tc>
      </w:tr>
      <w:tr w:rsidR="00047E74" w14:paraId="0DF4F24C" w14:textId="77777777" w:rsidTr="00D41F9F">
        <w:tc>
          <w:tcPr>
            <w:tcW w:w="4786" w:type="dxa"/>
          </w:tcPr>
          <w:p w14:paraId="11485431" w14:textId="77777777" w:rsidR="00047E74" w:rsidRPr="00D41F9F" w:rsidRDefault="00000000">
            <w:pPr>
              <w:spacing w:before="40" w:after="40"/>
              <w:rPr>
                <w:sz w:val="24"/>
                <w:szCs w:val="24"/>
              </w:rPr>
            </w:pPr>
            <w:r w:rsidRPr="00D41F9F">
              <w:rPr>
                <w:sz w:val="24"/>
                <w:szCs w:val="24"/>
              </w:rPr>
              <w:t>Approval Date</w:t>
            </w:r>
          </w:p>
        </w:tc>
        <w:tc>
          <w:tcPr>
            <w:tcW w:w="4070" w:type="dxa"/>
          </w:tcPr>
          <w:p w14:paraId="1ED28996" w14:textId="77777777" w:rsidR="00047E74" w:rsidRPr="00D41F9F" w:rsidRDefault="00000000">
            <w:pPr>
              <w:spacing w:before="40" w:after="40"/>
              <w:rPr>
                <w:sz w:val="24"/>
                <w:szCs w:val="24"/>
              </w:rPr>
            </w:pPr>
            <w:r w:rsidRPr="00D41F9F">
              <w:rPr>
                <w:sz w:val="24"/>
                <w:szCs w:val="24"/>
              </w:rPr>
              <w:t>Enter details here...</w:t>
            </w:r>
          </w:p>
        </w:tc>
      </w:tr>
      <w:tr w:rsidR="00047E74" w14:paraId="3E80E89F" w14:textId="77777777" w:rsidTr="00D41F9F">
        <w:tc>
          <w:tcPr>
            <w:tcW w:w="4786" w:type="dxa"/>
          </w:tcPr>
          <w:p w14:paraId="090006EF" w14:textId="77777777" w:rsidR="00047E74" w:rsidRPr="00D41F9F" w:rsidRDefault="00000000">
            <w:pPr>
              <w:spacing w:before="40" w:after="40"/>
              <w:rPr>
                <w:sz w:val="24"/>
                <w:szCs w:val="24"/>
              </w:rPr>
            </w:pPr>
            <w:r w:rsidRPr="00D41F9F">
              <w:rPr>
                <w:sz w:val="24"/>
                <w:szCs w:val="24"/>
              </w:rPr>
              <w:t>Approval Status (Approved/Rejected/Needs Revision)</w:t>
            </w:r>
          </w:p>
        </w:tc>
        <w:tc>
          <w:tcPr>
            <w:tcW w:w="4070" w:type="dxa"/>
          </w:tcPr>
          <w:p w14:paraId="6116B093" w14:textId="77777777" w:rsidR="00047E74" w:rsidRPr="00D41F9F" w:rsidRDefault="00000000">
            <w:pPr>
              <w:spacing w:before="40" w:after="40"/>
              <w:rPr>
                <w:sz w:val="24"/>
                <w:szCs w:val="24"/>
              </w:rPr>
            </w:pPr>
            <w:r w:rsidRPr="00D41F9F">
              <w:rPr>
                <w:sz w:val="24"/>
                <w:szCs w:val="24"/>
              </w:rPr>
              <w:t>Enter details here...</w:t>
            </w:r>
          </w:p>
        </w:tc>
      </w:tr>
      <w:tr w:rsidR="00047E74" w14:paraId="15458127" w14:textId="77777777" w:rsidTr="00D41F9F">
        <w:tc>
          <w:tcPr>
            <w:tcW w:w="4786" w:type="dxa"/>
          </w:tcPr>
          <w:p w14:paraId="7268E0D8" w14:textId="77777777" w:rsidR="00047E74" w:rsidRPr="00D41F9F" w:rsidRDefault="00000000">
            <w:pPr>
              <w:spacing w:before="40" w:after="40"/>
              <w:rPr>
                <w:sz w:val="24"/>
                <w:szCs w:val="24"/>
              </w:rPr>
            </w:pPr>
            <w:r w:rsidRPr="00D41F9F">
              <w:rPr>
                <w:sz w:val="24"/>
                <w:szCs w:val="24"/>
              </w:rPr>
              <w:t>Comments/Conditions</w:t>
            </w:r>
          </w:p>
        </w:tc>
        <w:tc>
          <w:tcPr>
            <w:tcW w:w="4070" w:type="dxa"/>
          </w:tcPr>
          <w:p w14:paraId="3C86AA71" w14:textId="77777777" w:rsidR="00047E74" w:rsidRPr="00D41F9F" w:rsidRDefault="00000000">
            <w:pPr>
              <w:spacing w:before="40" w:after="40"/>
              <w:rPr>
                <w:sz w:val="24"/>
                <w:szCs w:val="24"/>
              </w:rPr>
            </w:pPr>
            <w:r w:rsidRPr="00D41F9F">
              <w:rPr>
                <w:sz w:val="24"/>
                <w:szCs w:val="24"/>
              </w:rPr>
              <w:t>Enter details here...</w:t>
            </w:r>
          </w:p>
        </w:tc>
      </w:tr>
    </w:tbl>
    <w:p w14:paraId="26786F50" w14:textId="77777777" w:rsidR="002F35AF" w:rsidRDefault="002F35AF"/>
    <w:sectPr w:rsidR="002F35AF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HGGothicM">
    <w:altName w:val="HGｺﾞｼｯｸM"/>
    <w:panose1 w:val="020B0604020202020204"/>
    <w:charset w:val="80"/>
    <w:family w:val="roman"/>
    <w:notTrueType/>
    <w:pitch w:val="default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79911088"/>
    <w:multiLevelType w:val="hybridMultilevel"/>
    <w:tmpl w:val="B89254AA"/>
    <w:lvl w:ilvl="0" w:tplc="5ED0EE4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8161272">
    <w:abstractNumId w:val="8"/>
  </w:num>
  <w:num w:numId="2" w16cid:durableId="523204285">
    <w:abstractNumId w:val="6"/>
  </w:num>
  <w:num w:numId="3" w16cid:durableId="51200175">
    <w:abstractNumId w:val="5"/>
  </w:num>
  <w:num w:numId="4" w16cid:durableId="1408725635">
    <w:abstractNumId w:val="4"/>
  </w:num>
  <w:num w:numId="5" w16cid:durableId="283463765">
    <w:abstractNumId w:val="7"/>
  </w:num>
  <w:num w:numId="6" w16cid:durableId="1849129925">
    <w:abstractNumId w:val="3"/>
  </w:num>
  <w:num w:numId="7" w16cid:durableId="78253785">
    <w:abstractNumId w:val="2"/>
  </w:num>
  <w:num w:numId="8" w16cid:durableId="641691291">
    <w:abstractNumId w:val="1"/>
  </w:num>
  <w:num w:numId="9" w16cid:durableId="1780880335">
    <w:abstractNumId w:val="0"/>
  </w:num>
  <w:num w:numId="10" w16cid:durableId="169476630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47E74"/>
    <w:rsid w:val="0006063C"/>
    <w:rsid w:val="0015074B"/>
    <w:rsid w:val="0029639D"/>
    <w:rsid w:val="002F35AF"/>
    <w:rsid w:val="00326F90"/>
    <w:rsid w:val="00AA1D8D"/>
    <w:rsid w:val="00B47730"/>
    <w:rsid w:val="00CB0664"/>
    <w:rsid w:val="00D41F9F"/>
    <w:rsid w:val="00F679F3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49CF10DE"/>
  <w14:defaultImageDpi w14:val="300"/>
  <w15:docId w15:val="{DE4AF5FD-A0A0-7E44-AE47-24431CCDF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1F9F"/>
  </w:style>
  <w:style w:type="paragraph" w:styleId="Heading1">
    <w:name w:val="heading 1"/>
    <w:basedOn w:val="Normal"/>
    <w:next w:val="Normal"/>
    <w:link w:val="Heading1Char"/>
    <w:uiPriority w:val="9"/>
    <w:qFormat/>
    <w:rsid w:val="00D41F9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0818D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41F9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1AE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41F9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1AE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1F9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1AE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1F9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0565D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1F9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0565D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1F9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1F9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1AE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1F9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link w:val="NoSpacingChar"/>
    <w:uiPriority w:val="1"/>
    <w:qFormat/>
    <w:rsid w:val="00D41F9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D41F9F"/>
    <w:rPr>
      <w:rFonts w:asciiTheme="majorHAnsi" w:eastAsiaTheme="majorEastAsia" w:hAnsiTheme="majorHAnsi" w:cstheme="majorBidi"/>
      <w:b/>
      <w:bCs/>
      <w:color w:val="30818D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D41F9F"/>
    <w:rPr>
      <w:rFonts w:asciiTheme="majorHAnsi" w:eastAsiaTheme="majorEastAsia" w:hAnsiTheme="majorHAnsi" w:cstheme="majorBidi"/>
      <w:b/>
      <w:bCs/>
      <w:color w:val="41AE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41F9F"/>
    <w:rPr>
      <w:rFonts w:asciiTheme="majorHAnsi" w:eastAsiaTheme="majorEastAsia" w:hAnsiTheme="majorHAnsi" w:cstheme="majorBidi"/>
      <w:b/>
      <w:bCs/>
      <w:color w:val="41AE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D41F9F"/>
    <w:pPr>
      <w:pBdr>
        <w:bottom w:val="single" w:sz="8" w:space="4" w:color="41AE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3473C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41F9F"/>
    <w:rPr>
      <w:rFonts w:asciiTheme="majorHAnsi" w:eastAsiaTheme="majorEastAsia" w:hAnsiTheme="majorHAnsi" w:cstheme="majorBidi"/>
      <w:color w:val="33473C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1F9F"/>
    <w:pPr>
      <w:numPr>
        <w:ilvl w:val="1"/>
      </w:numPr>
    </w:pPr>
    <w:rPr>
      <w:rFonts w:asciiTheme="majorHAnsi" w:eastAsiaTheme="majorEastAsia" w:hAnsiTheme="majorHAnsi" w:cstheme="majorBidi"/>
      <w:i/>
      <w:iCs/>
      <w:color w:val="41AE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D41F9F"/>
    <w:rPr>
      <w:rFonts w:asciiTheme="majorHAnsi" w:eastAsiaTheme="majorEastAsia" w:hAnsiTheme="majorHAnsi" w:cstheme="majorBidi"/>
      <w:i/>
      <w:iCs/>
      <w:color w:val="41AE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D41F9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D41F9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D41F9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1F9F"/>
    <w:rPr>
      <w:rFonts w:asciiTheme="majorHAnsi" w:eastAsiaTheme="majorEastAsia" w:hAnsiTheme="majorHAnsi" w:cstheme="majorBidi"/>
      <w:b/>
      <w:bCs/>
      <w:i/>
      <w:iCs/>
      <w:color w:val="41AE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1F9F"/>
    <w:rPr>
      <w:rFonts w:asciiTheme="majorHAnsi" w:eastAsiaTheme="majorEastAsia" w:hAnsiTheme="majorHAnsi" w:cstheme="majorBidi"/>
      <w:color w:val="20565D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1F9F"/>
    <w:rPr>
      <w:rFonts w:asciiTheme="majorHAnsi" w:eastAsiaTheme="majorEastAsia" w:hAnsiTheme="majorHAnsi" w:cstheme="majorBidi"/>
      <w:i/>
      <w:iCs/>
      <w:color w:val="20565D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1F9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1F9F"/>
    <w:rPr>
      <w:rFonts w:asciiTheme="majorHAnsi" w:eastAsiaTheme="majorEastAsia" w:hAnsiTheme="majorHAnsi" w:cstheme="majorBidi"/>
      <w:color w:val="41AE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1F9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41F9F"/>
    <w:pPr>
      <w:spacing w:line="240" w:lineRule="auto"/>
    </w:pPr>
    <w:rPr>
      <w:b/>
      <w:bCs/>
      <w:color w:val="41AE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D41F9F"/>
    <w:rPr>
      <w:b/>
      <w:bCs/>
    </w:rPr>
  </w:style>
  <w:style w:type="character" w:styleId="Emphasis">
    <w:name w:val="Emphasis"/>
    <w:basedOn w:val="DefaultParagraphFont"/>
    <w:uiPriority w:val="20"/>
    <w:qFormat/>
    <w:rsid w:val="00D41F9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1F9F"/>
    <w:pPr>
      <w:pBdr>
        <w:bottom w:val="single" w:sz="4" w:space="4" w:color="41AEBD" w:themeColor="accent1"/>
      </w:pBdr>
      <w:spacing w:before="200" w:after="280"/>
      <w:ind w:left="936" w:right="936"/>
    </w:pPr>
    <w:rPr>
      <w:b/>
      <w:bCs/>
      <w:i/>
      <w:iCs/>
      <w:color w:val="41AE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1F9F"/>
    <w:rPr>
      <w:b/>
      <w:bCs/>
      <w:i/>
      <w:iCs/>
      <w:color w:val="41AEBD" w:themeColor="accent1"/>
    </w:rPr>
  </w:style>
  <w:style w:type="character" w:styleId="SubtleEmphasis">
    <w:name w:val="Subtle Emphasis"/>
    <w:basedOn w:val="DefaultParagraphFont"/>
    <w:uiPriority w:val="19"/>
    <w:qFormat/>
    <w:rsid w:val="00D41F9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D41F9F"/>
    <w:rPr>
      <w:b/>
      <w:bCs/>
      <w:i/>
      <w:iCs/>
      <w:color w:val="41AEBD" w:themeColor="accent1"/>
    </w:rPr>
  </w:style>
  <w:style w:type="character" w:styleId="SubtleReference">
    <w:name w:val="Subtle Reference"/>
    <w:basedOn w:val="DefaultParagraphFont"/>
    <w:uiPriority w:val="31"/>
    <w:qFormat/>
    <w:rsid w:val="00D41F9F"/>
    <w:rPr>
      <w:smallCaps/>
      <w:color w:val="97E9D5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D41F9F"/>
    <w:rPr>
      <w:b/>
      <w:bCs/>
      <w:smallCaps/>
      <w:color w:val="97E9D5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D41F9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41F9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0818D" w:themeColor="accent1" w:themeShade="BF"/>
    </w:rPr>
    <w:tblPr>
      <w:tblStyleRowBandSize w:val="1"/>
      <w:tblStyleColBandSize w:val="1"/>
      <w:tblBorders>
        <w:top w:val="single" w:sz="8" w:space="0" w:color="41AEBD" w:themeColor="accent1"/>
        <w:bottom w:val="single" w:sz="8" w:space="0" w:color="41AE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1AEBD" w:themeColor="accent1"/>
          <w:left w:val="nil"/>
          <w:bottom w:val="single" w:sz="8" w:space="0" w:color="41AE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1AEBD" w:themeColor="accent1"/>
          <w:left w:val="nil"/>
          <w:bottom w:val="single" w:sz="8" w:space="0" w:color="41AE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EB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EB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47D8B4" w:themeColor="accent2" w:themeShade="BF"/>
    </w:rPr>
    <w:tblPr>
      <w:tblStyleRowBandSize w:val="1"/>
      <w:tblStyleColBandSize w:val="1"/>
      <w:tblBorders>
        <w:top w:val="single" w:sz="8" w:space="0" w:color="97E9D5" w:themeColor="accent2"/>
        <w:bottom w:val="single" w:sz="8" w:space="0" w:color="97E9D5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7E9D5" w:themeColor="accent2"/>
          <w:left w:val="nil"/>
          <w:bottom w:val="single" w:sz="8" w:space="0" w:color="97E9D5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7E9D5" w:themeColor="accent2"/>
          <w:left w:val="nil"/>
          <w:bottom w:val="single" w:sz="8" w:space="0" w:color="97E9D5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F9F4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F9F4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CA52B" w:themeColor="accent3" w:themeShade="BF"/>
    </w:rPr>
    <w:tblPr>
      <w:tblStyleRowBandSize w:val="1"/>
      <w:tblStyleColBandSize w:val="1"/>
      <w:tblBorders>
        <w:top w:val="single" w:sz="8" w:space="0" w:color="A2CF49" w:themeColor="accent3"/>
        <w:bottom w:val="single" w:sz="8" w:space="0" w:color="A2CF4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CF49" w:themeColor="accent3"/>
          <w:left w:val="nil"/>
          <w:bottom w:val="single" w:sz="8" w:space="0" w:color="A2CF4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CF49" w:themeColor="accent3"/>
          <w:left w:val="nil"/>
          <w:bottom w:val="single" w:sz="8" w:space="0" w:color="A2CF4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F3D1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F3D1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476B2D" w:themeColor="accent4" w:themeShade="BF"/>
    </w:rPr>
    <w:tblPr>
      <w:tblStyleRowBandSize w:val="1"/>
      <w:tblStyleColBandSize w:val="1"/>
      <w:tblBorders>
        <w:top w:val="single" w:sz="8" w:space="0" w:color="608F3D" w:themeColor="accent4"/>
        <w:bottom w:val="single" w:sz="8" w:space="0" w:color="608F3D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08F3D" w:themeColor="accent4"/>
          <w:left w:val="nil"/>
          <w:bottom w:val="single" w:sz="8" w:space="0" w:color="608F3D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08F3D" w:themeColor="accent4"/>
          <w:left w:val="nil"/>
          <w:bottom w:val="single" w:sz="8" w:space="0" w:color="608F3D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8C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8C9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D6BD0C" w:themeColor="accent5" w:themeShade="BF"/>
    </w:rPr>
    <w:tblPr>
      <w:tblStyleRowBandSize w:val="1"/>
      <w:tblStyleColBandSize w:val="1"/>
      <w:tblBorders>
        <w:top w:val="single" w:sz="8" w:space="0" w:color="F4DE3A" w:themeColor="accent5"/>
        <w:bottom w:val="single" w:sz="8" w:space="0" w:color="F4DE3A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4DE3A" w:themeColor="accent5"/>
          <w:left w:val="nil"/>
          <w:bottom w:val="single" w:sz="8" w:space="0" w:color="F4DE3A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4DE3A" w:themeColor="accent5"/>
          <w:left w:val="nil"/>
          <w:bottom w:val="single" w:sz="8" w:space="0" w:color="F4DE3A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F6CE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CF6CE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CE8A02" w:themeColor="accent6" w:themeShade="BF"/>
    </w:rPr>
    <w:tblPr>
      <w:tblStyleRowBandSize w:val="1"/>
      <w:tblStyleColBandSize w:val="1"/>
      <w:tblBorders>
        <w:top w:val="single" w:sz="8" w:space="0" w:color="FCB11C" w:themeColor="accent6"/>
        <w:bottom w:val="single" w:sz="8" w:space="0" w:color="FCB11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CB11C" w:themeColor="accent6"/>
          <w:left w:val="nil"/>
          <w:bottom w:val="single" w:sz="8" w:space="0" w:color="FCB11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CB11C" w:themeColor="accent6"/>
          <w:left w:val="nil"/>
          <w:bottom w:val="single" w:sz="8" w:space="0" w:color="FCB11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BC6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EEBC6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1AEBD" w:themeColor="accent1"/>
        <w:left w:val="single" w:sz="8" w:space="0" w:color="41AEBD" w:themeColor="accent1"/>
        <w:bottom w:val="single" w:sz="8" w:space="0" w:color="41AEBD" w:themeColor="accent1"/>
        <w:right w:val="single" w:sz="8" w:space="0" w:color="41AE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1AE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1AEBD" w:themeColor="accent1"/>
          <w:left w:val="single" w:sz="8" w:space="0" w:color="41AEBD" w:themeColor="accent1"/>
          <w:bottom w:val="single" w:sz="8" w:space="0" w:color="41AEBD" w:themeColor="accent1"/>
          <w:right w:val="single" w:sz="8" w:space="0" w:color="41AE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1AEBD" w:themeColor="accent1"/>
          <w:left w:val="single" w:sz="8" w:space="0" w:color="41AEBD" w:themeColor="accent1"/>
          <w:bottom w:val="single" w:sz="8" w:space="0" w:color="41AEBD" w:themeColor="accent1"/>
          <w:right w:val="single" w:sz="8" w:space="0" w:color="41AEBD" w:themeColor="accent1"/>
        </w:tcBorders>
      </w:tcPr>
    </w:tblStylePr>
    <w:tblStylePr w:type="band1Horz">
      <w:tblPr/>
      <w:tcPr>
        <w:tcBorders>
          <w:top w:val="single" w:sz="8" w:space="0" w:color="41AEBD" w:themeColor="accent1"/>
          <w:left w:val="single" w:sz="8" w:space="0" w:color="41AEBD" w:themeColor="accent1"/>
          <w:bottom w:val="single" w:sz="8" w:space="0" w:color="41AEBD" w:themeColor="accent1"/>
          <w:right w:val="single" w:sz="8" w:space="0" w:color="41AE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7E9D5" w:themeColor="accent2"/>
        <w:left w:val="single" w:sz="8" w:space="0" w:color="97E9D5" w:themeColor="accent2"/>
        <w:bottom w:val="single" w:sz="8" w:space="0" w:color="97E9D5" w:themeColor="accent2"/>
        <w:right w:val="single" w:sz="8" w:space="0" w:color="97E9D5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7E9D5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7E9D5" w:themeColor="accent2"/>
          <w:left w:val="single" w:sz="8" w:space="0" w:color="97E9D5" w:themeColor="accent2"/>
          <w:bottom w:val="single" w:sz="8" w:space="0" w:color="97E9D5" w:themeColor="accent2"/>
          <w:right w:val="single" w:sz="8" w:space="0" w:color="97E9D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7E9D5" w:themeColor="accent2"/>
          <w:left w:val="single" w:sz="8" w:space="0" w:color="97E9D5" w:themeColor="accent2"/>
          <w:bottom w:val="single" w:sz="8" w:space="0" w:color="97E9D5" w:themeColor="accent2"/>
          <w:right w:val="single" w:sz="8" w:space="0" w:color="97E9D5" w:themeColor="accent2"/>
        </w:tcBorders>
      </w:tcPr>
    </w:tblStylePr>
    <w:tblStylePr w:type="band1Horz">
      <w:tblPr/>
      <w:tcPr>
        <w:tcBorders>
          <w:top w:val="single" w:sz="8" w:space="0" w:color="97E9D5" w:themeColor="accent2"/>
          <w:left w:val="single" w:sz="8" w:space="0" w:color="97E9D5" w:themeColor="accent2"/>
          <w:bottom w:val="single" w:sz="8" w:space="0" w:color="97E9D5" w:themeColor="accent2"/>
          <w:right w:val="single" w:sz="8" w:space="0" w:color="97E9D5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A2CF49" w:themeColor="accent3"/>
        <w:left w:val="single" w:sz="8" w:space="0" w:color="A2CF49" w:themeColor="accent3"/>
        <w:bottom w:val="single" w:sz="8" w:space="0" w:color="A2CF49" w:themeColor="accent3"/>
        <w:right w:val="single" w:sz="8" w:space="0" w:color="A2CF4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CF4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F49" w:themeColor="accent3"/>
          <w:left w:val="single" w:sz="8" w:space="0" w:color="A2CF49" w:themeColor="accent3"/>
          <w:bottom w:val="single" w:sz="8" w:space="0" w:color="A2CF49" w:themeColor="accent3"/>
          <w:right w:val="single" w:sz="8" w:space="0" w:color="A2CF4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CF49" w:themeColor="accent3"/>
          <w:left w:val="single" w:sz="8" w:space="0" w:color="A2CF49" w:themeColor="accent3"/>
          <w:bottom w:val="single" w:sz="8" w:space="0" w:color="A2CF49" w:themeColor="accent3"/>
          <w:right w:val="single" w:sz="8" w:space="0" w:color="A2CF49" w:themeColor="accent3"/>
        </w:tcBorders>
      </w:tcPr>
    </w:tblStylePr>
    <w:tblStylePr w:type="band1Horz">
      <w:tblPr/>
      <w:tcPr>
        <w:tcBorders>
          <w:top w:val="single" w:sz="8" w:space="0" w:color="A2CF49" w:themeColor="accent3"/>
          <w:left w:val="single" w:sz="8" w:space="0" w:color="A2CF49" w:themeColor="accent3"/>
          <w:bottom w:val="single" w:sz="8" w:space="0" w:color="A2CF49" w:themeColor="accent3"/>
          <w:right w:val="single" w:sz="8" w:space="0" w:color="A2CF4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608F3D" w:themeColor="accent4"/>
        <w:left w:val="single" w:sz="8" w:space="0" w:color="608F3D" w:themeColor="accent4"/>
        <w:bottom w:val="single" w:sz="8" w:space="0" w:color="608F3D" w:themeColor="accent4"/>
        <w:right w:val="single" w:sz="8" w:space="0" w:color="608F3D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08F3D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08F3D" w:themeColor="accent4"/>
          <w:left w:val="single" w:sz="8" w:space="0" w:color="608F3D" w:themeColor="accent4"/>
          <w:bottom w:val="single" w:sz="8" w:space="0" w:color="608F3D" w:themeColor="accent4"/>
          <w:right w:val="single" w:sz="8" w:space="0" w:color="608F3D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08F3D" w:themeColor="accent4"/>
          <w:left w:val="single" w:sz="8" w:space="0" w:color="608F3D" w:themeColor="accent4"/>
          <w:bottom w:val="single" w:sz="8" w:space="0" w:color="608F3D" w:themeColor="accent4"/>
          <w:right w:val="single" w:sz="8" w:space="0" w:color="608F3D" w:themeColor="accent4"/>
        </w:tcBorders>
      </w:tcPr>
    </w:tblStylePr>
    <w:tblStylePr w:type="band1Horz">
      <w:tblPr/>
      <w:tcPr>
        <w:tcBorders>
          <w:top w:val="single" w:sz="8" w:space="0" w:color="608F3D" w:themeColor="accent4"/>
          <w:left w:val="single" w:sz="8" w:space="0" w:color="608F3D" w:themeColor="accent4"/>
          <w:bottom w:val="single" w:sz="8" w:space="0" w:color="608F3D" w:themeColor="accent4"/>
          <w:right w:val="single" w:sz="8" w:space="0" w:color="608F3D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4DE3A" w:themeColor="accent5"/>
        <w:left w:val="single" w:sz="8" w:space="0" w:color="F4DE3A" w:themeColor="accent5"/>
        <w:bottom w:val="single" w:sz="8" w:space="0" w:color="F4DE3A" w:themeColor="accent5"/>
        <w:right w:val="single" w:sz="8" w:space="0" w:color="F4DE3A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4DE3A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4DE3A" w:themeColor="accent5"/>
          <w:left w:val="single" w:sz="8" w:space="0" w:color="F4DE3A" w:themeColor="accent5"/>
          <w:bottom w:val="single" w:sz="8" w:space="0" w:color="F4DE3A" w:themeColor="accent5"/>
          <w:right w:val="single" w:sz="8" w:space="0" w:color="F4DE3A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4DE3A" w:themeColor="accent5"/>
          <w:left w:val="single" w:sz="8" w:space="0" w:color="F4DE3A" w:themeColor="accent5"/>
          <w:bottom w:val="single" w:sz="8" w:space="0" w:color="F4DE3A" w:themeColor="accent5"/>
          <w:right w:val="single" w:sz="8" w:space="0" w:color="F4DE3A" w:themeColor="accent5"/>
        </w:tcBorders>
      </w:tcPr>
    </w:tblStylePr>
    <w:tblStylePr w:type="band1Horz">
      <w:tblPr/>
      <w:tcPr>
        <w:tcBorders>
          <w:top w:val="single" w:sz="8" w:space="0" w:color="F4DE3A" w:themeColor="accent5"/>
          <w:left w:val="single" w:sz="8" w:space="0" w:color="F4DE3A" w:themeColor="accent5"/>
          <w:bottom w:val="single" w:sz="8" w:space="0" w:color="F4DE3A" w:themeColor="accent5"/>
          <w:right w:val="single" w:sz="8" w:space="0" w:color="F4DE3A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CB11C" w:themeColor="accent6"/>
        <w:left w:val="single" w:sz="8" w:space="0" w:color="FCB11C" w:themeColor="accent6"/>
        <w:bottom w:val="single" w:sz="8" w:space="0" w:color="FCB11C" w:themeColor="accent6"/>
        <w:right w:val="single" w:sz="8" w:space="0" w:color="FCB11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CB11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CB11C" w:themeColor="accent6"/>
          <w:left w:val="single" w:sz="8" w:space="0" w:color="FCB11C" w:themeColor="accent6"/>
          <w:bottom w:val="single" w:sz="8" w:space="0" w:color="FCB11C" w:themeColor="accent6"/>
          <w:right w:val="single" w:sz="8" w:space="0" w:color="FCB11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CB11C" w:themeColor="accent6"/>
          <w:left w:val="single" w:sz="8" w:space="0" w:color="FCB11C" w:themeColor="accent6"/>
          <w:bottom w:val="single" w:sz="8" w:space="0" w:color="FCB11C" w:themeColor="accent6"/>
          <w:right w:val="single" w:sz="8" w:space="0" w:color="FCB11C" w:themeColor="accent6"/>
        </w:tcBorders>
      </w:tcPr>
    </w:tblStylePr>
    <w:tblStylePr w:type="band1Horz">
      <w:tblPr/>
      <w:tcPr>
        <w:tcBorders>
          <w:top w:val="single" w:sz="8" w:space="0" w:color="FCB11C" w:themeColor="accent6"/>
          <w:left w:val="single" w:sz="8" w:space="0" w:color="FCB11C" w:themeColor="accent6"/>
          <w:bottom w:val="single" w:sz="8" w:space="0" w:color="FCB11C" w:themeColor="accent6"/>
          <w:right w:val="single" w:sz="8" w:space="0" w:color="FCB11C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1AEBD" w:themeColor="accent1"/>
        <w:left w:val="single" w:sz="8" w:space="0" w:color="41AEBD" w:themeColor="accent1"/>
        <w:bottom w:val="single" w:sz="8" w:space="0" w:color="41AEBD" w:themeColor="accent1"/>
        <w:right w:val="single" w:sz="8" w:space="0" w:color="41AEBD" w:themeColor="accent1"/>
        <w:insideH w:val="single" w:sz="8" w:space="0" w:color="41AEBD" w:themeColor="accent1"/>
        <w:insideV w:val="single" w:sz="8" w:space="0" w:color="41AE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1AEBD" w:themeColor="accent1"/>
          <w:left w:val="single" w:sz="8" w:space="0" w:color="41AEBD" w:themeColor="accent1"/>
          <w:bottom w:val="single" w:sz="18" w:space="0" w:color="41AEBD" w:themeColor="accent1"/>
          <w:right w:val="single" w:sz="8" w:space="0" w:color="41AEBD" w:themeColor="accent1"/>
          <w:insideH w:val="nil"/>
          <w:insideV w:val="single" w:sz="8" w:space="0" w:color="41AE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1AEBD" w:themeColor="accent1"/>
          <w:left w:val="single" w:sz="8" w:space="0" w:color="41AEBD" w:themeColor="accent1"/>
          <w:bottom w:val="single" w:sz="8" w:space="0" w:color="41AEBD" w:themeColor="accent1"/>
          <w:right w:val="single" w:sz="8" w:space="0" w:color="41AEBD" w:themeColor="accent1"/>
          <w:insideH w:val="nil"/>
          <w:insideV w:val="single" w:sz="8" w:space="0" w:color="41AE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1AEBD" w:themeColor="accent1"/>
          <w:left w:val="single" w:sz="8" w:space="0" w:color="41AEBD" w:themeColor="accent1"/>
          <w:bottom w:val="single" w:sz="8" w:space="0" w:color="41AEBD" w:themeColor="accent1"/>
          <w:right w:val="single" w:sz="8" w:space="0" w:color="41AEBD" w:themeColor="accent1"/>
        </w:tcBorders>
      </w:tcPr>
    </w:tblStylePr>
    <w:tblStylePr w:type="band1Vert">
      <w:tblPr/>
      <w:tcPr>
        <w:tcBorders>
          <w:top w:val="single" w:sz="8" w:space="0" w:color="41AEBD" w:themeColor="accent1"/>
          <w:left w:val="single" w:sz="8" w:space="0" w:color="41AEBD" w:themeColor="accent1"/>
          <w:bottom w:val="single" w:sz="8" w:space="0" w:color="41AEBD" w:themeColor="accent1"/>
          <w:right w:val="single" w:sz="8" w:space="0" w:color="41AEBD" w:themeColor="accent1"/>
        </w:tcBorders>
        <w:shd w:val="clear" w:color="auto" w:fill="CFEBEE" w:themeFill="accent1" w:themeFillTint="3F"/>
      </w:tcPr>
    </w:tblStylePr>
    <w:tblStylePr w:type="band1Horz">
      <w:tblPr/>
      <w:tcPr>
        <w:tcBorders>
          <w:top w:val="single" w:sz="8" w:space="0" w:color="41AEBD" w:themeColor="accent1"/>
          <w:left w:val="single" w:sz="8" w:space="0" w:color="41AEBD" w:themeColor="accent1"/>
          <w:bottom w:val="single" w:sz="8" w:space="0" w:color="41AEBD" w:themeColor="accent1"/>
          <w:right w:val="single" w:sz="8" w:space="0" w:color="41AEBD" w:themeColor="accent1"/>
          <w:insideV w:val="single" w:sz="8" w:space="0" w:color="41AEBD" w:themeColor="accent1"/>
        </w:tcBorders>
        <w:shd w:val="clear" w:color="auto" w:fill="CFEBEE" w:themeFill="accent1" w:themeFillTint="3F"/>
      </w:tcPr>
    </w:tblStylePr>
    <w:tblStylePr w:type="band2Horz">
      <w:tblPr/>
      <w:tcPr>
        <w:tcBorders>
          <w:top w:val="single" w:sz="8" w:space="0" w:color="41AEBD" w:themeColor="accent1"/>
          <w:left w:val="single" w:sz="8" w:space="0" w:color="41AEBD" w:themeColor="accent1"/>
          <w:bottom w:val="single" w:sz="8" w:space="0" w:color="41AEBD" w:themeColor="accent1"/>
          <w:right w:val="single" w:sz="8" w:space="0" w:color="41AEBD" w:themeColor="accent1"/>
          <w:insideV w:val="single" w:sz="8" w:space="0" w:color="41AE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7E9D5" w:themeColor="accent2"/>
        <w:left w:val="single" w:sz="8" w:space="0" w:color="97E9D5" w:themeColor="accent2"/>
        <w:bottom w:val="single" w:sz="8" w:space="0" w:color="97E9D5" w:themeColor="accent2"/>
        <w:right w:val="single" w:sz="8" w:space="0" w:color="97E9D5" w:themeColor="accent2"/>
        <w:insideH w:val="single" w:sz="8" w:space="0" w:color="97E9D5" w:themeColor="accent2"/>
        <w:insideV w:val="single" w:sz="8" w:space="0" w:color="97E9D5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7E9D5" w:themeColor="accent2"/>
          <w:left w:val="single" w:sz="8" w:space="0" w:color="97E9D5" w:themeColor="accent2"/>
          <w:bottom w:val="single" w:sz="18" w:space="0" w:color="97E9D5" w:themeColor="accent2"/>
          <w:right w:val="single" w:sz="8" w:space="0" w:color="97E9D5" w:themeColor="accent2"/>
          <w:insideH w:val="nil"/>
          <w:insideV w:val="single" w:sz="8" w:space="0" w:color="97E9D5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7E9D5" w:themeColor="accent2"/>
          <w:left w:val="single" w:sz="8" w:space="0" w:color="97E9D5" w:themeColor="accent2"/>
          <w:bottom w:val="single" w:sz="8" w:space="0" w:color="97E9D5" w:themeColor="accent2"/>
          <w:right w:val="single" w:sz="8" w:space="0" w:color="97E9D5" w:themeColor="accent2"/>
          <w:insideH w:val="nil"/>
          <w:insideV w:val="single" w:sz="8" w:space="0" w:color="97E9D5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7E9D5" w:themeColor="accent2"/>
          <w:left w:val="single" w:sz="8" w:space="0" w:color="97E9D5" w:themeColor="accent2"/>
          <w:bottom w:val="single" w:sz="8" w:space="0" w:color="97E9D5" w:themeColor="accent2"/>
          <w:right w:val="single" w:sz="8" w:space="0" w:color="97E9D5" w:themeColor="accent2"/>
        </w:tcBorders>
      </w:tcPr>
    </w:tblStylePr>
    <w:tblStylePr w:type="band1Vert">
      <w:tblPr/>
      <w:tcPr>
        <w:tcBorders>
          <w:top w:val="single" w:sz="8" w:space="0" w:color="97E9D5" w:themeColor="accent2"/>
          <w:left w:val="single" w:sz="8" w:space="0" w:color="97E9D5" w:themeColor="accent2"/>
          <w:bottom w:val="single" w:sz="8" w:space="0" w:color="97E9D5" w:themeColor="accent2"/>
          <w:right w:val="single" w:sz="8" w:space="0" w:color="97E9D5" w:themeColor="accent2"/>
        </w:tcBorders>
        <w:shd w:val="clear" w:color="auto" w:fill="E5F9F4" w:themeFill="accent2" w:themeFillTint="3F"/>
      </w:tcPr>
    </w:tblStylePr>
    <w:tblStylePr w:type="band1Horz">
      <w:tblPr/>
      <w:tcPr>
        <w:tcBorders>
          <w:top w:val="single" w:sz="8" w:space="0" w:color="97E9D5" w:themeColor="accent2"/>
          <w:left w:val="single" w:sz="8" w:space="0" w:color="97E9D5" w:themeColor="accent2"/>
          <w:bottom w:val="single" w:sz="8" w:space="0" w:color="97E9D5" w:themeColor="accent2"/>
          <w:right w:val="single" w:sz="8" w:space="0" w:color="97E9D5" w:themeColor="accent2"/>
          <w:insideV w:val="single" w:sz="8" w:space="0" w:color="97E9D5" w:themeColor="accent2"/>
        </w:tcBorders>
        <w:shd w:val="clear" w:color="auto" w:fill="E5F9F4" w:themeFill="accent2" w:themeFillTint="3F"/>
      </w:tcPr>
    </w:tblStylePr>
    <w:tblStylePr w:type="band2Horz">
      <w:tblPr/>
      <w:tcPr>
        <w:tcBorders>
          <w:top w:val="single" w:sz="8" w:space="0" w:color="97E9D5" w:themeColor="accent2"/>
          <w:left w:val="single" w:sz="8" w:space="0" w:color="97E9D5" w:themeColor="accent2"/>
          <w:bottom w:val="single" w:sz="8" w:space="0" w:color="97E9D5" w:themeColor="accent2"/>
          <w:right w:val="single" w:sz="8" w:space="0" w:color="97E9D5" w:themeColor="accent2"/>
          <w:insideV w:val="single" w:sz="8" w:space="0" w:color="97E9D5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A2CF49" w:themeColor="accent3"/>
        <w:left w:val="single" w:sz="8" w:space="0" w:color="A2CF49" w:themeColor="accent3"/>
        <w:bottom w:val="single" w:sz="8" w:space="0" w:color="A2CF49" w:themeColor="accent3"/>
        <w:right w:val="single" w:sz="8" w:space="0" w:color="A2CF49" w:themeColor="accent3"/>
        <w:insideH w:val="single" w:sz="8" w:space="0" w:color="A2CF49" w:themeColor="accent3"/>
        <w:insideV w:val="single" w:sz="8" w:space="0" w:color="A2CF4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CF49" w:themeColor="accent3"/>
          <w:left w:val="single" w:sz="8" w:space="0" w:color="A2CF49" w:themeColor="accent3"/>
          <w:bottom w:val="single" w:sz="18" w:space="0" w:color="A2CF49" w:themeColor="accent3"/>
          <w:right w:val="single" w:sz="8" w:space="0" w:color="A2CF49" w:themeColor="accent3"/>
          <w:insideH w:val="nil"/>
          <w:insideV w:val="single" w:sz="8" w:space="0" w:color="A2CF4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CF49" w:themeColor="accent3"/>
          <w:left w:val="single" w:sz="8" w:space="0" w:color="A2CF49" w:themeColor="accent3"/>
          <w:bottom w:val="single" w:sz="8" w:space="0" w:color="A2CF49" w:themeColor="accent3"/>
          <w:right w:val="single" w:sz="8" w:space="0" w:color="A2CF49" w:themeColor="accent3"/>
          <w:insideH w:val="nil"/>
          <w:insideV w:val="single" w:sz="8" w:space="0" w:color="A2CF4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CF49" w:themeColor="accent3"/>
          <w:left w:val="single" w:sz="8" w:space="0" w:color="A2CF49" w:themeColor="accent3"/>
          <w:bottom w:val="single" w:sz="8" w:space="0" w:color="A2CF49" w:themeColor="accent3"/>
          <w:right w:val="single" w:sz="8" w:space="0" w:color="A2CF49" w:themeColor="accent3"/>
        </w:tcBorders>
      </w:tcPr>
    </w:tblStylePr>
    <w:tblStylePr w:type="band1Vert">
      <w:tblPr/>
      <w:tcPr>
        <w:tcBorders>
          <w:top w:val="single" w:sz="8" w:space="0" w:color="A2CF49" w:themeColor="accent3"/>
          <w:left w:val="single" w:sz="8" w:space="0" w:color="A2CF49" w:themeColor="accent3"/>
          <w:bottom w:val="single" w:sz="8" w:space="0" w:color="A2CF49" w:themeColor="accent3"/>
          <w:right w:val="single" w:sz="8" w:space="0" w:color="A2CF49" w:themeColor="accent3"/>
        </w:tcBorders>
        <w:shd w:val="clear" w:color="auto" w:fill="E7F3D1" w:themeFill="accent3" w:themeFillTint="3F"/>
      </w:tcPr>
    </w:tblStylePr>
    <w:tblStylePr w:type="band1Horz">
      <w:tblPr/>
      <w:tcPr>
        <w:tcBorders>
          <w:top w:val="single" w:sz="8" w:space="0" w:color="A2CF49" w:themeColor="accent3"/>
          <w:left w:val="single" w:sz="8" w:space="0" w:color="A2CF49" w:themeColor="accent3"/>
          <w:bottom w:val="single" w:sz="8" w:space="0" w:color="A2CF49" w:themeColor="accent3"/>
          <w:right w:val="single" w:sz="8" w:space="0" w:color="A2CF49" w:themeColor="accent3"/>
          <w:insideV w:val="single" w:sz="8" w:space="0" w:color="A2CF49" w:themeColor="accent3"/>
        </w:tcBorders>
        <w:shd w:val="clear" w:color="auto" w:fill="E7F3D1" w:themeFill="accent3" w:themeFillTint="3F"/>
      </w:tcPr>
    </w:tblStylePr>
    <w:tblStylePr w:type="band2Horz">
      <w:tblPr/>
      <w:tcPr>
        <w:tcBorders>
          <w:top w:val="single" w:sz="8" w:space="0" w:color="A2CF49" w:themeColor="accent3"/>
          <w:left w:val="single" w:sz="8" w:space="0" w:color="A2CF49" w:themeColor="accent3"/>
          <w:bottom w:val="single" w:sz="8" w:space="0" w:color="A2CF49" w:themeColor="accent3"/>
          <w:right w:val="single" w:sz="8" w:space="0" w:color="A2CF49" w:themeColor="accent3"/>
          <w:insideV w:val="single" w:sz="8" w:space="0" w:color="A2CF4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608F3D" w:themeColor="accent4"/>
        <w:left w:val="single" w:sz="8" w:space="0" w:color="608F3D" w:themeColor="accent4"/>
        <w:bottom w:val="single" w:sz="8" w:space="0" w:color="608F3D" w:themeColor="accent4"/>
        <w:right w:val="single" w:sz="8" w:space="0" w:color="608F3D" w:themeColor="accent4"/>
        <w:insideH w:val="single" w:sz="8" w:space="0" w:color="608F3D" w:themeColor="accent4"/>
        <w:insideV w:val="single" w:sz="8" w:space="0" w:color="608F3D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08F3D" w:themeColor="accent4"/>
          <w:left w:val="single" w:sz="8" w:space="0" w:color="608F3D" w:themeColor="accent4"/>
          <w:bottom w:val="single" w:sz="18" w:space="0" w:color="608F3D" w:themeColor="accent4"/>
          <w:right w:val="single" w:sz="8" w:space="0" w:color="608F3D" w:themeColor="accent4"/>
          <w:insideH w:val="nil"/>
          <w:insideV w:val="single" w:sz="8" w:space="0" w:color="608F3D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08F3D" w:themeColor="accent4"/>
          <w:left w:val="single" w:sz="8" w:space="0" w:color="608F3D" w:themeColor="accent4"/>
          <w:bottom w:val="single" w:sz="8" w:space="0" w:color="608F3D" w:themeColor="accent4"/>
          <w:right w:val="single" w:sz="8" w:space="0" w:color="608F3D" w:themeColor="accent4"/>
          <w:insideH w:val="nil"/>
          <w:insideV w:val="single" w:sz="8" w:space="0" w:color="608F3D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08F3D" w:themeColor="accent4"/>
          <w:left w:val="single" w:sz="8" w:space="0" w:color="608F3D" w:themeColor="accent4"/>
          <w:bottom w:val="single" w:sz="8" w:space="0" w:color="608F3D" w:themeColor="accent4"/>
          <w:right w:val="single" w:sz="8" w:space="0" w:color="608F3D" w:themeColor="accent4"/>
        </w:tcBorders>
      </w:tcPr>
    </w:tblStylePr>
    <w:tblStylePr w:type="band1Vert">
      <w:tblPr/>
      <w:tcPr>
        <w:tcBorders>
          <w:top w:val="single" w:sz="8" w:space="0" w:color="608F3D" w:themeColor="accent4"/>
          <w:left w:val="single" w:sz="8" w:space="0" w:color="608F3D" w:themeColor="accent4"/>
          <w:bottom w:val="single" w:sz="8" w:space="0" w:color="608F3D" w:themeColor="accent4"/>
          <w:right w:val="single" w:sz="8" w:space="0" w:color="608F3D" w:themeColor="accent4"/>
        </w:tcBorders>
        <w:shd w:val="clear" w:color="auto" w:fill="D6E8C9" w:themeFill="accent4" w:themeFillTint="3F"/>
      </w:tcPr>
    </w:tblStylePr>
    <w:tblStylePr w:type="band1Horz">
      <w:tblPr/>
      <w:tcPr>
        <w:tcBorders>
          <w:top w:val="single" w:sz="8" w:space="0" w:color="608F3D" w:themeColor="accent4"/>
          <w:left w:val="single" w:sz="8" w:space="0" w:color="608F3D" w:themeColor="accent4"/>
          <w:bottom w:val="single" w:sz="8" w:space="0" w:color="608F3D" w:themeColor="accent4"/>
          <w:right w:val="single" w:sz="8" w:space="0" w:color="608F3D" w:themeColor="accent4"/>
          <w:insideV w:val="single" w:sz="8" w:space="0" w:color="608F3D" w:themeColor="accent4"/>
        </w:tcBorders>
        <w:shd w:val="clear" w:color="auto" w:fill="D6E8C9" w:themeFill="accent4" w:themeFillTint="3F"/>
      </w:tcPr>
    </w:tblStylePr>
    <w:tblStylePr w:type="band2Horz">
      <w:tblPr/>
      <w:tcPr>
        <w:tcBorders>
          <w:top w:val="single" w:sz="8" w:space="0" w:color="608F3D" w:themeColor="accent4"/>
          <w:left w:val="single" w:sz="8" w:space="0" w:color="608F3D" w:themeColor="accent4"/>
          <w:bottom w:val="single" w:sz="8" w:space="0" w:color="608F3D" w:themeColor="accent4"/>
          <w:right w:val="single" w:sz="8" w:space="0" w:color="608F3D" w:themeColor="accent4"/>
          <w:insideV w:val="single" w:sz="8" w:space="0" w:color="608F3D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4DE3A" w:themeColor="accent5"/>
        <w:left w:val="single" w:sz="8" w:space="0" w:color="F4DE3A" w:themeColor="accent5"/>
        <w:bottom w:val="single" w:sz="8" w:space="0" w:color="F4DE3A" w:themeColor="accent5"/>
        <w:right w:val="single" w:sz="8" w:space="0" w:color="F4DE3A" w:themeColor="accent5"/>
        <w:insideH w:val="single" w:sz="8" w:space="0" w:color="F4DE3A" w:themeColor="accent5"/>
        <w:insideV w:val="single" w:sz="8" w:space="0" w:color="F4DE3A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4DE3A" w:themeColor="accent5"/>
          <w:left w:val="single" w:sz="8" w:space="0" w:color="F4DE3A" w:themeColor="accent5"/>
          <w:bottom w:val="single" w:sz="18" w:space="0" w:color="F4DE3A" w:themeColor="accent5"/>
          <w:right w:val="single" w:sz="8" w:space="0" w:color="F4DE3A" w:themeColor="accent5"/>
          <w:insideH w:val="nil"/>
          <w:insideV w:val="single" w:sz="8" w:space="0" w:color="F4DE3A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4DE3A" w:themeColor="accent5"/>
          <w:left w:val="single" w:sz="8" w:space="0" w:color="F4DE3A" w:themeColor="accent5"/>
          <w:bottom w:val="single" w:sz="8" w:space="0" w:color="F4DE3A" w:themeColor="accent5"/>
          <w:right w:val="single" w:sz="8" w:space="0" w:color="F4DE3A" w:themeColor="accent5"/>
          <w:insideH w:val="nil"/>
          <w:insideV w:val="single" w:sz="8" w:space="0" w:color="F4DE3A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4DE3A" w:themeColor="accent5"/>
          <w:left w:val="single" w:sz="8" w:space="0" w:color="F4DE3A" w:themeColor="accent5"/>
          <w:bottom w:val="single" w:sz="8" w:space="0" w:color="F4DE3A" w:themeColor="accent5"/>
          <w:right w:val="single" w:sz="8" w:space="0" w:color="F4DE3A" w:themeColor="accent5"/>
        </w:tcBorders>
      </w:tcPr>
    </w:tblStylePr>
    <w:tblStylePr w:type="band1Vert">
      <w:tblPr/>
      <w:tcPr>
        <w:tcBorders>
          <w:top w:val="single" w:sz="8" w:space="0" w:color="F4DE3A" w:themeColor="accent5"/>
          <w:left w:val="single" w:sz="8" w:space="0" w:color="F4DE3A" w:themeColor="accent5"/>
          <w:bottom w:val="single" w:sz="8" w:space="0" w:color="F4DE3A" w:themeColor="accent5"/>
          <w:right w:val="single" w:sz="8" w:space="0" w:color="F4DE3A" w:themeColor="accent5"/>
        </w:tcBorders>
        <w:shd w:val="clear" w:color="auto" w:fill="FCF6CE" w:themeFill="accent5" w:themeFillTint="3F"/>
      </w:tcPr>
    </w:tblStylePr>
    <w:tblStylePr w:type="band1Horz">
      <w:tblPr/>
      <w:tcPr>
        <w:tcBorders>
          <w:top w:val="single" w:sz="8" w:space="0" w:color="F4DE3A" w:themeColor="accent5"/>
          <w:left w:val="single" w:sz="8" w:space="0" w:color="F4DE3A" w:themeColor="accent5"/>
          <w:bottom w:val="single" w:sz="8" w:space="0" w:color="F4DE3A" w:themeColor="accent5"/>
          <w:right w:val="single" w:sz="8" w:space="0" w:color="F4DE3A" w:themeColor="accent5"/>
          <w:insideV w:val="single" w:sz="8" w:space="0" w:color="F4DE3A" w:themeColor="accent5"/>
        </w:tcBorders>
        <w:shd w:val="clear" w:color="auto" w:fill="FCF6CE" w:themeFill="accent5" w:themeFillTint="3F"/>
      </w:tcPr>
    </w:tblStylePr>
    <w:tblStylePr w:type="band2Horz">
      <w:tblPr/>
      <w:tcPr>
        <w:tcBorders>
          <w:top w:val="single" w:sz="8" w:space="0" w:color="F4DE3A" w:themeColor="accent5"/>
          <w:left w:val="single" w:sz="8" w:space="0" w:color="F4DE3A" w:themeColor="accent5"/>
          <w:bottom w:val="single" w:sz="8" w:space="0" w:color="F4DE3A" w:themeColor="accent5"/>
          <w:right w:val="single" w:sz="8" w:space="0" w:color="F4DE3A" w:themeColor="accent5"/>
          <w:insideV w:val="single" w:sz="8" w:space="0" w:color="F4DE3A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CB11C" w:themeColor="accent6"/>
        <w:left w:val="single" w:sz="8" w:space="0" w:color="FCB11C" w:themeColor="accent6"/>
        <w:bottom w:val="single" w:sz="8" w:space="0" w:color="FCB11C" w:themeColor="accent6"/>
        <w:right w:val="single" w:sz="8" w:space="0" w:color="FCB11C" w:themeColor="accent6"/>
        <w:insideH w:val="single" w:sz="8" w:space="0" w:color="FCB11C" w:themeColor="accent6"/>
        <w:insideV w:val="single" w:sz="8" w:space="0" w:color="FCB11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CB11C" w:themeColor="accent6"/>
          <w:left w:val="single" w:sz="8" w:space="0" w:color="FCB11C" w:themeColor="accent6"/>
          <w:bottom w:val="single" w:sz="18" w:space="0" w:color="FCB11C" w:themeColor="accent6"/>
          <w:right w:val="single" w:sz="8" w:space="0" w:color="FCB11C" w:themeColor="accent6"/>
          <w:insideH w:val="nil"/>
          <w:insideV w:val="single" w:sz="8" w:space="0" w:color="FCB11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CB11C" w:themeColor="accent6"/>
          <w:left w:val="single" w:sz="8" w:space="0" w:color="FCB11C" w:themeColor="accent6"/>
          <w:bottom w:val="single" w:sz="8" w:space="0" w:color="FCB11C" w:themeColor="accent6"/>
          <w:right w:val="single" w:sz="8" w:space="0" w:color="FCB11C" w:themeColor="accent6"/>
          <w:insideH w:val="nil"/>
          <w:insideV w:val="single" w:sz="8" w:space="0" w:color="FCB11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CB11C" w:themeColor="accent6"/>
          <w:left w:val="single" w:sz="8" w:space="0" w:color="FCB11C" w:themeColor="accent6"/>
          <w:bottom w:val="single" w:sz="8" w:space="0" w:color="FCB11C" w:themeColor="accent6"/>
          <w:right w:val="single" w:sz="8" w:space="0" w:color="FCB11C" w:themeColor="accent6"/>
        </w:tcBorders>
      </w:tcPr>
    </w:tblStylePr>
    <w:tblStylePr w:type="band1Vert">
      <w:tblPr/>
      <w:tcPr>
        <w:tcBorders>
          <w:top w:val="single" w:sz="8" w:space="0" w:color="FCB11C" w:themeColor="accent6"/>
          <w:left w:val="single" w:sz="8" w:space="0" w:color="FCB11C" w:themeColor="accent6"/>
          <w:bottom w:val="single" w:sz="8" w:space="0" w:color="FCB11C" w:themeColor="accent6"/>
          <w:right w:val="single" w:sz="8" w:space="0" w:color="FCB11C" w:themeColor="accent6"/>
        </w:tcBorders>
        <w:shd w:val="clear" w:color="auto" w:fill="FEEBC6" w:themeFill="accent6" w:themeFillTint="3F"/>
      </w:tcPr>
    </w:tblStylePr>
    <w:tblStylePr w:type="band1Horz">
      <w:tblPr/>
      <w:tcPr>
        <w:tcBorders>
          <w:top w:val="single" w:sz="8" w:space="0" w:color="FCB11C" w:themeColor="accent6"/>
          <w:left w:val="single" w:sz="8" w:space="0" w:color="FCB11C" w:themeColor="accent6"/>
          <w:bottom w:val="single" w:sz="8" w:space="0" w:color="FCB11C" w:themeColor="accent6"/>
          <w:right w:val="single" w:sz="8" w:space="0" w:color="FCB11C" w:themeColor="accent6"/>
          <w:insideV w:val="single" w:sz="8" w:space="0" w:color="FCB11C" w:themeColor="accent6"/>
        </w:tcBorders>
        <w:shd w:val="clear" w:color="auto" w:fill="FEEBC6" w:themeFill="accent6" w:themeFillTint="3F"/>
      </w:tcPr>
    </w:tblStylePr>
    <w:tblStylePr w:type="band2Horz">
      <w:tblPr/>
      <w:tcPr>
        <w:tcBorders>
          <w:top w:val="single" w:sz="8" w:space="0" w:color="FCB11C" w:themeColor="accent6"/>
          <w:left w:val="single" w:sz="8" w:space="0" w:color="FCB11C" w:themeColor="accent6"/>
          <w:bottom w:val="single" w:sz="8" w:space="0" w:color="FCB11C" w:themeColor="accent6"/>
          <w:right w:val="single" w:sz="8" w:space="0" w:color="FCB11C" w:themeColor="accent6"/>
          <w:insideV w:val="single" w:sz="8" w:space="0" w:color="FCB11C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0C2CD" w:themeColor="accent1" w:themeTint="BF"/>
        <w:left w:val="single" w:sz="8" w:space="0" w:color="70C2CD" w:themeColor="accent1" w:themeTint="BF"/>
        <w:bottom w:val="single" w:sz="8" w:space="0" w:color="70C2CD" w:themeColor="accent1" w:themeTint="BF"/>
        <w:right w:val="single" w:sz="8" w:space="0" w:color="70C2CD" w:themeColor="accent1" w:themeTint="BF"/>
        <w:insideH w:val="single" w:sz="8" w:space="0" w:color="70C2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0C2CD" w:themeColor="accent1" w:themeTint="BF"/>
          <w:left w:val="single" w:sz="8" w:space="0" w:color="70C2CD" w:themeColor="accent1" w:themeTint="BF"/>
          <w:bottom w:val="single" w:sz="8" w:space="0" w:color="70C2CD" w:themeColor="accent1" w:themeTint="BF"/>
          <w:right w:val="single" w:sz="8" w:space="0" w:color="70C2CD" w:themeColor="accent1" w:themeTint="BF"/>
          <w:insideH w:val="nil"/>
          <w:insideV w:val="nil"/>
        </w:tcBorders>
        <w:shd w:val="clear" w:color="auto" w:fill="41AE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C2CD" w:themeColor="accent1" w:themeTint="BF"/>
          <w:left w:val="single" w:sz="8" w:space="0" w:color="70C2CD" w:themeColor="accent1" w:themeTint="BF"/>
          <w:bottom w:val="single" w:sz="8" w:space="0" w:color="70C2CD" w:themeColor="accent1" w:themeTint="BF"/>
          <w:right w:val="single" w:sz="8" w:space="0" w:color="70C2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EB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EB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0EEDF" w:themeColor="accent2" w:themeTint="BF"/>
        <w:left w:val="single" w:sz="8" w:space="0" w:color="B0EEDF" w:themeColor="accent2" w:themeTint="BF"/>
        <w:bottom w:val="single" w:sz="8" w:space="0" w:color="B0EEDF" w:themeColor="accent2" w:themeTint="BF"/>
        <w:right w:val="single" w:sz="8" w:space="0" w:color="B0EEDF" w:themeColor="accent2" w:themeTint="BF"/>
        <w:insideH w:val="single" w:sz="8" w:space="0" w:color="B0EED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EEDF" w:themeColor="accent2" w:themeTint="BF"/>
          <w:left w:val="single" w:sz="8" w:space="0" w:color="B0EEDF" w:themeColor="accent2" w:themeTint="BF"/>
          <w:bottom w:val="single" w:sz="8" w:space="0" w:color="B0EEDF" w:themeColor="accent2" w:themeTint="BF"/>
          <w:right w:val="single" w:sz="8" w:space="0" w:color="B0EEDF" w:themeColor="accent2" w:themeTint="BF"/>
          <w:insideH w:val="nil"/>
          <w:insideV w:val="nil"/>
        </w:tcBorders>
        <w:shd w:val="clear" w:color="auto" w:fill="97E9D5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EEDF" w:themeColor="accent2" w:themeTint="BF"/>
          <w:left w:val="single" w:sz="8" w:space="0" w:color="B0EEDF" w:themeColor="accent2" w:themeTint="BF"/>
          <w:bottom w:val="single" w:sz="8" w:space="0" w:color="B0EEDF" w:themeColor="accent2" w:themeTint="BF"/>
          <w:right w:val="single" w:sz="8" w:space="0" w:color="B0EED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F9F4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F9F4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9DB76" w:themeColor="accent3" w:themeTint="BF"/>
        <w:left w:val="single" w:sz="8" w:space="0" w:color="B9DB76" w:themeColor="accent3" w:themeTint="BF"/>
        <w:bottom w:val="single" w:sz="8" w:space="0" w:color="B9DB76" w:themeColor="accent3" w:themeTint="BF"/>
        <w:right w:val="single" w:sz="8" w:space="0" w:color="B9DB76" w:themeColor="accent3" w:themeTint="BF"/>
        <w:insideH w:val="single" w:sz="8" w:space="0" w:color="B9DB76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DB76" w:themeColor="accent3" w:themeTint="BF"/>
          <w:left w:val="single" w:sz="8" w:space="0" w:color="B9DB76" w:themeColor="accent3" w:themeTint="BF"/>
          <w:bottom w:val="single" w:sz="8" w:space="0" w:color="B9DB76" w:themeColor="accent3" w:themeTint="BF"/>
          <w:right w:val="single" w:sz="8" w:space="0" w:color="B9DB76" w:themeColor="accent3" w:themeTint="BF"/>
          <w:insideH w:val="nil"/>
          <w:insideV w:val="nil"/>
        </w:tcBorders>
        <w:shd w:val="clear" w:color="auto" w:fill="A2CF4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DB76" w:themeColor="accent3" w:themeTint="BF"/>
          <w:left w:val="single" w:sz="8" w:space="0" w:color="B9DB76" w:themeColor="accent3" w:themeTint="BF"/>
          <w:bottom w:val="single" w:sz="8" w:space="0" w:color="B9DB76" w:themeColor="accent3" w:themeTint="BF"/>
          <w:right w:val="single" w:sz="8" w:space="0" w:color="B9DB76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F3D1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F3D1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5BA5E" w:themeColor="accent4" w:themeTint="BF"/>
        <w:left w:val="single" w:sz="8" w:space="0" w:color="85BA5E" w:themeColor="accent4" w:themeTint="BF"/>
        <w:bottom w:val="single" w:sz="8" w:space="0" w:color="85BA5E" w:themeColor="accent4" w:themeTint="BF"/>
        <w:right w:val="single" w:sz="8" w:space="0" w:color="85BA5E" w:themeColor="accent4" w:themeTint="BF"/>
        <w:insideH w:val="single" w:sz="8" w:space="0" w:color="85BA5E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5BA5E" w:themeColor="accent4" w:themeTint="BF"/>
          <w:left w:val="single" w:sz="8" w:space="0" w:color="85BA5E" w:themeColor="accent4" w:themeTint="BF"/>
          <w:bottom w:val="single" w:sz="8" w:space="0" w:color="85BA5E" w:themeColor="accent4" w:themeTint="BF"/>
          <w:right w:val="single" w:sz="8" w:space="0" w:color="85BA5E" w:themeColor="accent4" w:themeTint="BF"/>
          <w:insideH w:val="nil"/>
          <w:insideV w:val="nil"/>
        </w:tcBorders>
        <w:shd w:val="clear" w:color="auto" w:fill="608F3D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BA5E" w:themeColor="accent4" w:themeTint="BF"/>
          <w:left w:val="single" w:sz="8" w:space="0" w:color="85BA5E" w:themeColor="accent4" w:themeTint="BF"/>
          <w:bottom w:val="single" w:sz="8" w:space="0" w:color="85BA5E" w:themeColor="accent4" w:themeTint="BF"/>
          <w:right w:val="single" w:sz="8" w:space="0" w:color="85BA5E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8C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8C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6E56B" w:themeColor="accent5" w:themeTint="BF"/>
        <w:left w:val="single" w:sz="8" w:space="0" w:color="F6E56B" w:themeColor="accent5" w:themeTint="BF"/>
        <w:bottom w:val="single" w:sz="8" w:space="0" w:color="F6E56B" w:themeColor="accent5" w:themeTint="BF"/>
        <w:right w:val="single" w:sz="8" w:space="0" w:color="F6E56B" w:themeColor="accent5" w:themeTint="BF"/>
        <w:insideH w:val="single" w:sz="8" w:space="0" w:color="F6E56B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6E56B" w:themeColor="accent5" w:themeTint="BF"/>
          <w:left w:val="single" w:sz="8" w:space="0" w:color="F6E56B" w:themeColor="accent5" w:themeTint="BF"/>
          <w:bottom w:val="single" w:sz="8" w:space="0" w:color="F6E56B" w:themeColor="accent5" w:themeTint="BF"/>
          <w:right w:val="single" w:sz="8" w:space="0" w:color="F6E56B" w:themeColor="accent5" w:themeTint="BF"/>
          <w:insideH w:val="nil"/>
          <w:insideV w:val="nil"/>
        </w:tcBorders>
        <w:shd w:val="clear" w:color="auto" w:fill="F4DE3A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6E56B" w:themeColor="accent5" w:themeTint="BF"/>
          <w:left w:val="single" w:sz="8" w:space="0" w:color="F6E56B" w:themeColor="accent5" w:themeTint="BF"/>
          <w:bottom w:val="single" w:sz="8" w:space="0" w:color="F6E56B" w:themeColor="accent5" w:themeTint="BF"/>
          <w:right w:val="single" w:sz="8" w:space="0" w:color="F6E56B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F6CE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CF6CE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CC454" w:themeColor="accent6" w:themeTint="BF"/>
        <w:left w:val="single" w:sz="8" w:space="0" w:color="FCC454" w:themeColor="accent6" w:themeTint="BF"/>
        <w:bottom w:val="single" w:sz="8" w:space="0" w:color="FCC454" w:themeColor="accent6" w:themeTint="BF"/>
        <w:right w:val="single" w:sz="8" w:space="0" w:color="FCC454" w:themeColor="accent6" w:themeTint="BF"/>
        <w:insideH w:val="single" w:sz="8" w:space="0" w:color="FCC45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CC454" w:themeColor="accent6" w:themeTint="BF"/>
          <w:left w:val="single" w:sz="8" w:space="0" w:color="FCC454" w:themeColor="accent6" w:themeTint="BF"/>
          <w:bottom w:val="single" w:sz="8" w:space="0" w:color="FCC454" w:themeColor="accent6" w:themeTint="BF"/>
          <w:right w:val="single" w:sz="8" w:space="0" w:color="FCC454" w:themeColor="accent6" w:themeTint="BF"/>
          <w:insideH w:val="nil"/>
          <w:insideV w:val="nil"/>
        </w:tcBorders>
        <w:shd w:val="clear" w:color="auto" w:fill="FCB11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CC454" w:themeColor="accent6" w:themeTint="BF"/>
          <w:left w:val="single" w:sz="8" w:space="0" w:color="FCC454" w:themeColor="accent6" w:themeTint="BF"/>
          <w:bottom w:val="single" w:sz="8" w:space="0" w:color="FCC454" w:themeColor="accent6" w:themeTint="BF"/>
          <w:right w:val="single" w:sz="8" w:space="0" w:color="FCC45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BC6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EEBC6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1AE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1AE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1AE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7E9D5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7E9D5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7E9D5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CF4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CF4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CF4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08F3D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08F3D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08F3D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4DE3A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4DE3A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4DE3A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CB11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CB11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CB11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55F5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1AEBD" w:themeColor="accent1"/>
        <w:bottom w:val="single" w:sz="8" w:space="0" w:color="41AE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1AEBD" w:themeColor="accent1"/>
        </w:tcBorders>
      </w:tcPr>
    </w:tblStylePr>
    <w:tblStylePr w:type="lastRow">
      <w:rPr>
        <w:b/>
        <w:bCs/>
        <w:color w:val="455F51" w:themeColor="text2"/>
      </w:rPr>
      <w:tblPr/>
      <w:tcPr>
        <w:tcBorders>
          <w:top w:val="single" w:sz="8" w:space="0" w:color="41AEBD" w:themeColor="accent1"/>
          <w:bottom w:val="single" w:sz="8" w:space="0" w:color="41AE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1AEBD" w:themeColor="accent1"/>
          <w:bottom w:val="single" w:sz="8" w:space="0" w:color="41AEBD" w:themeColor="accent1"/>
        </w:tcBorders>
      </w:tcPr>
    </w:tblStylePr>
    <w:tblStylePr w:type="band1Vert">
      <w:tblPr/>
      <w:tcPr>
        <w:shd w:val="clear" w:color="auto" w:fill="CFEBEE" w:themeFill="accent1" w:themeFillTint="3F"/>
      </w:tcPr>
    </w:tblStylePr>
    <w:tblStylePr w:type="band1Horz">
      <w:tblPr/>
      <w:tcPr>
        <w:shd w:val="clear" w:color="auto" w:fill="CFEB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7E9D5" w:themeColor="accent2"/>
        <w:bottom w:val="single" w:sz="8" w:space="0" w:color="97E9D5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7E9D5" w:themeColor="accent2"/>
        </w:tcBorders>
      </w:tcPr>
    </w:tblStylePr>
    <w:tblStylePr w:type="lastRow">
      <w:rPr>
        <w:b/>
        <w:bCs/>
        <w:color w:val="455F51" w:themeColor="text2"/>
      </w:rPr>
      <w:tblPr/>
      <w:tcPr>
        <w:tcBorders>
          <w:top w:val="single" w:sz="8" w:space="0" w:color="97E9D5" w:themeColor="accent2"/>
          <w:bottom w:val="single" w:sz="8" w:space="0" w:color="97E9D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7E9D5" w:themeColor="accent2"/>
          <w:bottom w:val="single" w:sz="8" w:space="0" w:color="97E9D5" w:themeColor="accent2"/>
        </w:tcBorders>
      </w:tcPr>
    </w:tblStylePr>
    <w:tblStylePr w:type="band1Vert">
      <w:tblPr/>
      <w:tcPr>
        <w:shd w:val="clear" w:color="auto" w:fill="E5F9F4" w:themeFill="accent2" w:themeFillTint="3F"/>
      </w:tcPr>
    </w:tblStylePr>
    <w:tblStylePr w:type="band1Horz">
      <w:tblPr/>
      <w:tcPr>
        <w:shd w:val="clear" w:color="auto" w:fill="E5F9F4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2CF49" w:themeColor="accent3"/>
        <w:bottom w:val="single" w:sz="8" w:space="0" w:color="A2CF4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CF49" w:themeColor="accent3"/>
        </w:tcBorders>
      </w:tcPr>
    </w:tblStylePr>
    <w:tblStylePr w:type="lastRow">
      <w:rPr>
        <w:b/>
        <w:bCs/>
        <w:color w:val="455F51" w:themeColor="text2"/>
      </w:rPr>
      <w:tblPr/>
      <w:tcPr>
        <w:tcBorders>
          <w:top w:val="single" w:sz="8" w:space="0" w:color="A2CF49" w:themeColor="accent3"/>
          <w:bottom w:val="single" w:sz="8" w:space="0" w:color="A2CF4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CF49" w:themeColor="accent3"/>
          <w:bottom w:val="single" w:sz="8" w:space="0" w:color="A2CF49" w:themeColor="accent3"/>
        </w:tcBorders>
      </w:tcPr>
    </w:tblStylePr>
    <w:tblStylePr w:type="band1Vert">
      <w:tblPr/>
      <w:tcPr>
        <w:shd w:val="clear" w:color="auto" w:fill="E7F3D1" w:themeFill="accent3" w:themeFillTint="3F"/>
      </w:tcPr>
    </w:tblStylePr>
    <w:tblStylePr w:type="band1Horz">
      <w:tblPr/>
      <w:tcPr>
        <w:shd w:val="clear" w:color="auto" w:fill="E7F3D1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608F3D" w:themeColor="accent4"/>
        <w:bottom w:val="single" w:sz="8" w:space="0" w:color="608F3D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08F3D" w:themeColor="accent4"/>
        </w:tcBorders>
      </w:tcPr>
    </w:tblStylePr>
    <w:tblStylePr w:type="lastRow">
      <w:rPr>
        <w:b/>
        <w:bCs/>
        <w:color w:val="455F51" w:themeColor="text2"/>
      </w:rPr>
      <w:tblPr/>
      <w:tcPr>
        <w:tcBorders>
          <w:top w:val="single" w:sz="8" w:space="0" w:color="608F3D" w:themeColor="accent4"/>
          <w:bottom w:val="single" w:sz="8" w:space="0" w:color="608F3D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08F3D" w:themeColor="accent4"/>
          <w:bottom w:val="single" w:sz="8" w:space="0" w:color="608F3D" w:themeColor="accent4"/>
        </w:tcBorders>
      </w:tcPr>
    </w:tblStylePr>
    <w:tblStylePr w:type="band1Vert">
      <w:tblPr/>
      <w:tcPr>
        <w:shd w:val="clear" w:color="auto" w:fill="D6E8C9" w:themeFill="accent4" w:themeFillTint="3F"/>
      </w:tcPr>
    </w:tblStylePr>
    <w:tblStylePr w:type="band1Horz">
      <w:tblPr/>
      <w:tcPr>
        <w:shd w:val="clear" w:color="auto" w:fill="D6E8C9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4DE3A" w:themeColor="accent5"/>
        <w:bottom w:val="single" w:sz="8" w:space="0" w:color="F4DE3A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4DE3A" w:themeColor="accent5"/>
        </w:tcBorders>
      </w:tcPr>
    </w:tblStylePr>
    <w:tblStylePr w:type="lastRow">
      <w:rPr>
        <w:b/>
        <w:bCs/>
        <w:color w:val="455F51" w:themeColor="text2"/>
      </w:rPr>
      <w:tblPr/>
      <w:tcPr>
        <w:tcBorders>
          <w:top w:val="single" w:sz="8" w:space="0" w:color="F4DE3A" w:themeColor="accent5"/>
          <w:bottom w:val="single" w:sz="8" w:space="0" w:color="F4DE3A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4DE3A" w:themeColor="accent5"/>
          <w:bottom w:val="single" w:sz="8" w:space="0" w:color="F4DE3A" w:themeColor="accent5"/>
        </w:tcBorders>
      </w:tcPr>
    </w:tblStylePr>
    <w:tblStylePr w:type="band1Vert">
      <w:tblPr/>
      <w:tcPr>
        <w:shd w:val="clear" w:color="auto" w:fill="FCF6CE" w:themeFill="accent5" w:themeFillTint="3F"/>
      </w:tcPr>
    </w:tblStylePr>
    <w:tblStylePr w:type="band1Horz">
      <w:tblPr/>
      <w:tcPr>
        <w:shd w:val="clear" w:color="auto" w:fill="FCF6CE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CB11C" w:themeColor="accent6"/>
        <w:bottom w:val="single" w:sz="8" w:space="0" w:color="FCB11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CB11C" w:themeColor="accent6"/>
        </w:tcBorders>
      </w:tcPr>
    </w:tblStylePr>
    <w:tblStylePr w:type="lastRow">
      <w:rPr>
        <w:b/>
        <w:bCs/>
        <w:color w:val="455F51" w:themeColor="text2"/>
      </w:rPr>
      <w:tblPr/>
      <w:tcPr>
        <w:tcBorders>
          <w:top w:val="single" w:sz="8" w:space="0" w:color="FCB11C" w:themeColor="accent6"/>
          <w:bottom w:val="single" w:sz="8" w:space="0" w:color="FCB11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CB11C" w:themeColor="accent6"/>
          <w:bottom w:val="single" w:sz="8" w:space="0" w:color="FCB11C" w:themeColor="accent6"/>
        </w:tcBorders>
      </w:tcPr>
    </w:tblStylePr>
    <w:tblStylePr w:type="band1Vert">
      <w:tblPr/>
      <w:tcPr>
        <w:shd w:val="clear" w:color="auto" w:fill="FEEBC6" w:themeFill="accent6" w:themeFillTint="3F"/>
      </w:tcPr>
    </w:tblStylePr>
    <w:tblStylePr w:type="band1Horz">
      <w:tblPr/>
      <w:tcPr>
        <w:shd w:val="clear" w:color="auto" w:fill="FEEBC6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1AEBD" w:themeColor="accent1"/>
        <w:left w:val="single" w:sz="8" w:space="0" w:color="41AEBD" w:themeColor="accent1"/>
        <w:bottom w:val="single" w:sz="8" w:space="0" w:color="41AEBD" w:themeColor="accent1"/>
        <w:right w:val="single" w:sz="8" w:space="0" w:color="41AE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1AE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1AE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1AE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1AE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EB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EB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7E9D5" w:themeColor="accent2"/>
        <w:left w:val="single" w:sz="8" w:space="0" w:color="97E9D5" w:themeColor="accent2"/>
        <w:bottom w:val="single" w:sz="8" w:space="0" w:color="97E9D5" w:themeColor="accent2"/>
        <w:right w:val="single" w:sz="8" w:space="0" w:color="97E9D5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7E9D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7E9D5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7E9D5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7E9D5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F9F4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F9F4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2CF49" w:themeColor="accent3"/>
        <w:left w:val="single" w:sz="8" w:space="0" w:color="A2CF49" w:themeColor="accent3"/>
        <w:bottom w:val="single" w:sz="8" w:space="0" w:color="A2CF49" w:themeColor="accent3"/>
        <w:right w:val="single" w:sz="8" w:space="0" w:color="A2CF4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CF4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2CF4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CF4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CF4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F3D1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F3D1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08F3D" w:themeColor="accent4"/>
        <w:left w:val="single" w:sz="8" w:space="0" w:color="608F3D" w:themeColor="accent4"/>
        <w:bottom w:val="single" w:sz="8" w:space="0" w:color="608F3D" w:themeColor="accent4"/>
        <w:right w:val="single" w:sz="8" w:space="0" w:color="608F3D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08F3D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608F3D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08F3D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08F3D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8C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8C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4DE3A" w:themeColor="accent5"/>
        <w:left w:val="single" w:sz="8" w:space="0" w:color="F4DE3A" w:themeColor="accent5"/>
        <w:bottom w:val="single" w:sz="8" w:space="0" w:color="F4DE3A" w:themeColor="accent5"/>
        <w:right w:val="single" w:sz="8" w:space="0" w:color="F4DE3A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4DE3A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4DE3A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4DE3A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4DE3A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F6CE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CF6CE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CB11C" w:themeColor="accent6"/>
        <w:left w:val="single" w:sz="8" w:space="0" w:color="FCB11C" w:themeColor="accent6"/>
        <w:bottom w:val="single" w:sz="8" w:space="0" w:color="FCB11C" w:themeColor="accent6"/>
        <w:right w:val="single" w:sz="8" w:space="0" w:color="FCB11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CB11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CB11C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CB11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CB11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BC6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EEBC6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0C2CD" w:themeColor="accent1" w:themeTint="BF"/>
        <w:left w:val="single" w:sz="8" w:space="0" w:color="70C2CD" w:themeColor="accent1" w:themeTint="BF"/>
        <w:bottom w:val="single" w:sz="8" w:space="0" w:color="70C2CD" w:themeColor="accent1" w:themeTint="BF"/>
        <w:right w:val="single" w:sz="8" w:space="0" w:color="70C2CD" w:themeColor="accent1" w:themeTint="BF"/>
        <w:insideH w:val="single" w:sz="8" w:space="0" w:color="70C2CD" w:themeColor="accent1" w:themeTint="BF"/>
        <w:insideV w:val="single" w:sz="8" w:space="0" w:color="70C2CD" w:themeColor="accent1" w:themeTint="BF"/>
      </w:tblBorders>
    </w:tblPr>
    <w:tcPr>
      <w:shd w:val="clear" w:color="auto" w:fill="CFEB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0C2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0D6DE" w:themeFill="accent1" w:themeFillTint="7F"/>
      </w:tcPr>
    </w:tblStylePr>
    <w:tblStylePr w:type="band1Horz">
      <w:tblPr/>
      <w:tcPr>
        <w:shd w:val="clear" w:color="auto" w:fill="A0D6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0EEDF" w:themeColor="accent2" w:themeTint="BF"/>
        <w:left w:val="single" w:sz="8" w:space="0" w:color="B0EEDF" w:themeColor="accent2" w:themeTint="BF"/>
        <w:bottom w:val="single" w:sz="8" w:space="0" w:color="B0EEDF" w:themeColor="accent2" w:themeTint="BF"/>
        <w:right w:val="single" w:sz="8" w:space="0" w:color="B0EEDF" w:themeColor="accent2" w:themeTint="BF"/>
        <w:insideH w:val="single" w:sz="8" w:space="0" w:color="B0EEDF" w:themeColor="accent2" w:themeTint="BF"/>
        <w:insideV w:val="single" w:sz="8" w:space="0" w:color="B0EEDF" w:themeColor="accent2" w:themeTint="BF"/>
      </w:tblBorders>
    </w:tblPr>
    <w:tcPr>
      <w:shd w:val="clear" w:color="auto" w:fill="E5F9F4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EED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F4E9" w:themeFill="accent2" w:themeFillTint="7F"/>
      </w:tcPr>
    </w:tblStylePr>
    <w:tblStylePr w:type="band1Horz">
      <w:tblPr/>
      <w:tcPr>
        <w:shd w:val="clear" w:color="auto" w:fill="CBF4E9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9DB76" w:themeColor="accent3" w:themeTint="BF"/>
        <w:left w:val="single" w:sz="8" w:space="0" w:color="B9DB76" w:themeColor="accent3" w:themeTint="BF"/>
        <w:bottom w:val="single" w:sz="8" w:space="0" w:color="B9DB76" w:themeColor="accent3" w:themeTint="BF"/>
        <w:right w:val="single" w:sz="8" w:space="0" w:color="B9DB76" w:themeColor="accent3" w:themeTint="BF"/>
        <w:insideH w:val="single" w:sz="8" w:space="0" w:color="B9DB76" w:themeColor="accent3" w:themeTint="BF"/>
        <w:insideV w:val="single" w:sz="8" w:space="0" w:color="B9DB76" w:themeColor="accent3" w:themeTint="BF"/>
      </w:tblBorders>
    </w:tblPr>
    <w:tcPr>
      <w:shd w:val="clear" w:color="auto" w:fill="E7F3D1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DB76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7A4" w:themeFill="accent3" w:themeFillTint="7F"/>
      </w:tcPr>
    </w:tblStylePr>
    <w:tblStylePr w:type="band1Horz">
      <w:tblPr/>
      <w:tcPr>
        <w:shd w:val="clear" w:color="auto" w:fill="D0E7A4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5BA5E" w:themeColor="accent4" w:themeTint="BF"/>
        <w:left w:val="single" w:sz="8" w:space="0" w:color="85BA5E" w:themeColor="accent4" w:themeTint="BF"/>
        <w:bottom w:val="single" w:sz="8" w:space="0" w:color="85BA5E" w:themeColor="accent4" w:themeTint="BF"/>
        <w:right w:val="single" w:sz="8" w:space="0" w:color="85BA5E" w:themeColor="accent4" w:themeTint="BF"/>
        <w:insideH w:val="single" w:sz="8" w:space="0" w:color="85BA5E" w:themeColor="accent4" w:themeTint="BF"/>
        <w:insideV w:val="single" w:sz="8" w:space="0" w:color="85BA5E" w:themeColor="accent4" w:themeTint="BF"/>
      </w:tblBorders>
    </w:tblPr>
    <w:tcPr>
      <w:shd w:val="clear" w:color="auto" w:fill="D6E8C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5BA5E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D193" w:themeFill="accent4" w:themeFillTint="7F"/>
      </w:tcPr>
    </w:tblStylePr>
    <w:tblStylePr w:type="band1Horz">
      <w:tblPr/>
      <w:tcPr>
        <w:shd w:val="clear" w:color="auto" w:fill="ADD193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6E56B" w:themeColor="accent5" w:themeTint="BF"/>
        <w:left w:val="single" w:sz="8" w:space="0" w:color="F6E56B" w:themeColor="accent5" w:themeTint="BF"/>
        <w:bottom w:val="single" w:sz="8" w:space="0" w:color="F6E56B" w:themeColor="accent5" w:themeTint="BF"/>
        <w:right w:val="single" w:sz="8" w:space="0" w:color="F6E56B" w:themeColor="accent5" w:themeTint="BF"/>
        <w:insideH w:val="single" w:sz="8" w:space="0" w:color="F6E56B" w:themeColor="accent5" w:themeTint="BF"/>
        <w:insideV w:val="single" w:sz="8" w:space="0" w:color="F6E56B" w:themeColor="accent5" w:themeTint="BF"/>
      </w:tblBorders>
    </w:tblPr>
    <w:tcPr>
      <w:shd w:val="clear" w:color="auto" w:fill="FCF6CE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6E56B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EE9C" w:themeFill="accent5" w:themeFillTint="7F"/>
      </w:tcPr>
    </w:tblStylePr>
    <w:tblStylePr w:type="band1Horz">
      <w:tblPr/>
      <w:tcPr>
        <w:shd w:val="clear" w:color="auto" w:fill="F9EE9C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CC454" w:themeColor="accent6" w:themeTint="BF"/>
        <w:left w:val="single" w:sz="8" w:space="0" w:color="FCC454" w:themeColor="accent6" w:themeTint="BF"/>
        <w:bottom w:val="single" w:sz="8" w:space="0" w:color="FCC454" w:themeColor="accent6" w:themeTint="BF"/>
        <w:right w:val="single" w:sz="8" w:space="0" w:color="FCC454" w:themeColor="accent6" w:themeTint="BF"/>
        <w:insideH w:val="single" w:sz="8" w:space="0" w:color="FCC454" w:themeColor="accent6" w:themeTint="BF"/>
        <w:insideV w:val="single" w:sz="8" w:space="0" w:color="FCC454" w:themeColor="accent6" w:themeTint="BF"/>
      </w:tblBorders>
    </w:tblPr>
    <w:tcPr>
      <w:shd w:val="clear" w:color="auto" w:fill="FEEBC6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CC45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D78D" w:themeFill="accent6" w:themeFillTint="7F"/>
      </w:tcPr>
    </w:tblStylePr>
    <w:tblStylePr w:type="band1Horz">
      <w:tblPr/>
      <w:tcPr>
        <w:shd w:val="clear" w:color="auto" w:fill="FDD78D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1AEBD" w:themeColor="accent1"/>
        <w:left w:val="single" w:sz="8" w:space="0" w:color="41AEBD" w:themeColor="accent1"/>
        <w:bottom w:val="single" w:sz="8" w:space="0" w:color="41AEBD" w:themeColor="accent1"/>
        <w:right w:val="single" w:sz="8" w:space="0" w:color="41AEBD" w:themeColor="accent1"/>
        <w:insideH w:val="single" w:sz="8" w:space="0" w:color="41AEBD" w:themeColor="accent1"/>
        <w:insideV w:val="single" w:sz="8" w:space="0" w:color="41AEBD" w:themeColor="accent1"/>
      </w:tblBorders>
    </w:tblPr>
    <w:tcPr>
      <w:shd w:val="clear" w:color="auto" w:fill="CFEB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7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EEF2" w:themeFill="accent1" w:themeFillTint="33"/>
      </w:tcPr>
    </w:tblStylePr>
    <w:tblStylePr w:type="band1Vert">
      <w:tblPr/>
      <w:tcPr>
        <w:shd w:val="clear" w:color="auto" w:fill="A0D6DE" w:themeFill="accent1" w:themeFillTint="7F"/>
      </w:tcPr>
    </w:tblStylePr>
    <w:tblStylePr w:type="band1Horz">
      <w:tblPr/>
      <w:tcPr>
        <w:tcBorders>
          <w:insideH w:val="single" w:sz="6" w:space="0" w:color="41AEBD" w:themeColor="accent1"/>
          <w:insideV w:val="single" w:sz="6" w:space="0" w:color="41AEBD" w:themeColor="accent1"/>
        </w:tcBorders>
        <w:shd w:val="clear" w:color="auto" w:fill="A0D6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7E9D5" w:themeColor="accent2"/>
        <w:left w:val="single" w:sz="8" w:space="0" w:color="97E9D5" w:themeColor="accent2"/>
        <w:bottom w:val="single" w:sz="8" w:space="0" w:color="97E9D5" w:themeColor="accent2"/>
        <w:right w:val="single" w:sz="8" w:space="0" w:color="97E9D5" w:themeColor="accent2"/>
        <w:insideH w:val="single" w:sz="8" w:space="0" w:color="97E9D5" w:themeColor="accent2"/>
        <w:insideV w:val="single" w:sz="8" w:space="0" w:color="97E9D5" w:themeColor="accent2"/>
      </w:tblBorders>
    </w:tblPr>
    <w:tcPr>
      <w:shd w:val="clear" w:color="auto" w:fill="E5F9F4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4FCF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AF6" w:themeFill="accent2" w:themeFillTint="33"/>
      </w:tcPr>
    </w:tblStylePr>
    <w:tblStylePr w:type="band1Vert">
      <w:tblPr/>
      <w:tcPr>
        <w:shd w:val="clear" w:color="auto" w:fill="CBF4E9" w:themeFill="accent2" w:themeFillTint="7F"/>
      </w:tcPr>
    </w:tblStylePr>
    <w:tblStylePr w:type="band1Horz">
      <w:tblPr/>
      <w:tcPr>
        <w:tcBorders>
          <w:insideH w:val="single" w:sz="6" w:space="0" w:color="97E9D5" w:themeColor="accent2"/>
          <w:insideV w:val="single" w:sz="6" w:space="0" w:color="97E9D5" w:themeColor="accent2"/>
        </w:tcBorders>
        <w:shd w:val="clear" w:color="auto" w:fill="CBF4E9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2CF49" w:themeColor="accent3"/>
        <w:left w:val="single" w:sz="8" w:space="0" w:color="A2CF49" w:themeColor="accent3"/>
        <w:bottom w:val="single" w:sz="8" w:space="0" w:color="A2CF49" w:themeColor="accent3"/>
        <w:right w:val="single" w:sz="8" w:space="0" w:color="A2CF49" w:themeColor="accent3"/>
        <w:insideH w:val="single" w:sz="8" w:space="0" w:color="A2CF49" w:themeColor="accent3"/>
        <w:insideV w:val="single" w:sz="8" w:space="0" w:color="A2CF49" w:themeColor="accent3"/>
      </w:tblBorders>
    </w:tblPr>
    <w:tcPr>
      <w:shd w:val="clear" w:color="auto" w:fill="E7F3D1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AED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F5DA" w:themeFill="accent3" w:themeFillTint="33"/>
      </w:tcPr>
    </w:tblStylePr>
    <w:tblStylePr w:type="band1Vert">
      <w:tblPr/>
      <w:tcPr>
        <w:shd w:val="clear" w:color="auto" w:fill="D0E7A4" w:themeFill="accent3" w:themeFillTint="7F"/>
      </w:tcPr>
    </w:tblStylePr>
    <w:tblStylePr w:type="band1Horz">
      <w:tblPr/>
      <w:tcPr>
        <w:tcBorders>
          <w:insideH w:val="single" w:sz="6" w:space="0" w:color="A2CF49" w:themeColor="accent3"/>
          <w:insideV w:val="single" w:sz="6" w:space="0" w:color="A2CF49" w:themeColor="accent3"/>
        </w:tcBorders>
        <w:shd w:val="clear" w:color="auto" w:fill="D0E7A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08F3D" w:themeColor="accent4"/>
        <w:left w:val="single" w:sz="8" w:space="0" w:color="608F3D" w:themeColor="accent4"/>
        <w:bottom w:val="single" w:sz="8" w:space="0" w:color="608F3D" w:themeColor="accent4"/>
        <w:right w:val="single" w:sz="8" w:space="0" w:color="608F3D" w:themeColor="accent4"/>
        <w:insideH w:val="single" w:sz="8" w:space="0" w:color="608F3D" w:themeColor="accent4"/>
        <w:insideV w:val="single" w:sz="8" w:space="0" w:color="608F3D" w:themeColor="accent4"/>
      </w:tblBorders>
    </w:tblPr>
    <w:tcPr>
      <w:shd w:val="clear" w:color="auto" w:fill="D6E8C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FF6E9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CD4" w:themeFill="accent4" w:themeFillTint="33"/>
      </w:tcPr>
    </w:tblStylePr>
    <w:tblStylePr w:type="band1Vert">
      <w:tblPr/>
      <w:tcPr>
        <w:shd w:val="clear" w:color="auto" w:fill="ADD193" w:themeFill="accent4" w:themeFillTint="7F"/>
      </w:tcPr>
    </w:tblStylePr>
    <w:tblStylePr w:type="band1Horz">
      <w:tblPr/>
      <w:tcPr>
        <w:tcBorders>
          <w:insideH w:val="single" w:sz="6" w:space="0" w:color="608F3D" w:themeColor="accent4"/>
          <w:insideV w:val="single" w:sz="6" w:space="0" w:color="608F3D" w:themeColor="accent4"/>
        </w:tcBorders>
        <w:shd w:val="clear" w:color="auto" w:fill="ADD193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4DE3A" w:themeColor="accent5"/>
        <w:left w:val="single" w:sz="8" w:space="0" w:color="F4DE3A" w:themeColor="accent5"/>
        <w:bottom w:val="single" w:sz="8" w:space="0" w:color="F4DE3A" w:themeColor="accent5"/>
        <w:right w:val="single" w:sz="8" w:space="0" w:color="F4DE3A" w:themeColor="accent5"/>
        <w:insideH w:val="single" w:sz="8" w:space="0" w:color="F4DE3A" w:themeColor="accent5"/>
        <w:insideV w:val="single" w:sz="8" w:space="0" w:color="F4DE3A" w:themeColor="accent5"/>
      </w:tblBorders>
    </w:tblPr>
    <w:tcPr>
      <w:shd w:val="clear" w:color="auto" w:fill="FCF6CE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EFBE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F8D7" w:themeFill="accent5" w:themeFillTint="33"/>
      </w:tcPr>
    </w:tblStylePr>
    <w:tblStylePr w:type="band1Vert">
      <w:tblPr/>
      <w:tcPr>
        <w:shd w:val="clear" w:color="auto" w:fill="F9EE9C" w:themeFill="accent5" w:themeFillTint="7F"/>
      </w:tcPr>
    </w:tblStylePr>
    <w:tblStylePr w:type="band1Horz">
      <w:tblPr/>
      <w:tcPr>
        <w:tcBorders>
          <w:insideH w:val="single" w:sz="6" w:space="0" w:color="F4DE3A" w:themeColor="accent5"/>
          <w:insideV w:val="single" w:sz="6" w:space="0" w:color="F4DE3A" w:themeColor="accent5"/>
        </w:tcBorders>
        <w:shd w:val="clear" w:color="auto" w:fill="F9EE9C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CB11C" w:themeColor="accent6"/>
        <w:left w:val="single" w:sz="8" w:space="0" w:color="FCB11C" w:themeColor="accent6"/>
        <w:bottom w:val="single" w:sz="8" w:space="0" w:color="FCB11C" w:themeColor="accent6"/>
        <w:right w:val="single" w:sz="8" w:space="0" w:color="FCB11C" w:themeColor="accent6"/>
        <w:insideH w:val="single" w:sz="8" w:space="0" w:color="FCB11C" w:themeColor="accent6"/>
        <w:insideV w:val="single" w:sz="8" w:space="0" w:color="FCB11C" w:themeColor="accent6"/>
      </w:tblBorders>
    </w:tblPr>
    <w:tcPr>
      <w:shd w:val="clear" w:color="auto" w:fill="FEEBC6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7E8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EFD1" w:themeFill="accent6" w:themeFillTint="33"/>
      </w:tcPr>
    </w:tblStylePr>
    <w:tblStylePr w:type="band1Vert">
      <w:tblPr/>
      <w:tcPr>
        <w:shd w:val="clear" w:color="auto" w:fill="FDD78D" w:themeFill="accent6" w:themeFillTint="7F"/>
      </w:tcPr>
    </w:tblStylePr>
    <w:tblStylePr w:type="band1Horz">
      <w:tblPr/>
      <w:tcPr>
        <w:tcBorders>
          <w:insideH w:val="single" w:sz="6" w:space="0" w:color="FCB11C" w:themeColor="accent6"/>
          <w:insideV w:val="single" w:sz="6" w:space="0" w:color="FCB11C" w:themeColor="accent6"/>
        </w:tcBorders>
        <w:shd w:val="clear" w:color="auto" w:fill="FDD78D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EB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1AE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1AE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1AE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1AE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0D6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0D6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F9F4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7E9D5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7E9D5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7E9D5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7E9D5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BF4E9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BF4E9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F3D1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2CF4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2CF4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CF4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CF4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E7A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0E7A4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8C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08F3D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08F3D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08F3D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08F3D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D193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D193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CF6CE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4DE3A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4DE3A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4DE3A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4DE3A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9EE9C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9EE9C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EEBC6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CB11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CB11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CB11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CB11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DD78D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DD78D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1AE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65D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0818D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0818D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0818D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0818D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7E9D5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19D7E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D8B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D8B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D8B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D8B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2CF4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6E1D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CA52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CA52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CA52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CA52B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608F3D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471E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6B2D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6B2D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6B2D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6B2D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4DE3A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E7E0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D6BD0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D6BD0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BD0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BD0C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CB11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95B0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E8A02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E8A02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E8A02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E8A02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7E9D5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7E9D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7E9D5" w:themeColor="accent2"/>
        <w:left w:val="single" w:sz="4" w:space="0" w:color="41AEBD" w:themeColor="accent1"/>
        <w:bottom w:val="single" w:sz="4" w:space="0" w:color="41AEBD" w:themeColor="accent1"/>
        <w:right w:val="single" w:sz="4" w:space="0" w:color="41AE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7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7E9D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87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871" w:themeColor="accent1" w:themeShade="99"/>
          <w:insideV w:val="nil"/>
        </w:tcBorders>
        <w:shd w:val="clear" w:color="auto" w:fill="27687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871" w:themeFill="accent1" w:themeFillShade="99"/>
      </w:tcPr>
    </w:tblStylePr>
    <w:tblStylePr w:type="band1Vert">
      <w:tblPr/>
      <w:tcPr>
        <w:shd w:val="clear" w:color="auto" w:fill="B2DEE4" w:themeFill="accent1" w:themeFillTint="66"/>
      </w:tcPr>
    </w:tblStylePr>
    <w:tblStylePr w:type="band1Horz">
      <w:tblPr/>
      <w:tcPr>
        <w:shd w:val="clear" w:color="auto" w:fill="A0D6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7E9D5" w:themeColor="accent2"/>
        <w:left w:val="single" w:sz="4" w:space="0" w:color="97E9D5" w:themeColor="accent2"/>
        <w:bottom w:val="single" w:sz="4" w:space="0" w:color="97E9D5" w:themeColor="accent2"/>
        <w:right w:val="single" w:sz="4" w:space="0" w:color="97E9D5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CF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7E9D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8BE99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8BE99" w:themeColor="accent2" w:themeShade="99"/>
          <w:insideV w:val="nil"/>
        </w:tcBorders>
        <w:shd w:val="clear" w:color="auto" w:fill="28BE99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8BE99" w:themeFill="accent2" w:themeFillShade="99"/>
      </w:tcPr>
    </w:tblStylePr>
    <w:tblStylePr w:type="band1Vert">
      <w:tblPr/>
      <w:tcPr>
        <w:shd w:val="clear" w:color="auto" w:fill="D5F6EE" w:themeFill="accent2" w:themeFillTint="66"/>
      </w:tcPr>
    </w:tblStylePr>
    <w:tblStylePr w:type="band1Horz">
      <w:tblPr/>
      <w:tcPr>
        <w:shd w:val="clear" w:color="auto" w:fill="CBF4E9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608F3D" w:themeColor="accent4"/>
        <w:left w:val="single" w:sz="4" w:space="0" w:color="A2CF49" w:themeColor="accent3"/>
        <w:bottom w:val="single" w:sz="4" w:space="0" w:color="A2CF49" w:themeColor="accent3"/>
        <w:right w:val="single" w:sz="4" w:space="0" w:color="A2CF4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AED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08F3D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842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8423" w:themeColor="accent3" w:themeShade="99"/>
          <w:insideV w:val="nil"/>
        </w:tcBorders>
        <w:shd w:val="clear" w:color="auto" w:fill="63842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8423" w:themeFill="accent3" w:themeFillShade="99"/>
      </w:tcPr>
    </w:tblStylePr>
    <w:tblStylePr w:type="band1Vert">
      <w:tblPr/>
      <w:tcPr>
        <w:shd w:val="clear" w:color="auto" w:fill="D9EBB6" w:themeFill="accent3" w:themeFillTint="66"/>
      </w:tcPr>
    </w:tblStylePr>
    <w:tblStylePr w:type="band1Horz">
      <w:tblPr/>
      <w:tcPr>
        <w:shd w:val="clear" w:color="auto" w:fill="D0E7A4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2CF49" w:themeColor="accent3"/>
        <w:left w:val="single" w:sz="4" w:space="0" w:color="608F3D" w:themeColor="accent4"/>
        <w:bottom w:val="single" w:sz="4" w:space="0" w:color="608F3D" w:themeColor="accent4"/>
        <w:right w:val="single" w:sz="4" w:space="0" w:color="608F3D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F6E9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CF4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5524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95524" w:themeColor="accent4" w:themeShade="99"/>
          <w:insideV w:val="nil"/>
        </w:tcBorders>
        <w:shd w:val="clear" w:color="auto" w:fill="395524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5524" w:themeFill="accent4" w:themeFillShade="99"/>
      </w:tcPr>
    </w:tblStylePr>
    <w:tblStylePr w:type="band1Vert">
      <w:tblPr/>
      <w:tcPr>
        <w:shd w:val="clear" w:color="auto" w:fill="BDDAA9" w:themeFill="accent4" w:themeFillTint="66"/>
      </w:tcPr>
    </w:tblStylePr>
    <w:tblStylePr w:type="band1Horz">
      <w:tblPr/>
      <w:tcPr>
        <w:shd w:val="clear" w:color="auto" w:fill="ADD193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CB11C" w:themeColor="accent6"/>
        <w:left w:val="single" w:sz="4" w:space="0" w:color="F4DE3A" w:themeColor="accent5"/>
        <w:bottom w:val="single" w:sz="4" w:space="0" w:color="F4DE3A" w:themeColor="accent5"/>
        <w:right w:val="single" w:sz="4" w:space="0" w:color="F4DE3A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BE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CB11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AB970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B9709" w:themeColor="accent5" w:themeShade="99"/>
          <w:insideV w:val="nil"/>
        </w:tcBorders>
        <w:shd w:val="clear" w:color="auto" w:fill="AB970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B9709" w:themeFill="accent5" w:themeFillShade="99"/>
      </w:tcPr>
    </w:tblStylePr>
    <w:tblStylePr w:type="band1Vert">
      <w:tblPr/>
      <w:tcPr>
        <w:shd w:val="clear" w:color="auto" w:fill="FAF1B0" w:themeFill="accent5" w:themeFillTint="66"/>
      </w:tcPr>
    </w:tblStylePr>
    <w:tblStylePr w:type="band1Horz">
      <w:tblPr/>
      <w:tcPr>
        <w:shd w:val="clear" w:color="auto" w:fill="F9EE9C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4DE3A" w:themeColor="accent5"/>
        <w:left w:val="single" w:sz="4" w:space="0" w:color="FCB11C" w:themeColor="accent6"/>
        <w:bottom w:val="single" w:sz="4" w:space="0" w:color="FCB11C" w:themeColor="accent6"/>
        <w:right w:val="single" w:sz="4" w:space="0" w:color="FCB11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7E8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4DE3A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A56E02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56E02" w:themeColor="accent6" w:themeShade="99"/>
          <w:insideV w:val="nil"/>
        </w:tcBorders>
        <w:shd w:val="clear" w:color="auto" w:fill="A56E02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6E02" w:themeFill="accent6" w:themeFillShade="99"/>
      </w:tcPr>
    </w:tblStylePr>
    <w:tblStylePr w:type="band1Vert">
      <w:tblPr/>
      <w:tcPr>
        <w:shd w:val="clear" w:color="auto" w:fill="FDDFA4" w:themeFill="accent6" w:themeFillTint="66"/>
      </w:tcPr>
    </w:tblStylePr>
    <w:tblStylePr w:type="band1Horz">
      <w:tblPr/>
      <w:tcPr>
        <w:shd w:val="clear" w:color="auto" w:fill="FDD78D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7DBBA" w:themeFill="accent2" w:themeFillShade="CC"/>
      </w:tcPr>
    </w:tblStylePr>
    <w:tblStylePr w:type="lastRow">
      <w:rPr>
        <w:b/>
        <w:bCs/>
        <w:color w:val="57DBBA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7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7DBBA" w:themeFill="accent2" w:themeFillShade="CC"/>
      </w:tcPr>
    </w:tblStylePr>
    <w:tblStylePr w:type="lastRow">
      <w:rPr>
        <w:b/>
        <w:bCs/>
        <w:color w:val="57DBBA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EBEE" w:themeFill="accent1" w:themeFillTint="3F"/>
      </w:tcPr>
    </w:tblStylePr>
    <w:tblStylePr w:type="band1Horz">
      <w:tblPr/>
      <w:tcPr>
        <w:shd w:val="clear" w:color="auto" w:fill="D8EEF2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4FCF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7DBBA" w:themeFill="accent2" w:themeFillShade="CC"/>
      </w:tcPr>
    </w:tblStylePr>
    <w:tblStylePr w:type="lastRow">
      <w:rPr>
        <w:b/>
        <w:bCs/>
        <w:color w:val="57DBBA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F9F4" w:themeFill="accent2" w:themeFillTint="3F"/>
      </w:tcPr>
    </w:tblStylePr>
    <w:tblStylePr w:type="band1Horz">
      <w:tblPr/>
      <w:tcPr>
        <w:shd w:val="clear" w:color="auto" w:fill="EAFAF6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AED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7230" w:themeFill="accent4" w:themeFillShade="CC"/>
      </w:tcPr>
    </w:tblStylePr>
    <w:tblStylePr w:type="lastRow">
      <w:rPr>
        <w:b/>
        <w:bCs/>
        <w:color w:val="4C723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F3D1" w:themeFill="accent3" w:themeFillTint="3F"/>
      </w:tcPr>
    </w:tblStylePr>
    <w:tblStylePr w:type="band1Horz">
      <w:tblPr/>
      <w:tcPr>
        <w:shd w:val="clear" w:color="auto" w:fill="ECF5DA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FF6E9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5B12E" w:themeFill="accent3" w:themeFillShade="CC"/>
      </w:tcPr>
    </w:tblStylePr>
    <w:tblStylePr w:type="lastRow">
      <w:rPr>
        <w:b/>
        <w:bCs/>
        <w:color w:val="85B12E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8C9" w:themeFill="accent4" w:themeFillTint="3F"/>
      </w:tcPr>
    </w:tblStylePr>
    <w:tblStylePr w:type="band1Horz">
      <w:tblPr/>
      <w:tcPr>
        <w:shd w:val="clear" w:color="auto" w:fill="DEECD4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BE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D9303" w:themeFill="accent6" w:themeFillShade="CC"/>
      </w:tcPr>
    </w:tblStylePr>
    <w:tblStylePr w:type="lastRow">
      <w:rPr>
        <w:b/>
        <w:bCs/>
        <w:color w:val="DD9303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F6CE" w:themeFill="accent5" w:themeFillTint="3F"/>
      </w:tcPr>
    </w:tblStylePr>
    <w:tblStylePr w:type="band1Horz">
      <w:tblPr/>
      <w:tcPr>
        <w:shd w:val="clear" w:color="auto" w:fill="FCF8D7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7E8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4CA0C" w:themeFill="accent5" w:themeFillShade="CC"/>
      </w:tcPr>
    </w:tblStylePr>
    <w:tblStylePr w:type="lastRow">
      <w:rPr>
        <w:b/>
        <w:bCs/>
        <w:color w:val="E4CA0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EBC6" w:themeFill="accent6" w:themeFillTint="3F"/>
      </w:tcPr>
    </w:tblStylePr>
    <w:tblStylePr w:type="band1Horz">
      <w:tblPr/>
      <w:tcPr>
        <w:shd w:val="clear" w:color="auto" w:fill="FEEFD1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EEF2" w:themeFill="accent1" w:themeFillTint="33"/>
    </w:tcPr>
    <w:tblStylePr w:type="firstRow">
      <w:rPr>
        <w:b/>
        <w:bCs/>
      </w:rPr>
      <w:tblPr/>
      <w:tcPr>
        <w:shd w:val="clear" w:color="auto" w:fill="B2DE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2DE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0818D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0818D" w:themeFill="accent1" w:themeFillShade="BF"/>
      </w:tcPr>
    </w:tblStylePr>
    <w:tblStylePr w:type="band1Vert">
      <w:tblPr/>
      <w:tcPr>
        <w:shd w:val="clear" w:color="auto" w:fill="A0D6DE" w:themeFill="accent1" w:themeFillTint="7F"/>
      </w:tcPr>
    </w:tblStylePr>
    <w:tblStylePr w:type="band1Horz">
      <w:tblPr/>
      <w:tcPr>
        <w:shd w:val="clear" w:color="auto" w:fill="A0D6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AF6" w:themeFill="accent2" w:themeFillTint="33"/>
    </w:tcPr>
    <w:tblStylePr w:type="firstRow">
      <w:rPr>
        <w:b/>
        <w:bCs/>
      </w:rPr>
      <w:tblPr/>
      <w:tcPr>
        <w:shd w:val="clear" w:color="auto" w:fill="D5F6EE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F6EE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47D8B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47D8B4" w:themeFill="accent2" w:themeFillShade="BF"/>
      </w:tcPr>
    </w:tblStylePr>
    <w:tblStylePr w:type="band1Vert">
      <w:tblPr/>
      <w:tcPr>
        <w:shd w:val="clear" w:color="auto" w:fill="CBF4E9" w:themeFill="accent2" w:themeFillTint="7F"/>
      </w:tcPr>
    </w:tblStylePr>
    <w:tblStylePr w:type="band1Horz">
      <w:tblPr/>
      <w:tcPr>
        <w:shd w:val="clear" w:color="auto" w:fill="CBF4E9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CF5DA" w:themeFill="accent3" w:themeFillTint="33"/>
    </w:tcPr>
    <w:tblStylePr w:type="firstRow">
      <w:rPr>
        <w:b/>
        <w:bCs/>
      </w:rPr>
      <w:tblPr/>
      <w:tcPr>
        <w:shd w:val="clear" w:color="auto" w:fill="D9EBB6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EBB6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CA52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CA52B" w:themeFill="accent3" w:themeFillShade="BF"/>
      </w:tcPr>
    </w:tblStylePr>
    <w:tblStylePr w:type="band1Vert">
      <w:tblPr/>
      <w:tcPr>
        <w:shd w:val="clear" w:color="auto" w:fill="D0E7A4" w:themeFill="accent3" w:themeFillTint="7F"/>
      </w:tcPr>
    </w:tblStylePr>
    <w:tblStylePr w:type="band1Horz">
      <w:tblPr/>
      <w:tcPr>
        <w:shd w:val="clear" w:color="auto" w:fill="D0E7A4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CD4" w:themeFill="accent4" w:themeFillTint="33"/>
    </w:tcPr>
    <w:tblStylePr w:type="firstRow">
      <w:rPr>
        <w:b/>
        <w:bCs/>
      </w:rPr>
      <w:tblPr/>
      <w:tcPr>
        <w:shd w:val="clear" w:color="auto" w:fill="BDDAA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AA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76B2D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76B2D" w:themeFill="accent4" w:themeFillShade="BF"/>
      </w:tcPr>
    </w:tblStylePr>
    <w:tblStylePr w:type="band1Vert">
      <w:tblPr/>
      <w:tcPr>
        <w:shd w:val="clear" w:color="auto" w:fill="ADD193" w:themeFill="accent4" w:themeFillTint="7F"/>
      </w:tcPr>
    </w:tblStylePr>
    <w:tblStylePr w:type="band1Horz">
      <w:tblPr/>
      <w:tcPr>
        <w:shd w:val="clear" w:color="auto" w:fill="ADD193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CF8D7" w:themeFill="accent5" w:themeFillTint="33"/>
    </w:tcPr>
    <w:tblStylePr w:type="firstRow">
      <w:rPr>
        <w:b/>
        <w:bCs/>
      </w:rPr>
      <w:tblPr/>
      <w:tcPr>
        <w:shd w:val="clear" w:color="auto" w:fill="FAF1B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AF1B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D6BD0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D6BD0C" w:themeFill="accent5" w:themeFillShade="BF"/>
      </w:tcPr>
    </w:tblStylePr>
    <w:tblStylePr w:type="band1Vert">
      <w:tblPr/>
      <w:tcPr>
        <w:shd w:val="clear" w:color="auto" w:fill="F9EE9C" w:themeFill="accent5" w:themeFillTint="7F"/>
      </w:tcPr>
    </w:tblStylePr>
    <w:tblStylePr w:type="band1Horz">
      <w:tblPr/>
      <w:tcPr>
        <w:shd w:val="clear" w:color="auto" w:fill="F9EE9C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EEFD1" w:themeFill="accent6" w:themeFillTint="33"/>
    </w:tcPr>
    <w:tblStylePr w:type="firstRow">
      <w:rPr>
        <w:b/>
        <w:bCs/>
      </w:rPr>
      <w:tblPr/>
      <w:tcPr>
        <w:shd w:val="clear" w:color="auto" w:fill="FDDFA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DDFA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CE8A02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CE8A02" w:themeFill="accent6" w:themeFillShade="BF"/>
      </w:tcPr>
    </w:tblStylePr>
    <w:tblStylePr w:type="band1Vert">
      <w:tblPr/>
      <w:tcPr>
        <w:shd w:val="clear" w:color="auto" w:fill="FDD78D" w:themeFill="accent6" w:themeFillTint="7F"/>
      </w:tcPr>
    </w:tblStylePr>
    <w:tblStylePr w:type="band1Horz">
      <w:tblPr/>
      <w:tcPr>
        <w:shd w:val="clear" w:color="auto" w:fill="FDD78D" w:themeFill="accent6" w:themeFillTint="7F"/>
      </w:tcPr>
    </w:tblStylePr>
  </w:style>
  <w:style w:type="character" w:customStyle="1" w:styleId="NoSpacingChar">
    <w:name w:val="No Spacing Char"/>
    <w:basedOn w:val="DefaultParagraphFont"/>
    <w:link w:val="NoSpacing"/>
    <w:uiPriority w:val="1"/>
    <w:rsid w:val="00D41F9F"/>
  </w:style>
  <w:style w:type="paragraph" w:customStyle="1" w:styleId="PersonalName">
    <w:name w:val="Personal Name"/>
    <w:basedOn w:val="Title"/>
    <w:rsid w:val="00D41F9F"/>
    <w:rPr>
      <w:b/>
      <w:caps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Depth">
  <a:themeElements>
    <a:clrScheme name="Depth">
      <a:dk1>
        <a:sysClr val="windowText" lastClr="000000"/>
      </a:dk1>
      <a:lt1>
        <a:sysClr val="window" lastClr="FFFFFF"/>
      </a:lt1>
      <a:dk2>
        <a:srgbClr val="455F51"/>
      </a:dk2>
      <a:lt2>
        <a:srgbClr val="94D7E4"/>
      </a:lt2>
      <a:accent1>
        <a:srgbClr val="41AEBD"/>
      </a:accent1>
      <a:accent2>
        <a:srgbClr val="97E9D5"/>
      </a:accent2>
      <a:accent3>
        <a:srgbClr val="A2CF49"/>
      </a:accent3>
      <a:accent4>
        <a:srgbClr val="608F3D"/>
      </a:accent4>
      <a:accent5>
        <a:srgbClr val="F4DE3A"/>
      </a:accent5>
      <a:accent6>
        <a:srgbClr val="FCB11C"/>
      </a:accent6>
      <a:hlink>
        <a:srgbClr val="FBCA98"/>
      </a:hlink>
      <a:folHlink>
        <a:srgbClr val="D3B86D"/>
      </a:folHlink>
    </a:clrScheme>
    <a:fontScheme name="Depth">
      <a:majorFont>
        <a:latin typeface="Corbel" panose="020B0503020204020204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Corbel" panose="020B0503020204020204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Depth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Depth" id="{7BEAFC2A-325C-49C4-AC08-2B765DA903F9}" vid="{1735E755-43E6-43AA-ABA2-C989ECC79AF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174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1167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Liza Obrevko</cp:lastModifiedBy>
  <cp:revision>2</cp:revision>
  <dcterms:created xsi:type="dcterms:W3CDTF">2013-12-23T23:15:00Z</dcterms:created>
  <dcterms:modified xsi:type="dcterms:W3CDTF">2024-12-20T16:04:00Z</dcterms:modified>
  <cp:category/>
</cp:coreProperties>
</file>