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Project Charter</w:t>
      </w:r>
    </w:p>
    <w:p>
      <w:pPr>
        <w:pStyle w:val="Heading2"/>
      </w:pPr>
      <w:r>
        <w:t>Project Title</w:t>
      </w:r>
    </w:p>
    <w:p>
      <w:r>
        <w:t>[Insert Project Title Here]</w:t>
      </w:r>
    </w:p>
    <w:p>
      <w:r>
        <w:t>---</w:t>
      </w:r>
    </w:p>
    <w:p>
      <w:pPr>
        <w:pStyle w:val="Heading2"/>
      </w:pPr>
      <w:r>
        <w:t>Project Purpose</w:t>
      </w:r>
    </w:p>
    <w:p>
      <w:r>
        <w:t>[Provide a brief description of the project purpose and the problem it aims to solve.]</w:t>
      </w:r>
    </w:p>
    <w:p>
      <w:r>
        <w:t>---</w:t>
      </w:r>
    </w:p>
    <w:p>
      <w:pPr>
        <w:pStyle w:val="Heading2"/>
      </w:pPr>
      <w:r>
        <w:t>Project Objectives</w:t>
      </w:r>
    </w:p>
    <w:p>
      <w:r>
        <w:t>[List the specific, measurable objectives of the project.]</w:t>
      </w:r>
    </w:p>
    <w:p>
      <w:r>
        <w:t>- Objective 1</w:t>
        <w:br/>
        <w:t>- Objective 2</w:t>
        <w:br/>
        <w:t>- Objective 3</w:t>
      </w:r>
    </w:p>
    <w:p>
      <w:r>
        <w:t>---</w:t>
      </w:r>
    </w:p>
    <w:p>
      <w:pPr>
        <w:pStyle w:val="Heading2"/>
      </w:pPr>
      <w:r>
        <w:t>Scope of the Project</w:t>
      </w:r>
    </w:p>
    <w:p>
      <w:r>
        <w:t>[Clearly define what is included in the project and what is not included.]</w:t>
      </w:r>
    </w:p>
    <w:p>
      <w:r>
        <w:t>**In Scope:**</w:t>
        <w:br/>
        <w:t>- Item 1</w:t>
        <w:br/>
        <w:t>- Item 2</w:t>
        <w:br/>
        <w:t>- Item 3</w:t>
        <w:br/>
        <w:t>**Out of Scope:**</w:t>
        <w:br/>
        <w:t>- Item 1</w:t>
        <w:br/>
        <w:t>- Item 2</w:t>
        <w:br/>
        <w:t>- Item 3</w:t>
      </w:r>
    </w:p>
    <w:p>
      <w:r>
        <w:t>---</w:t>
      </w:r>
    </w:p>
    <w:p>
      <w:pPr>
        <w:pStyle w:val="Heading2"/>
      </w:pPr>
      <w:r>
        <w:t>Key Stakeholders</w:t>
      </w:r>
    </w:p>
    <w:p>
      <w:r>
        <w:t>[Identify individuals or groups involved in or affected by the project.]</w:t>
      </w:r>
    </w:p>
    <w:p>
      <w:r>
        <w:t>**Sponsor:** [Name of Project Sponsor]</w:t>
        <w:br/>
        <w:t>**Project Manager:** [Name of Project Manager]</w:t>
        <w:br/>
        <w:t>**Team Members:** [List Team Members]</w:t>
        <w:br/>
        <w:t>**Other Stakeholders:** [List Other Stakeholders]</w:t>
      </w:r>
    </w:p>
    <w:p>
      <w:r>
        <w:t>---</w:t>
      </w:r>
    </w:p>
    <w:p>
      <w:pPr>
        <w:pStyle w:val="Heading2"/>
      </w:pPr>
      <w:r>
        <w:t>Timeline</w:t>
      </w:r>
    </w:p>
    <w:p>
      <w:r>
        <w:t>[Provide a high-level timeline or major milestones.]</w:t>
      </w:r>
    </w:p>
    <w:p>
      <w:r>
        <w:t>- Milestone 1: [Date]</w:t>
        <w:br/>
        <w:t>- Milestone 2: [Date]</w:t>
        <w:br/>
        <w:t>- Milestone 3: [Date]</w:t>
      </w:r>
    </w:p>
    <w:p>
      <w:r>
        <w:t>---</w:t>
      </w:r>
    </w:p>
    <w:p>
      <w:pPr>
        <w:pStyle w:val="Heading2"/>
      </w:pPr>
      <w:r>
        <w:t>Budget</w:t>
      </w:r>
    </w:p>
    <w:p>
      <w:r>
        <w:t>[Outline the estimated budget or financial resources allocated to the project.]</w:t>
      </w:r>
    </w:p>
    <w:p>
      <w:r>
        <w:t>**Total Budget:** $[Amount]</w:t>
        <w:br/>
        <w:t>**Major Expenses:**</w:t>
        <w:br/>
        <w:t>- Expense 1: $[Amount]</w:t>
        <w:br/>
        <w:t>- Expense 2: $[Amount]</w:t>
      </w:r>
    </w:p>
    <w:p>
      <w:r>
        <w:t>---</w:t>
      </w:r>
    </w:p>
    <w:p>
      <w:pPr>
        <w:pStyle w:val="Heading2"/>
      </w:pPr>
      <w:r>
        <w:t>Risks and Assumptions</w:t>
      </w:r>
    </w:p>
    <w:p>
      <w:r>
        <w:t>[List key risks and assumptions.]</w:t>
      </w:r>
    </w:p>
    <w:p>
      <w:r>
        <w:t>**Risks:**</w:t>
        <w:br/>
        <w:t>- Risk 1</w:t>
        <w:br/>
        <w:t>- Risk 2</w:t>
        <w:br/>
        <w:t>- Risk 3</w:t>
        <w:br/>
        <w:t>**Assumptions:**</w:t>
        <w:br/>
        <w:t>- Assumption 1</w:t>
        <w:br/>
        <w:t>- Assumption 2</w:t>
        <w:br/>
        <w:t>- Assumption 3</w:t>
      </w:r>
    </w:p>
    <w:p>
      <w:r>
        <w:t>---</w:t>
      </w:r>
    </w:p>
    <w:p>
      <w:pPr>
        <w:pStyle w:val="Heading2"/>
      </w:pPr>
      <w:r>
        <w:t>Approval</w:t>
      </w:r>
    </w:p>
    <w:p>
      <w:r>
        <w:t>[Include a section for approval signatures.]</w:t>
      </w:r>
    </w:p>
    <w:p>
      <w:r>
        <w:t>- Project Sponsor: _________________________</w:t>
        <w:br/>
        <w:t xml:space="preserve">  Date: _______________</w:t>
        <w:br/>
        <w:t>- Project Manager: _________________________</w:t>
        <w:br/>
        <w:t xml:space="preserve">  Date: _______________</w:t>
      </w:r>
    </w:p>
    <w:p>
      <w:r>
        <w:t>---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