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367A33" w14:textId="77777777" w:rsidR="008D41B4" w:rsidRPr="002B31F1" w:rsidRDefault="00000000" w:rsidP="002B31F1">
      <w:pPr>
        <w:pStyle w:val="Heading1"/>
        <w:jc w:val="center"/>
        <w:rPr>
          <w:b/>
          <w:bCs w:val="0"/>
          <w:color w:val="000000" w:themeColor="text1"/>
          <w:sz w:val="44"/>
          <w:szCs w:val="44"/>
        </w:rPr>
      </w:pPr>
      <w:r w:rsidRPr="002B31F1">
        <w:rPr>
          <w:b/>
          <w:bCs w:val="0"/>
          <w:color w:val="000000" w:themeColor="text1"/>
          <w:sz w:val="44"/>
          <w:szCs w:val="44"/>
        </w:rPr>
        <w:t>Change Request Template</w:t>
      </w:r>
    </w:p>
    <w:p w14:paraId="0626C624" w14:textId="77777777" w:rsidR="002B31F1" w:rsidRDefault="002B31F1" w:rsidP="002B31F1"/>
    <w:p w14:paraId="7CFAC0C7" w14:textId="78A8FE0A" w:rsidR="008D41B4" w:rsidRPr="002B31F1" w:rsidRDefault="00000000" w:rsidP="002B31F1">
      <w:pPr>
        <w:rPr>
          <w:sz w:val="24"/>
          <w:szCs w:val="24"/>
        </w:rPr>
      </w:pPr>
      <w:r w:rsidRPr="002B31F1">
        <w:rPr>
          <w:sz w:val="24"/>
          <w:szCs w:val="24"/>
        </w:rPr>
        <w:t>Use this template to document and track changes in project scope, requirements, or other aspects.</w:t>
      </w:r>
    </w:p>
    <w:p w14:paraId="4A5727FB" w14:textId="0CA597C3" w:rsidR="002B31F1" w:rsidRPr="002B31F1" w:rsidRDefault="00000000" w:rsidP="002B31F1">
      <w:pPr>
        <w:pStyle w:val="Heading2"/>
        <w:rPr>
          <w:color w:val="002060"/>
        </w:rPr>
      </w:pPr>
      <w:r w:rsidRPr="002B31F1">
        <w:rPr>
          <w:color w:val="002060"/>
        </w:rPr>
        <w:t>Change Request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0"/>
        <w:gridCol w:w="4216"/>
      </w:tblGrid>
      <w:tr w:rsidR="008D41B4" w14:paraId="3AFF40B1" w14:textId="77777777">
        <w:tc>
          <w:tcPr>
            <w:tcW w:w="5400" w:type="dxa"/>
          </w:tcPr>
          <w:p w14:paraId="5583836B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Change Request ID</w:t>
            </w:r>
          </w:p>
        </w:tc>
        <w:tc>
          <w:tcPr>
            <w:tcW w:w="5400" w:type="dxa"/>
          </w:tcPr>
          <w:p w14:paraId="31559343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4113C730" w14:textId="77777777">
        <w:tc>
          <w:tcPr>
            <w:tcW w:w="5400" w:type="dxa"/>
          </w:tcPr>
          <w:p w14:paraId="6D61877C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Date of Request</w:t>
            </w:r>
          </w:p>
        </w:tc>
        <w:tc>
          <w:tcPr>
            <w:tcW w:w="5400" w:type="dxa"/>
          </w:tcPr>
          <w:p w14:paraId="5197A14C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46AFFA51" w14:textId="77777777">
        <w:tc>
          <w:tcPr>
            <w:tcW w:w="5400" w:type="dxa"/>
          </w:tcPr>
          <w:p w14:paraId="2ECD4977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Requested By</w:t>
            </w:r>
          </w:p>
        </w:tc>
        <w:tc>
          <w:tcPr>
            <w:tcW w:w="5400" w:type="dxa"/>
          </w:tcPr>
          <w:p w14:paraId="14882995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4BC447BC" w14:textId="77777777">
        <w:tc>
          <w:tcPr>
            <w:tcW w:w="5400" w:type="dxa"/>
          </w:tcPr>
          <w:p w14:paraId="6822D050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Description of Change</w:t>
            </w:r>
          </w:p>
        </w:tc>
        <w:tc>
          <w:tcPr>
            <w:tcW w:w="5400" w:type="dxa"/>
          </w:tcPr>
          <w:p w14:paraId="1A9E7391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6F9B6FA5" w14:textId="77777777">
        <w:tc>
          <w:tcPr>
            <w:tcW w:w="5400" w:type="dxa"/>
          </w:tcPr>
          <w:p w14:paraId="4400CAC4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Reason for Change</w:t>
            </w:r>
          </w:p>
        </w:tc>
        <w:tc>
          <w:tcPr>
            <w:tcW w:w="5400" w:type="dxa"/>
          </w:tcPr>
          <w:p w14:paraId="6D6FA860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6A8BEF3A" w14:textId="77777777">
        <w:tc>
          <w:tcPr>
            <w:tcW w:w="5400" w:type="dxa"/>
          </w:tcPr>
          <w:p w14:paraId="3917080D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Priority (High/Medium/Low)</w:t>
            </w:r>
          </w:p>
        </w:tc>
        <w:tc>
          <w:tcPr>
            <w:tcW w:w="5400" w:type="dxa"/>
          </w:tcPr>
          <w:p w14:paraId="439C9EFC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</w:tbl>
    <w:p w14:paraId="1565816E" w14:textId="77777777" w:rsidR="008D41B4" w:rsidRPr="002B31F1" w:rsidRDefault="00000000">
      <w:pPr>
        <w:pStyle w:val="Heading2"/>
        <w:rPr>
          <w:color w:val="242852" w:themeColor="text2"/>
        </w:rPr>
      </w:pPr>
      <w:r w:rsidRPr="002B31F1">
        <w:rPr>
          <w:color w:val="242852" w:themeColor="text2"/>
        </w:rPr>
        <w:t>Impact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5"/>
        <w:gridCol w:w="4381"/>
      </w:tblGrid>
      <w:tr w:rsidR="008D41B4" w14:paraId="60DD9956" w14:textId="77777777">
        <w:tc>
          <w:tcPr>
            <w:tcW w:w="5400" w:type="dxa"/>
          </w:tcPr>
          <w:p w14:paraId="72230803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Impact on Budget</w:t>
            </w:r>
          </w:p>
        </w:tc>
        <w:tc>
          <w:tcPr>
            <w:tcW w:w="5400" w:type="dxa"/>
          </w:tcPr>
          <w:p w14:paraId="44F75DFD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7CCB9D69" w14:textId="77777777">
        <w:tc>
          <w:tcPr>
            <w:tcW w:w="5400" w:type="dxa"/>
          </w:tcPr>
          <w:p w14:paraId="30505DB2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Impact on Timeline</w:t>
            </w:r>
          </w:p>
        </w:tc>
        <w:tc>
          <w:tcPr>
            <w:tcW w:w="5400" w:type="dxa"/>
          </w:tcPr>
          <w:p w14:paraId="16274D42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0932C0D2" w14:textId="77777777">
        <w:tc>
          <w:tcPr>
            <w:tcW w:w="5400" w:type="dxa"/>
          </w:tcPr>
          <w:p w14:paraId="2A62CD71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Impact on Resources</w:t>
            </w:r>
          </w:p>
        </w:tc>
        <w:tc>
          <w:tcPr>
            <w:tcW w:w="5400" w:type="dxa"/>
          </w:tcPr>
          <w:p w14:paraId="2B702B1D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70FD15A9" w14:textId="77777777">
        <w:tc>
          <w:tcPr>
            <w:tcW w:w="5400" w:type="dxa"/>
          </w:tcPr>
          <w:p w14:paraId="7B1BDE20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Other Impacts</w:t>
            </w:r>
          </w:p>
        </w:tc>
        <w:tc>
          <w:tcPr>
            <w:tcW w:w="5400" w:type="dxa"/>
          </w:tcPr>
          <w:p w14:paraId="77256769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</w:tbl>
    <w:p w14:paraId="3834F19A" w14:textId="77777777" w:rsidR="008D41B4" w:rsidRPr="002B31F1" w:rsidRDefault="00000000">
      <w:pPr>
        <w:pStyle w:val="Heading2"/>
        <w:rPr>
          <w:color w:val="242852" w:themeColor="text2"/>
        </w:rPr>
      </w:pPr>
      <w:r w:rsidRPr="002B31F1">
        <w:rPr>
          <w:color w:val="242852" w:themeColor="text2"/>
        </w:rPr>
        <w:t>Approval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3"/>
        <w:gridCol w:w="4373"/>
      </w:tblGrid>
      <w:tr w:rsidR="008D41B4" w14:paraId="7EC26C5D" w14:textId="77777777">
        <w:tc>
          <w:tcPr>
            <w:tcW w:w="5400" w:type="dxa"/>
          </w:tcPr>
          <w:p w14:paraId="62256880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Approved By</w:t>
            </w:r>
          </w:p>
        </w:tc>
        <w:tc>
          <w:tcPr>
            <w:tcW w:w="5400" w:type="dxa"/>
          </w:tcPr>
          <w:p w14:paraId="5026E23F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3C6077EA" w14:textId="77777777">
        <w:tc>
          <w:tcPr>
            <w:tcW w:w="5400" w:type="dxa"/>
          </w:tcPr>
          <w:p w14:paraId="03C4380E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Approval Date</w:t>
            </w:r>
          </w:p>
        </w:tc>
        <w:tc>
          <w:tcPr>
            <w:tcW w:w="5400" w:type="dxa"/>
          </w:tcPr>
          <w:p w14:paraId="19A725C3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  <w:tr w:rsidR="008D41B4" w14:paraId="158C8E2B" w14:textId="77777777">
        <w:tc>
          <w:tcPr>
            <w:tcW w:w="5400" w:type="dxa"/>
          </w:tcPr>
          <w:p w14:paraId="5BE53030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Comments</w:t>
            </w:r>
          </w:p>
        </w:tc>
        <w:tc>
          <w:tcPr>
            <w:tcW w:w="5400" w:type="dxa"/>
          </w:tcPr>
          <w:p w14:paraId="027675A9" w14:textId="77777777" w:rsidR="008D41B4" w:rsidRPr="002B31F1" w:rsidRDefault="00000000">
            <w:pPr>
              <w:spacing w:before="120" w:after="120"/>
              <w:rPr>
                <w:sz w:val="24"/>
                <w:szCs w:val="24"/>
              </w:rPr>
            </w:pPr>
            <w:r w:rsidRPr="002B31F1">
              <w:rPr>
                <w:sz w:val="24"/>
                <w:szCs w:val="24"/>
              </w:rPr>
              <w:t>Enter here...</w:t>
            </w:r>
          </w:p>
        </w:tc>
      </w:tr>
    </w:tbl>
    <w:p w14:paraId="4C36BCD2" w14:textId="77777777" w:rsidR="00F431E1" w:rsidRDefault="00F431E1"/>
    <w:sectPr w:rsidR="00F431E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05399879">
    <w:abstractNumId w:val="8"/>
  </w:num>
  <w:num w:numId="2" w16cid:durableId="940454272">
    <w:abstractNumId w:val="6"/>
  </w:num>
  <w:num w:numId="3" w16cid:durableId="1335917663">
    <w:abstractNumId w:val="5"/>
  </w:num>
  <w:num w:numId="4" w16cid:durableId="953634279">
    <w:abstractNumId w:val="4"/>
  </w:num>
  <w:num w:numId="5" w16cid:durableId="495462853">
    <w:abstractNumId w:val="7"/>
  </w:num>
  <w:num w:numId="6" w16cid:durableId="38166008">
    <w:abstractNumId w:val="3"/>
  </w:num>
  <w:num w:numId="7" w16cid:durableId="310525146">
    <w:abstractNumId w:val="2"/>
  </w:num>
  <w:num w:numId="8" w16cid:durableId="1180310983">
    <w:abstractNumId w:val="1"/>
  </w:num>
  <w:num w:numId="9" w16cid:durableId="1635870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B31F1"/>
    <w:rsid w:val="00326F90"/>
    <w:rsid w:val="00452E3F"/>
    <w:rsid w:val="008D41B4"/>
    <w:rsid w:val="00AA1D8D"/>
    <w:rsid w:val="00B47730"/>
    <w:rsid w:val="00CB0664"/>
    <w:rsid w:val="00F431E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1519C44"/>
  <w14:defaultImageDpi w14:val="300"/>
  <w15:docId w15:val="{BD49D43A-D89B-8541-94AB-D929C444F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1F1"/>
    <w:pPr>
      <w:spacing w:after="180" w:line="27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31F1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242852" w:themeColor="text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31F1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97FD5" w:themeColor="accent3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31F1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242852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1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1F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1F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1F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242852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1F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1F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link w:val="NoSpacingChar"/>
    <w:uiPriority w:val="1"/>
    <w:qFormat/>
    <w:rsid w:val="002B31F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B31F1"/>
    <w:rPr>
      <w:rFonts w:asciiTheme="majorHAnsi" w:eastAsiaTheme="majorEastAsia" w:hAnsiTheme="majorHAnsi" w:cstheme="majorBidi"/>
      <w:bCs/>
      <w:color w:val="242852" w:themeColor="text2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B31F1"/>
    <w:rPr>
      <w:rFonts w:asciiTheme="majorHAnsi" w:eastAsiaTheme="majorEastAsia" w:hAnsiTheme="majorHAnsi" w:cstheme="majorBidi"/>
      <w:b/>
      <w:bCs/>
      <w:color w:val="297FD5" w:themeColor="accent3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B31F1"/>
    <w:rPr>
      <w:rFonts w:eastAsiaTheme="majorEastAsia" w:cstheme="majorBidi"/>
      <w:b/>
      <w:bCs/>
      <w:color w:val="242852" w:themeColor="text2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B31F1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42852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sid w:val="002B31F1"/>
    <w:rPr>
      <w:rFonts w:asciiTheme="majorHAnsi" w:eastAsiaTheme="majorEastAsia" w:hAnsiTheme="majorHAnsi" w:cstheme="majorBidi"/>
      <w:color w:val="242852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1F1"/>
    <w:pPr>
      <w:numPr>
        <w:ilvl w:val="1"/>
      </w:numPr>
    </w:pPr>
    <w:rPr>
      <w:rFonts w:eastAsiaTheme="majorEastAsia" w:cstheme="majorBidi"/>
      <w:iCs/>
      <w:color w:val="2F356C" w:themeColor="text2" w:themeTint="E6"/>
      <w:sz w:val="32"/>
      <w:szCs w:val="24"/>
      <w14:ligatures w14:val="standard"/>
    </w:rPr>
  </w:style>
  <w:style w:type="character" w:customStyle="1" w:styleId="SubtitleChar">
    <w:name w:val="Subtitle Char"/>
    <w:basedOn w:val="DefaultParagraphFont"/>
    <w:link w:val="Subtitle"/>
    <w:uiPriority w:val="11"/>
    <w:rsid w:val="002B31F1"/>
    <w:rPr>
      <w:rFonts w:eastAsiaTheme="majorEastAsia" w:cstheme="majorBidi"/>
      <w:iCs/>
      <w:color w:val="2F356C" w:themeColor="text2" w:themeTint="E6"/>
      <w:sz w:val="32"/>
      <w:szCs w:val="24"/>
      <w14:ligatures w14:val="standard"/>
    </w:rPr>
  </w:style>
  <w:style w:type="paragraph" w:styleId="ListParagraph">
    <w:name w:val="List Paragraph"/>
    <w:basedOn w:val="Normal"/>
    <w:uiPriority w:val="34"/>
    <w:qFormat/>
    <w:rsid w:val="002B31F1"/>
    <w:pPr>
      <w:spacing w:line="240" w:lineRule="auto"/>
      <w:ind w:left="720" w:hanging="288"/>
      <w:contextualSpacing/>
    </w:pPr>
    <w:rPr>
      <w:color w:val="242852" w:themeColor="text2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2B31F1"/>
    <w:pPr>
      <w:pBdr>
        <w:left w:val="single" w:sz="48" w:space="13" w:color="4A66AC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A66AC" w:themeColor="accent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2B31F1"/>
    <w:rPr>
      <w:rFonts w:asciiTheme="majorHAnsi" w:eastAsiaTheme="minorEastAsia" w:hAnsiTheme="majorHAnsi"/>
      <w:b/>
      <w:i/>
      <w:iCs/>
      <w:color w:val="4A66AC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1F1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1F1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1F1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1F1"/>
    <w:rPr>
      <w:rFonts w:asciiTheme="majorHAnsi" w:eastAsiaTheme="majorEastAsia" w:hAnsiTheme="majorHAnsi" w:cstheme="majorBidi"/>
      <w:i/>
      <w:iCs/>
      <w:color w:val="242852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1F1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1F1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B31F1"/>
    <w:pPr>
      <w:spacing w:line="240" w:lineRule="auto"/>
    </w:pPr>
    <w:rPr>
      <w:rFonts w:eastAsiaTheme="minorEastAsia"/>
      <w:b/>
      <w:bCs/>
      <w:smallCaps/>
      <w:color w:val="242852" w:themeColor="text2"/>
      <w:spacing w:val="6"/>
      <w:szCs w:val="18"/>
    </w:rPr>
  </w:style>
  <w:style w:type="character" w:styleId="Strong">
    <w:name w:val="Strong"/>
    <w:basedOn w:val="DefaultParagraphFont"/>
    <w:uiPriority w:val="22"/>
    <w:qFormat/>
    <w:rsid w:val="002B31F1"/>
    <w:rPr>
      <w:b/>
      <w:bCs/>
      <w:color w:val="2F356C" w:themeColor="text2" w:themeTint="E6"/>
    </w:rPr>
  </w:style>
  <w:style w:type="character" w:styleId="Emphasis">
    <w:name w:val="Emphasis"/>
    <w:basedOn w:val="DefaultParagraphFont"/>
    <w:uiPriority w:val="20"/>
    <w:qFormat/>
    <w:rsid w:val="002B31F1"/>
    <w:rPr>
      <w:b w:val="0"/>
      <w:i/>
      <w:iCs/>
      <w:color w:val="242852" w:themeColor="text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1F1"/>
    <w:pPr>
      <w:pBdr>
        <w:left w:val="single" w:sz="48" w:space="13" w:color="629DD1" w:themeColor="accent2"/>
      </w:pBdr>
      <w:spacing w:before="240" w:after="120" w:line="300" w:lineRule="auto"/>
    </w:pPr>
    <w:rPr>
      <w:rFonts w:eastAsiaTheme="minorEastAsia"/>
      <w:b/>
      <w:bCs/>
      <w:i/>
      <w:iCs/>
      <w:color w:val="629DD1" w:themeColor="accent2"/>
      <w:sz w:val="26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1F1"/>
    <w:rPr>
      <w:rFonts w:eastAsiaTheme="minorEastAsia"/>
      <w:b/>
      <w:bCs/>
      <w:i/>
      <w:iCs/>
      <w:color w:val="629DD1" w:themeColor="accent2"/>
      <w:sz w:val="26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sid w:val="002B31F1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2B31F1"/>
    <w:rPr>
      <w:b/>
      <w:bCs/>
      <w:i/>
      <w:iCs/>
      <w:color w:val="242852" w:themeColor="text2"/>
    </w:rPr>
  </w:style>
  <w:style w:type="character" w:styleId="SubtleReference">
    <w:name w:val="Subtle Reference"/>
    <w:basedOn w:val="DefaultParagraphFont"/>
    <w:uiPriority w:val="31"/>
    <w:qFormat/>
    <w:rsid w:val="002B31F1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2B31F1"/>
    <w:rPr>
      <w:rFonts w:asciiTheme="minorHAnsi" w:hAnsiTheme="minorHAnsi"/>
      <w:b/>
      <w:bCs/>
      <w:smallCaps/>
      <w:color w:val="242852" w:themeColor="text2"/>
      <w:spacing w:val="5"/>
      <w:sz w:val="22"/>
      <w:u w:val="single"/>
    </w:rPr>
  </w:style>
  <w:style w:type="character" w:styleId="BookTitle">
    <w:name w:val="Book Title"/>
    <w:basedOn w:val="DefaultParagraphFont"/>
    <w:uiPriority w:val="33"/>
    <w:qFormat/>
    <w:rsid w:val="002B31F1"/>
    <w:rPr>
      <w:rFonts w:asciiTheme="majorHAnsi" w:hAnsiTheme="majorHAnsi"/>
      <w:b/>
      <w:bCs/>
      <w:caps w:val="0"/>
      <w:smallCaps/>
      <w:color w:val="242852" w:themeColor="text2"/>
      <w:spacing w:val="10"/>
      <w:sz w:val="2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B31F1"/>
    <w:pPr>
      <w:spacing w:before="480" w:line="264" w:lineRule="auto"/>
      <w:outlineLvl w:val="9"/>
    </w:pPr>
    <w:rPr>
      <w:b/>
    </w:r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74C80" w:themeColor="accent1" w:themeShade="BF"/>
    </w:rPr>
    <w:tblPr>
      <w:tblStyleRowBandSize w:val="1"/>
      <w:tblStyleColBandSize w:val="1"/>
      <w:tblBorders>
        <w:top w:val="single" w:sz="8" w:space="0" w:color="4A66AC" w:themeColor="accent1"/>
        <w:bottom w:val="single" w:sz="8" w:space="0" w:color="4A66A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66AC" w:themeColor="accent1"/>
          <w:left w:val="nil"/>
          <w:bottom w:val="single" w:sz="8" w:space="0" w:color="4A66A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66AC" w:themeColor="accent1"/>
          <w:left w:val="nil"/>
          <w:bottom w:val="single" w:sz="8" w:space="0" w:color="4A66A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8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8EB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3476B1" w:themeColor="accent2" w:themeShade="BF"/>
    </w:rPr>
    <w:tblPr>
      <w:tblStyleRowBandSize w:val="1"/>
      <w:tblStyleColBandSize w:val="1"/>
      <w:tblBorders>
        <w:top w:val="single" w:sz="8" w:space="0" w:color="629DD1" w:themeColor="accent2"/>
        <w:bottom w:val="single" w:sz="8" w:space="0" w:color="629DD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9DD1" w:themeColor="accent2"/>
          <w:left w:val="nil"/>
          <w:bottom w:val="single" w:sz="8" w:space="0" w:color="629DD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9DD1" w:themeColor="accent2"/>
          <w:left w:val="nil"/>
          <w:bottom w:val="single" w:sz="8" w:space="0" w:color="629DD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6F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E6F3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1E5E9F" w:themeColor="accent3" w:themeShade="BF"/>
    </w:rPr>
    <w:tblPr>
      <w:tblStyleRowBandSize w:val="1"/>
      <w:tblStyleColBandSize w:val="1"/>
      <w:tblBorders>
        <w:top w:val="single" w:sz="8" w:space="0" w:color="297FD5" w:themeColor="accent3"/>
        <w:bottom w:val="single" w:sz="8" w:space="0" w:color="297FD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97FD5" w:themeColor="accent3"/>
          <w:left w:val="nil"/>
          <w:bottom w:val="single" w:sz="8" w:space="0" w:color="297FD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97FD5" w:themeColor="accent3"/>
          <w:left w:val="nil"/>
          <w:bottom w:val="single" w:sz="8" w:space="0" w:color="297FD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FF4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DFF4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96984" w:themeColor="accent4" w:themeShade="BF"/>
    </w:rPr>
    <w:tblPr>
      <w:tblStyleRowBandSize w:val="1"/>
      <w:tblStyleColBandSize w:val="1"/>
      <w:tblBorders>
        <w:top w:val="single" w:sz="8" w:space="0" w:color="7F8FA9" w:themeColor="accent4"/>
        <w:bottom w:val="single" w:sz="8" w:space="0" w:color="7F8FA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8FA9" w:themeColor="accent4"/>
          <w:left w:val="nil"/>
          <w:bottom w:val="single" w:sz="8" w:space="0" w:color="7F8FA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8FA9" w:themeColor="accent4"/>
          <w:left w:val="nil"/>
          <w:bottom w:val="single" w:sz="8" w:space="0" w:color="7F8FA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3E9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417A84" w:themeColor="accent5" w:themeShade="BF"/>
    </w:rPr>
    <w:tblPr>
      <w:tblStyleRowBandSize w:val="1"/>
      <w:tblStyleColBandSize w:val="1"/>
      <w:tblBorders>
        <w:top w:val="single" w:sz="8" w:space="0" w:color="5AA2AE" w:themeColor="accent5"/>
        <w:bottom w:val="single" w:sz="8" w:space="0" w:color="5AA2AE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AA2AE" w:themeColor="accent5"/>
          <w:left w:val="nil"/>
          <w:bottom w:val="single" w:sz="8" w:space="0" w:color="5AA2AE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AA2AE" w:themeColor="accent5"/>
          <w:left w:val="nil"/>
          <w:bottom w:val="single" w:sz="8" w:space="0" w:color="5AA2AE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7EB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7EB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77697A" w:themeColor="accent6" w:themeShade="BF"/>
    </w:rPr>
    <w:tblPr>
      <w:tblStyleRowBandSize w:val="1"/>
      <w:tblStyleColBandSize w:val="1"/>
      <w:tblBorders>
        <w:top w:val="single" w:sz="8" w:space="0" w:color="9D90A0" w:themeColor="accent6"/>
        <w:bottom w:val="single" w:sz="8" w:space="0" w:color="9D90A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D90A0" w:themeColor="accent6"/>
          <w:left w:val="nil"/>
          <w:bottom w:val="single" w:sz="8" w:space="0" w:color="9D90A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D90A0" w:themeColor="accent6"/>
          <w:left w:val="nil"/>
          <w:bottom w:val="single" w:sz="8" w:space="0" w:color="9D90A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3E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3E7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A66AC" w:themeColor="accent1"/>
        <w:left w:val="single" w:sz="8" w:space="0" w:color="4A66AC" w:themeColor="accent1"/>
        <w:bottom w:val="single" w:sz="8" w:space="0" w:color="4A66AC" w:themeColor="accent1"/>
        <w:right w:val="single" w:sz="8" w:space="0" w:color="4A66A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A66A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</w:tcBorders>
      </w:tcPr>
    </w:tblStylePr>
    <w:tblStylePr w:type="band1Horz"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29DD1" w:themeColor="accent2"/>
        <w:left w:val="single" w:sz="8" w:space="0" w:color="629DD1" w:themeColor="accent2"/>
        <w:bottom w:val="single" w:sz="8" w:space="0" w:color="629DD1" w:themeColor="accent2"/>
        <w:right w:val="single" w:sz="8" w:space="0" w:color="629DD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29DD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</w:tcBorders>
      </w:tcPr>
    </w:tblStylePr>
    <w:tblStylePr w:type="band1Horz"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97FD5" w:themeColor="accent3"/>
        <w:left w:val="single" w:sz="8" w:space="0" w:color="297FD5" w:themeColor="accent3"/>
        <w:bottom w:val="single" w:sz="8" w:space="0" w:color="297FD5" w:themeColor="accent3"/>
        <w:right w:val="single" w:sz="8" w:space="0" w:color="297FD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97FD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  <w:tblStylePr w:type="band1Horz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F8FA9" w:themeColor="accent4"/>
        <w:left w:val="single" w:sz="8" w:space="0" w:color="7F8FA9" w:themeColor="accent4"/>
        <w:bottom w:val="single" w:sz="8" w:space="0" w:color="7F8FA9" w:themeColor="accent4"/>
        <w:right w:val="single" w:sz="8" w:space="0" w:color="7F8FA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8FA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</w:tcBorders>
      </w:tcPr>
    </w:tblStylePr>
    <w:tblStylePr w:type="band1Horz"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AA2AE" w:themeColor="accent5"/>
        <w:left w:val="single" w:sz="8" w:space="0" w:color="5AA2AE" w:themeColor="accent5"/>
        <w:bottom w:val="single" w:sz="8" w:space="0" w:color="5AA2AE" w:themeColor="accent5"/>
        <w:right w:val="single" w:sz="8" w:space="0" w:color="5AA2AE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AA2A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</w:tcBorders>
      </w:tcPr>
    </w:tblStylePr>
    <w:tblStylePr w:type="band1Horz"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D90A0" w:themeColor="accent6"/>
        <w:left w:val="single" w:sz="8" w:space="0" w:color="9D90A0" w:themeColor="accent6"/>
        <w:bottom w:val="single" w:sz="8" w:space="0" w:color="9D90A0" w:themeColor="accent6"/>
        <w:right w:val="single" w:sz="8" w:space="0" w:color="9D90A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D90A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</w:tcBorders>
      </w:tcPr>
    </w:tblStylePr>
    <w:tblStylePr w:type="band1Horz"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A66AC" w:themeColor="accent1"/>
        <w:left w:val="single" w:sz="8" w:space="0" w:color="4A66AC" w:themeColor="accent1"/>
        <w:bottom w:val="single" w:sz="8" w:space="0" w:color="4A66AC" w:themeColor="accent1"/>
        <w:right w:val="single" w:sz="8" w:space="0" w:color="4A66AC" w:themeColor="accent1"/>
        <w:insideH w:val="single" w:sz="8" w:space="0" w:color="4A66AC" w:themeColor="accent1"/>
        <w:insideV w:val="single" w:sz="8" w:space="0" w:color="4A66A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18" w:space="0" w:color="4A66AC" w:themeColor="accent1"/>
          <w:right w:val="single" w:sz="8" w:space="0" w:color="4A66AC" w:themeColor="accent1"/>
          <w:insideH w:val="nil"/>
          <w:insideV w:val="single" w:sz="8" w:space="0" w:color="4A66A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  <w:insideH w:val="nil"/>
          <w:insideV w:val="single" w:sz="8" w:space="0" w:color="4A66A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</w:tcBorders>
      </w:tcPr>
    </w:tblStylePr>
    <w:tblStylePr w:type="band1Vert"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</w:tcBorders>
        <w:shd w:val="clear" w:color="auto" w:fill="D1D8EB" w:themeFill="accent1" w:themeFillTint="3F"/>
      </w:tcPr>
    </w:tblStylePr>
    <w:tblStylePr w:type="band1Horz"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  <w:insideV w:val="single" w:sz="8" w:space="0" w:color="4A66AC" w:themeColor="accent1"/>
        </w:tcBorders>
        <w:shd w:val="clear" w:color="auto" w:fill="D1D8EB" w:themeFill="accent1" w:themeFillTint="3F"/>
      </w:tcPr>
    </w:tblStylePr>
    <w:tblStylePr w:type="band2Horz">
      <w:tblPr/>
      <w:tcPr>
        <w:tcBorders>
          <w:top w:val="single" w:sz="8" w:space="0" w:color="4A66AC" w:themeColor="accent1"/>
          <w:left w:val="single" w:sz="8" w:space="0" w:color="4A66AC" w:themeColor="accent1"/>
          <w:bottom w:val="single" w:sz="8" w:space="0" w:color="4A66AC" w:themeColor="accent1"/>
          <w:right w:val="single" w:sz="8" w:space="0" w:color="4A66AC" w:themeColor="accent1"/>
          <w:insideV w:val="single" w:sz="8" w:space="0" w:color="4A66AC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29DD1" w:themeColor="accent2"/>
        <w:left w:val="single" w:sz="8" w:space="0" w:color="629DD1" w:themeColor="accent2"/>
        <w:bottom w:val="single" w:sz="8" w:space="0" w:color="629DD1" w:themeColor="accent2"/>
        <w:right w:val="single" w:sz="8" w:space="0" w:color="629DD1" w:themeColor="accent2"/>
        <w:insideH w:val="single" w:sz="8" w:space="0" w:color="629DD1" w:themeColor="accent2"/>
        <w:insideV w:val="single" w:sz="8" w:space="0" w:color="629DD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18" w:space="0" w:color="629DD1" w:themeColor="accent2"/>
          <w:right w:val="single" w:sz="8" w:space="0" w:color="629DD1" w:themeColor="accent2"/>
          <w:insideH w:val="nil"/>
          <w:insideV w:val="single" w:sz="8" w:space="0" w:color="629DD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  <w:insideH w:val="nil"/>
          <w:insideV w:val="single" w:sz="8" w:space="0" w:color="629DD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</w:tcBorders>
      </w:tcPr>
    </w:tblStylePr>
    <w:tblStylePr w:type="band1Vert"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</w:tcBorders>
        <w:shd w:val="clear" w:color="auto" w:fill="D8E6F3" w:themeFill="accent2" w:themeFillTint="3F"/>
      </w:tcPr>
    </w:tblStylePr>
    <w:tblStylePr w:type="band1Horz"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  <w:insideV w:val="single" w:sz="8" w:space="0" w:color="629DD1" w:themeColor="accent2"/>
        </w:tcBorders>
        <w:shd w:val="clear" w:color="auto" w:fill="D8E6F3" w:themeFill="accent2" w:themeFillTint="3F"/>
      </w:tcPr>
    </w:tblStylePr>
    <w:tblStylePr w:type="band2Horz">
      <w:tblPr/>
      <w:tcPr>
        <w:tcBorders>
          <w:top w:val="single" w:sz="8" w:space="0" w:color="629DD1" w:themeColor="accent2"/>
          <w:left w:val="single" w:sz="8" w:space="0" w:color="629DD1" w:themeColor="accent2"/>
          <w:bottom w:val="single" w:sz="8" w:space="0" w:color="629DD1" w:themeColor="accent2"/>
          <w:right w:val="single" w:sz="8" w:space="0" w:color="629DD1" w:themeColor="accent2"/>
          <w:insideV w:val="single" w:sz="8" w:space="0" w:color="629DD1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97FD5" w:themeColor="accent3"/>
        <w:left w:val="single" w:sz="8" w:space="0" w:color="297FD5" w:themeColor="accent3"/>
        <w:bottom w:val="single" w:sz="8" w:space="0" w:color="297FD5" w:themeColor="accent3"/>
        <w:right w:val="single" w:sz="8" w:space="0" w:color="297FD5" w:themeColor="accent3"/>
        <w:insideH w:val="single" w:sz="8" w:space="0" w:color="297FD5" w:themeColor="accent3"/>
        <w:insideV w:val="single" w:sz="8" w:space="0" w:color="297FD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18" w:space="0" w:color="297FD5" w:themeColor="accent3"/>
          <w:right w:val="single" w:sz="8" w:space="0" w:color="297FD5" w:themeColor="accent3"/>
          <w:insideH w:val="nil"/>
          <w:insideV w:val="single" w:sz="8" w:space="0" w:color="297FD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  <w:insideH w:val="nil"/>
          <w:insideV w:val="single" w:sz="8" w:space="0" w:color="297FD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  <w:tblStylePr w:type="band1Vert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  <w:shd w:val="clear" w:color="auto" w:fill="C9DFF4" w:themeFill="accent3" w:themeFillTint="3F"/>
      </w:tcPr>
    </w:tblStylePr>
    <w:tblStylePr w:type="band1Horz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  <w:insideV w:val="single" w:sz="8" w:space="0" w:color="297FD5" w:themeColor="accent3"/>
        </w:tcBorders>
        <w:shd w:val="clear" w:color="auto" w:fill="C9DFF4" w:themeFill="accent3" w:themeFillTint="3F"/>
      </w:tcPr>
    </w:tblStylePr>
    <w:tblStylePr w:type="band2Horz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  <w:insideV w:val="single" w:sz="8" w:space="0" w:color="297FD5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F8FA9" w:themeColor="accent4"/>
        <w:left w:val="single" w:sz="8" w:space="0" w:color="7F8FA9" w:themeColor="accent4"/>
        <w:bottom w:val="single" w:sz="8" w:space="0" w:color="7F8FA9" w:themeColor="accent4"/>
        <w:right w:val="single" w:sz="8" w:space="0" w:color="7F8FA9" w:themeColor="accent4"/>
        <w:insideH w:val="single" w:sz="8" w:space="0" w:color="7F8FA9" w:themeColor="accent4"/>
        <w:insideV w:val="single" w:sz="8" w:space="0" w:color="7F8FA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18" w:space="0" w:color="7F8FA9" w:themeColor="accent4"/>
          <w:right w:val="single" w:sz="8" w:space="0" w:color="7F8FA9" w:themeColor="accent4"/>
          <w:insideH w:val="nil"/>
          <w:insideV w:val="single" w:sz="8" w:space="0" w:color="7F8FA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  <w:insideH w:val="nil"/>
          <w:insideV w:val="single" w:sz="8" w:space="0" w:color="7F8FA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</w:tcBorders>
      </w:tcPr>
    </w:tblStylePr>
    <w:tblStylePr w:type="band1Vert"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</w:tcBorders>
        <w:shd w:val="clear" w:color="auto" w:fill="DFE3E9" w:themeFill="accent4" w:themeFillTint="3F"/>
      </w:tcPr>
    </w:tblStylePr>
    <w:tblStylePr w:type="band1Horz"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  <w:insideV w:val="single" w:sz="8" w:space="0" w:color="7F8FA9" w:themeColor="accent4"/>
        </w:tcBorders>
        <w:shd w:val="clear" w:color="auto" w:fill="DFE3E9" w:themeFill="accent4" w:themeFillTint="3F"/>
      </w:tcPr>
    </w:tblStylePr>
    <w:tblStylePr w:type="band2Horz">
      <w:tblPr/>
      <w:tcPr>
        <w:tcBorders>
          <w:top w:val="single" w:sz="8" w:space="0" w:color="7F8FA9" w:themeColor="accent4"/>
          <w:left w:val="single" w:sz="8" w:space="0" w:color="7F8FA9" w:themeColor="accent4"/>
          <w:bottom w:val="single" w:sz="8" w:space="0" w:color="7F8FA9" w:themeColor="accent4"/>
          <w:right w:val="single" w:sz="8" w:space="0" w:color="7F8FA9" w:themeColor="accent4"/>
          <w:insideV w:val="single" w:sz="8" w:space="0" w:color="7F8FA9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AA2AE" w:themeColor="accent5"/>
        <w:left w:val="single" w:sz="8" w:space="0" w:color="5AA2AE" w:themeColor="accent5"/>
        <w:bottom w:val="single" w:sz="8" w:space="0" w:color="5AA2AE" w:themeColor="accent5"/>
        <w:right w:val="single" w:sz="8" w:space="0" w:color="5AA2AE" w:themeColor="accent5"/>
        <w:insideH w:val="single" w:sz="8" w:space="0" w:color="5AA2AE" w:themeColor="accent5"/>
        <w:insideV w:val="single" w:sz="8" w:space="0" w:color="5AA2AE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18" w:space="0" w:color="5AA2AE" w:themeColor="accent5"/>
          <w:right w:val="single" w:sz="8" w:space="0" w:color="5AA2AE" w:themeColor="accent5"/>
          <w:insideH w:val="nil"/>
          <w:insideV w:val="single" w:sz="8" w:space="0" w:color="5AA2AE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  <w:insideH w:val="nil"/>
          <w:insideV w:val="single" w:sz="8" w:space="0" w:color="5AA2AE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</w:tcBorders>
      </w:tcPr>
    </w:tblStylePr>
    <w:tblStylePr w:type="band1Vert"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</w:tcBorders>
        <w:shd w:val="clear" w:color="auto" w:fill="D6E7EB" w:themeFill="accent5" w:themeFillTint="3F"/>
      </w:tcPr>
    </w:tblStylePr>
    <w:tblStylePr w:type="band1Horz"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  <w:insideV w:val="single" w:sz="8" w:space="0" w:color="5AA2AE" w:themeColor="accent5"/>
        </w:tcBorders>
        <w:shd w:val="clear" w:color="auto" w:fill="D6E7EB" w:themeFill="accent5" w:themeFillTint="3F"/>
      </w:tcPr>
    </w:tblStylePr>
    <w:tblStylePr w:type="band2Horz">
      <w:tblPr/>
      <w:tcPr>
        <w:tcBorders>
          <w:top w:val="single" w:sz="8" w:space="0" w:color="5AA2AE" w:themeColor="accent5"/>
          <w:left w:val="single" w:sz="8" w:space="0" w:color="5AA2AE" w:themeColor="accent5"/>
          <w:bottom w:val="single" w:sz="8" w:space="0" w:color="5AA2AE" w:themeColor="accent5"/>
          <w:right w:val="single" w:sz="8" w:space="0" w:color="5AA2AE" w:themeColor="accent5"/>
          <w:insideV w:val="single" w:sz="8" w:space="0" w:color="5AA2AE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D90A0" w:themeColor="accent6"/>
        <w:left w:val="single" w:sz="8" w:space="0" w:color="9D90A0" w:themeColor="accent6"/>
        <w:bottom w:val="single" w:sz="8" w:space="0" w:color="9D90A0" w:themeColor="accent6"/>
        <w:right w:val="single" w:sz="8" w:space="0" w:color="9D90A0" w:themeColor="accent6"/>
        <w:insideH w:val="single" w:sz="8" w:space="0" w:color="9D90A0" w:themeColor="accent6"/>
        <w:insideV w:val="single" w:sz="8" w:space="0" w:color="9D90A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18" w:space="0" w:color="9D90A0" w:themeColor="accent6"/>
          <w:right w:val="single" w:sz="8" w:space="0" w:color="9D90A0" w:themeColor="accent6"/>
          <w:insideH w:val="nil"/>
          <w:insideV w:val="single" w:sz="8" w:space="0" w:color="9D90A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  <w:insideH w:val="nil"/>
          <w:insideV w:val="single" w:sz="8" w:space="0" w:color="9D90A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</w:tcBorders>
      </w:tcPr>
    </w:tblStylePr>
    <w:tblStylePr w:type="band1Vert"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</w:tcBorders>
        <w:shd w:val="clear" w:color="auto" w:fill="E6E3E7" w:themeFill="accent6" w:themeFillTint="3F"/>
      </w:tcPr>
    </w:tblStylePr>
    <w:tblStylePr w:type="band1Horz"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  <w:insideV w:val="single" w:sz="8" w:space="0" w:color="9D90A0" w:themeColor="accent6"/>
        </w:tcBorders>
        <w:shd w:val="clear" w:color="auto" w:fill="E6E3E7" w:themeFill="accent6" w:themeFillTint="3F"/>
      </w:tcPr>
    </w:tblStylePr>
    <w:tblStylePr w:type="band2Horz">
      <w:tblPr/>
      <w:tcPr>
        <w:tcBorders>
          <w:top w:val="single" w:sz="8" w:space="0" w:color="9D90A0" w:themeColor="accent6"/>
          <w:left w:val="single" w:sz="8" w:space="0" w:color="9D90A0" w:themeColor="accent6"/>
          <w:bottom w:val="single" w:sz="8" w:space="0" w:color="9D90A0" w:themeColor="accent6"/>
          <w:right w:val="single" w:sz="8" w:space="0" w:color="9D90A0" w:themeColor="accent6"/>
          <w:insideV w:val="single" w:sz="8" w:space="0" w:color="9D90A0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48AC3" w:themeColor="accent1" w:themeTint="BF"/>
        <w:left w:val="single" w:sz="8" w:space="0" w:color="748AC3" w:themeColor="accent1" w:themeTint="BF"/>
        <w:bottom w:val="single" w:sz="8" w:space="0" w:color="748AC3" w:themeColor="accent1" w:themeTint="BF"/>
        <w:right w:val="single" w:sz="8" w:space="0" w:color="748AC3" w:themeColor="accent1" w:themeTint="BF"/>
        <w:insideH w:val="single" w:sz="8" w:space="0" w:color="748A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48AC3" w:themeColor="accent1" w:themeTint="BF"/>
          <w:left w:val="single" w:sz="8" w:space="0" w:color="748AC3" w:themeColor="accent1" w:themeTint="BF"/>
          <w:bottom w:val="single" w:sz="8" w:space="0" w:color="748AC3" w:themeColor="accent1" w:themeTint="BF"/>
          <w:right w:val="single" w:sz="8" w:space="0" w:color="748AC3" w:themeColor="accent1" w:themeTint="BF"/>
          <w:insideH w:val="nil"/>
          <w:insideV w:val="nil"/>
        </w:tcBorders>
        <w:shd w:val="clear" w:color="auto" w:fill="4A66A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8AC3" w:themeColor="accent1" w:themeTint="BF"/>
          <w:left w:val="single" w:sz="8" w:space="0" w:color="748AC3" w:themeColor="accent1" w:themeTint="BF"/>
          <w:bottom w:val="single" w:sz="8" w:space="0" w:color="748AC3" w:themeColor="accent1" w:themeTint="BF"/>
          <w:right w:val="single" w:sz="8" w:space="0" w:color="748A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8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8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9B5DC" w:themeColor="accent2" w:themeTint="BF"/>
        <w:left w:val="single" w:sz="8" w:space="0" w:color="89B5DC" w:themeColor="accent2" w:themeTint="BF"/>
        <w:bottom w:val="single" w:sz="8" w:space="0" w:color="89B5DC" w:themeColor="accent2" w:themeTint="BF"/>
        <w:right w:val="single" w:sz="8" w:space="0" w:color="89B5DC" w:themeColor="accent2" w:themeTint="BF"/>
        <w:insideH w:val="single" w:sz="8" w:space="0" w:color="89B5D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9B5DC" w:themeColor="accent2" w:themeTint="BF"/>
          <w:left w:val="single" w:sz="8" w:space="0" w:color="89B5DC" w:themeColor="accent2" w:themeTint="BF"/>
          <w:bottom w:val="single" w:sz="8" w:space="0" w:color="89B5DC" w:themeColor="accent2" w:themeTint="BF"/>
          <w:right w:val="single" w:sz="8" w:space="0" w:color="89B5DC" w:themeColor="accent2" w:themeTint="BF"/>
          <w:insideH w:val="nil"/>
          <w:insideV w:val="nil"/>
        </w:tcBorders>
        <w:shd w:val="clear" w:color="auto" w:fill="629DD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B5DC" w:themeColor="accent2" w:themeTint="BF"/>
          <w:left w:val="single" w:sz="8" w:space="0" w:color="89B5DC" w:themeColor="accent2" w:themeTint="BF"/>
          <w:bottom w:val="single" w:sz="8" w:space="0" w:color="89B5DC" w:themeColor="accent2" w:themeTint="BF"/>
          <w:right w:val="single" w:sz="8" w:space="0" w:color="89B5D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6F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E6F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D9EE0" w:themeColor="accent3" w:themeTint="BF"/>
        <w:left w:val="single" w:sz="8" w:space="0" w:color="5D9EE0" w:themeColor="accent3" w:themeTint="BF"/>
        <w:bottom w:val="single" w:sz="8" w:space="0" w:color="5D9EE0" w:themeColor="accent3" w:themeTint="BF"/>
        <w:right w:val="single" w:sz="8" w:space="0" w:color="5D9EE0" w:themeColor="accent3" w:themeTint="BF"/>
        <w:insideH w:val="single" w:sz="8" w:space="0" w:color="5D9EE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9EE0" w:themeColor="accent3" w:themeTint="BF"/>
          <w:left w:val="single" w:sz="8" w:space="0" w:color="5D9EE0" w:themeColor="accent3" w:themeTint="BF"/>
          <w:bottom w:val="single" w:sz="8" w:space="0" w:color="5D9EE0" w:themeColor="accent3" w:themeTint="BF"/>
          <w:right w:val="single" w:sz="8" w:space="0" w:color="5D9EE0" w:themeColor="accent3" w:themeTint="BF"/>
          <w:insideH w:val="nil"/>
          <w:insideV w:val="nil"/>
        </w:tcBorders>
        <w:shd w:val="clear" w:color="auto" w:fill="297FD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9EE0" w:themeColor="accent3" w:themeTint="BF"/>
          <w:left w:val="single" w:sz="8" w:space="0" w:color="5D9EE0" w:themeColor="accent3" w:themeTint="BF"/>
          <w:bottom w:val="single" w:sz="8" w:space="0" w:color="5D9EE0" w:themeColor="accent3" w:themeTint="BF"/>
          <w:right w:val="single" w:sz="8" w:space="0" w:color="5D9EE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FF4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DFF4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ABBE" w:themeColor="accent4" w:themeTint="BF"/>
        <w:left w:val="single" w:sz="8" w:space="0" w:color="9FABBE" w:themeColor="accent4" w:themeTint="BF"/>
        <w:bottom w:val="single" w:sz="8" w:space="0" w:color="9FABBE" w:themeColor="accent4" w:themeTint="BF"/>
        <w:right w:val="single" w:sz="8" w:space="0" w:color="9FABBE" w:themeColor="accent4" w:themeTint="BF"/>
        <w:insideH w:val="single" w:sz="8" w:space="0" w:color="9FABB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ABBE" w:themeColor="accent4" w:themeTint="BF"/>
          <w:left w:val="single" w:sz="8" w:space="0" w:color="9FABBE" w:themeColor="accent4" w:themeTint="BF"/>
          <w:bottom w:val="single" w:sz="8" w:space="0" w:color="9FABBE" w:themeColor="accent4" w:themeTint="BF"/>
          <w:right w:val="single" w:sz="8" w:space="0" w:color="9FABBE" w:themeColor="accent4" w:themeTint="BF"/>
          <w:insideH w:val="nil"/>
          <w:insideV w:val="nil"/>
        </w:tcBorders>
        <w:shd w:val="clear" w:color="auto" w:fill="7F8FA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ABBE" w:themeColor="accent4" w:themeTint="BF"/>
          <w:left w:val="single" w:sz="8" w:space="0" w:color="9FABBE" w:themeColor="accent4" w:themeTint="BF"/>
          <w:bottom w:val="single" w:sz="8" w:space="0" w:color="9FABBE" w:themeColor="accent4" w:themeTint="BF"/>
          <w:right w:val="single" w:sz="8" w:space="0" w:color="9FABB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3B9C2" w:themeColor="accent5" w:themeTint="BF"/>
        <w:left w:val="single" w:sz="8" w:space="0" w:color="83B9C2" w:themeColor="accent5" w:themeTint="BF"/>
        <w:bottom w:val="single" w:sz="8" w:space="0" w:color="83B9C2" w:themeColor="accent5" w:themeTint="BF"/>
        <w:right w:val="single" w:sz="8" w:space="0" w:color="83B9C2" w:themeColor="accent5" w:themeTint="BF"/>
        <w:insideH w:val="single" w:sz="8" w:space="0" w:color="83B9C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3B9C2" w:themeColor="accent5" w:themeTint="BF"/>
          <w:left w:val="single" w:sz="8" w:space="0" w:color="83B9C2" w:themeColor="accent5" w:themeTint="BF"/>
          <w:bottom w:val="single" w:sz="8" w:space="0" w:color="83B9C2" w:themeColor="accent5" w:themeTint="BF"/>
          <w:right w:val="single" w:sz="8" w:space="0" w:color="83B9C2" w:themeColor="accent5" w:themeTint="BF"/>
          <w:insideH w:val="nil"/>
          <w:insideV w:val="nil"/>
        </w:tcBorders>
        <w:shd w:val="clear" w:color="auto" w:fill="5AA2A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B9C2" w:themeColor="accent5" w:themeTint="BF"/>
          <w:left w:val="single" w:sz="8" w:space="0" w:color="83B9C2" w:themeColor="accent5" w:themeTint="BF"/>
          <w:bottom w:val="single" w:sz="8" w:space="0" w:color="83B9C2" w:themeColor="accent5" w:themeTint="BF"/>
          <w:right w:val="single" w:sz="8" w:space="0" w:color="83B9C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7EB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7EB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5ABB7" w:themeColor="accent6" w:themeTint="BF"/>
        <w:left w:val="single" w:sz="8" w:space="0" w:color="B5ABB7" w:themeColor="accent6" w:themeTint="BF"/>
        <w:bottom w:val="single" w:sz="8" w:space="0" w:color="B5ABB7" w:themeColor="accent6" w:themeTint="BF"/>
        <w:right w:val="single" w:sz="8" w:space="0" w:color="B5ABB7" w:themeColor="accent6" w:themeTint="BF"/>
        <w:insideH w:val="single" w:sz="8" w:space="0" w:color="B5ABB7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ABB7" w:themeColor="accent6" w:themeTint="BF"/>
          <w:left w:val="single" w:sz="8" w:space="0" w:color="B5ABB7" w:themeColor="accent6" w:themeTint="BF"/>
          <w:bottom w:val="single" w:sz="8" w:space="0" w:color="B5ABB7" w:themeColor="accent6" w:themeTint="BF"/>
          <w:right w:val="single" w:sz="8" w:space="0" w:color="B5ABB7" w:themeColor="accent6" w:themeTint="BF"/>
          <w:insideH w:val="nil"/>
          <w:insideV w:val="nil"/>
        </w:tcBorders>
        <w:shd w:val="clear" w:color="auto" w:fill="9D90A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ABB7" w:themeColor="accent6" w:themeTint="BF"/>
          <w:left w:val="single" w:sz="8" w:space="0" w:color="B5ABB7" w:themeColor="accent6" w:themeTint="BF"/>
          <w:bottom w:val="single" w:sz="8" w:space="0" w:color="B5ABB7" w:themeColor="accent6" w:themeTint="BF"/>
          <w:right w:val="single" w:sz="8" w:space="0" w:color="B5ABB7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3E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3E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66A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66A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A66A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29DD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29DD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29DD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97FD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97FD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97FD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8FA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8FA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8FA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AA2A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AA2A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AA2A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D90A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D90A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D90A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A66AC" w:themeColor="accent1"/>
        <w:bottom w:val="single" w:sz="8" w:space="0" w:color="4A66A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A66AC" w:themeColor="accent1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4A66AC" w:themeColor="accent1"/>
          <w:bottom w:val="single" w:sz="8" w:space="0" w:color="4A66A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A66AC" w:themeColor="accent1"/>
          <w:bottom w:val="single" w:sz="8" w:space="0" w:color="4A66AC" w:themeColor="accent1"/>
        </w:tcBorders>
      </w:tcPr>
    </w:tblStylePr>
    <w:tblStylePr w:type="band1Vert">
      <w:tblPr/>
      <w:tcPr>
        <w:shd w:val="clear" w:color="auto" w:fill="D1D8EB" w:themeFill="accent1" w:themeFillTint="3F"/>
      </w:tcPr>
    </w:tblStylePr>
    <w:tblStylePr w:type="band1Horz">
      <w:tblPr/>
      <w:tcPr>
        <w:shd w:val="clear" w:color="auto" w:fill="D1D8EB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29DD1" w:themeColor="accent2"/>
        <w:bottom w:val="single" w:sz="8" w:space="0" w:color="629DD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29DD1" w:themeColor="accent2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629DD1" w:themeColor="accent2"/>
          <w:bottom w:val="single" w:sz="8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29DD1" w:themeColor="accent2"/>
          <w:bottom w:val="single" w:sz="8" w:space="0" w:color="629DD1" w:themeColor="accent2"/>
        </w:tcBorders>
      </w:tcPr>
    </w:tblStylePr>
    <w:tblStylePr w:type="band1Vert">
      <w:tblPr/>
      <w:tcPr>
        <w:shd w:val="clear" w:color="auto" w:fill="D8E6F3" w:themeFill="accent2" w:themeFillTint="3F"/>
      </w:tcPr>
    </w:tblStylePr>
    <w:tblStylePr w:type="band1Horz">
      <w:tblPr/>
      <w:tcPr>
        <w:shd w:val="clear" w:color="auto" w:fill="D8E6F3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97FD5" w:themeColor="accent3"/>
        <w:bottom w:val="single" w:sz="8" w:space="0" w:color="297FD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97FD5" w:themeColor="accent3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297FD5" w:themeColor="accent3"/>
          <w:bottom w:val="single" w:sz="8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97FD5" w:themeColor="accent3"/>
          <w:bottom w:val="single" w:sz="8" w:space="0" w:color="297FD5" w:themeColor="accent3"/>
        </w:tcBorders>
      </w:tcPr>
    </w:tblStylePr>
    <w:tblStylePr w:type="band1Vert">
      <w:tblPr/>
      <w:tcPr>
        <w:shd w:val="clear" w:color="auto" w:fill="C9DFF4" w:themeFill="accent3" w:themeFillTint="3F"/>
      </w:tcPr>
    </w:tblStylePr>
    <w:tblStylePr w:type="band1Horz">
      <w:tblPr/>
      <w:tcPr>
        <w:shd w:val="clear" w:color="auto" w:fill="C9DFF4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F8FA9" w:themeColor="accent4"/>
        <w:bottom w:val="single" w:sz="8" w:space="0" w:color="7F8FA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F8FA9" w:themeColor="accent4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7F8FA9" w:themeColor="accent4"/>
          <w:bottom w:val="single" w:sz="8" w:space="0" w:color="7F8F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F8FA9" w:themeColor="accent4"/>
          <w:bottom w:val="single" w:sz="8" w:space="0" w:color="7F8FA9" w:themeColor="accent4"/>
        </w:tcBorders>
      </w:tcPr>
    </w:tblStylePr>
    <w:tblStylePr w:type="band1Vert">
      <w:tblPr/>
      <w:tcPr>
        <w:shd w:val="clear" w:color="auto" w:fill="DFE3E9" w:themeFill="accent4" w:themeFillTint="3F"/>
      </w:tcPr>
    </w:tblStylePr>
    <w:tblStylePr w:type="band1Horz">
      <w:tblPr/>
      <w:tcPr>
        <w:shd w:val="clear" w:color="auto" w:fill="DFE3E9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AA2AE" w:themeColor="accent5"/>
        <w:bottom w:val="single" w:sz="8" w:space="0" w:color="5AA2AE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AA2AE" w:themeColor="accent5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5AA2AE" w:themeColor="accent5"/>
          <w:bottom w:val="single" w:sz="8" w:space="0" w:color="5AA2A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AA2AE" w:themeColor="accent5"/>
          <w:bottom w:val="single" w:sz="8" w:space="0" w:color="5AA2AE" w:themeColor="accent5"/>
        </w:tcBorders>
      </w:tcPr>
    </w:tblStylePr>
    <w:tblStylePr w:type="band1Vert">
      <w:tblPr/>
      <w:tcPr>
        <w:shd w:val="clear" w:color="auto" w:fill="D6E7EB" w:themeFill="accent5" w:themeFillTint="3F"/>
      </w:tcPr>
    </w:tblStylePr>
    <w:tblStylePr w:type="band1Horz">
      <w:tblPr/>
      <w:tcPr>
        <w:shd w:val="clear" w:color="auto" w:fill="D6E7EB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D90A0" w:themeColor="accent6"/>
        <w:bottom w:val="single" w:sz="8" w:space="0" w:color="9D90A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D90A0" w:themeColor="accent6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9D90A0" w:themeColor="accent6"/>
          <w:bottom w:val="single" w:sz="8" w:space="0" w:color="9D90A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D90A0" w:themeColor="accent6"/>
          <w:bottom w:val="single" w:sz="8" w:space="0" w:color="9D90A0" w:themeColor="accent6"/>
        </w:tcBorders>
      </w:tcPr>
    </w:tblStylePr>
    <w:tblStylePr w:type="band1Vert">
      <w:tblPr/>
      <w:tcPr>
        <w:shd w:val="clear" w:color="auto" w:fill="E6E3E7" w:themeFill="accent6" w:themeFillTint="3F"/>
      </w:tcPr>
    </w:tblStylePr>
    <w:tblStylePr w:type="band1Horz">
      <w:tblPr/>
      <w:tcPr>
        <w:shd w:val="clear" w:color="auto" w:fill="E6E3E7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A66AC" w:themeColor="accent1"/>
        <w:left w:val="single" w:sz="8" w:space="0" w:color="4A66AC" w:themeColor="accent1"/>
        <w:bottom w:val="single" w:sz="8" w:space="0" w:color="4A66AC" w:themeColor="accent1"/>
        <w:right w:val="single" w:sz="8" w:space="0" w:color="4A66A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A66A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A66AC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A66A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A66A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8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8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29DD1" w:themeColor="accent2"/>
        <w:left w:val="single" w:sz="8" w:space="0" w:color="629DD1" w:themeColor="accent2"/>
        <w:bottom w:val="single" w:sz="8" w:space="0" w:color="629DD1" w:themeColor="accent2"/>
        <w:right w:val="single" w:sz="8" w:space="0" w:color="629DD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29DD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29DD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29DD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29DD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6F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E6F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97FD5" w:themeColor="accent3"/>
        <w:left w:val="single" w:sz="8" w:space="0" w:color="297FD5" w:themeColor="accent3"/>
        <w:bottom w:val="single" w:sz="8" w:space="0" w:color="297FD5" w:themeColor="accent3"/>
        <w:right w:val="single" w:sz="8" w:space="0" w:color="297FD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97FD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97FD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97FD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97FD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FF4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DFF4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8FA9" w:themeColor="accent4"/>
        <w:left w:val="single" w:sz="8" w:space="0" w:color="7F8FA9" w:themeColor="accent4"/>
        <w:bottom w:val="single" w:sz="8" w:space="0" w:color="7F8FA9" w:themeColor="accent4"/>
        <w:right w:val="single" w:sz="8" w:space="0" w:color="7F8FA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F8FA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F8FA9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F8FA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F8FA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AA2AE" w:themeColor="accent5"/>
        <w:left w:val="single" w:sz="8" w:space="0" w:color="5AA2AE" w:themeColor="accent5"/>
        <w:bottom w:val="single" w:sz="8" w:space="0" w:color="5AA2AE" w:themeColor="accent5"/>
        <w:right w:val="single" w:sz="8" w:space="0" w:color="5AA2AE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AA2A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AA2AE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AA2AE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AA2AE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7EB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7EB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D90A0" w:themeColor="accent6"/>
        <w:left w:val="single" w:sz="8" w:space="0" w:color="9D90A0" w:themeColor="accent6"/>
        <w:bottom w:val="single" w:sz="8" w:space="0" w:color="9D90A0" w:themeColor="accent6"/>
        <w:right w:val="single" w:sz="8" w:space="0" w:color="9D90A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D90A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D90A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D90A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D90A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3E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3E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48AC3" w:themeColor="accent1" w:themeTint="BF"/>
        <w:left w:val="single" w:sz="8" w:space="0" w:color="748AC3" w:themeColor="accent1" w:themeTint="BF"/>
        <w:bottom w:val="single" w:sz="8" w:space="0" w:color="748AC3" w:themeColor="accent1" w:themeTint="BF"/>
        <w:right w:val="single" w:sz="8" w:space="0" w:color="748AC3" w:themeColor="accent1" w:themeTint="BF"/>
        <w:insideH w:val="single" w:sz="8" w:space="0" w:color="748AC3" w:themeColor="accent1" w:themeTint="BF"/>
        <w:insideV w:val="single" w:sz="8" w:space="0" w:color="748AC3" w:themeColor="accent1" w:themeTint="BF"/>
      </w:tblBorders>
    </w:tblPr>
    <w:tcPr>
      <w:shd w:val="clear" w:color="auto" w:fill="D1D8E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48A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2B1D7" w:themeFill="accent1" w:themeFillTint="7F"/>
      </w:tcPr>
    </w:tblStylePr>
    <w:tblStylePr w:type="band1Horz">
      <w:tblPr/>
      <w:tcPr>
        <w:shd w:val="clear" w:color="auto" w:fill="A2B1D7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9B5DC" w:themeColor="accent2" w:themeTint="BF"/>
        <w:left w:val="single" w:sz="8" w:space="0" w:color="89B5DC" w:themeColor="accent2" w:themeTint="BF"/>
        <w:bottom w:val="single" w:sz="8" w:space="0" w:color="89B5DC" w:themeColor="accent2" w:themeTint="BF"/>
        <w:right w:val="single" w:sz="8" w:space="0" w:color="89B5DC" w:themeColor="accent2" w:themeTint="BF"/>
        <w:insideH w:val="single" w:sz="8" w:space="0" w:color="89B5DC" w:themeColor="accent2" w:themeTint="BF"/>
        <w:insideV w:val="single" w:sz="8" w:space="0" w:color="89B5DC" w:themeColor="accent2" w:themeTint="BF"/>
      </w:tblBorders>
    </w:tblPr>
    <w:tcPr>
      <w:shd w:val="clear" w:color="auto" w:fill="D8E6F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9B5D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CDE8" w:themeFill="accent2" w:themeFillTint="7F"/>
      </w:tcPr>
    </w:tblStylePr>
    <w:tblStylePr w:type="band1Horz">
      <w:tblPr/>
      <w:tcPr>
        <w:shd w:val="clear" w:color="auto" w:fill="B0CDE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D9EE0" w:themeColor="accent3" w:themeTint="BF"/>
        <w:left w:val="single" w:sz="8" w:space="0" w:color="5D9EE0" w:themeColor="accent3" w:themeTint="BF"/>
        <w:bottom w:val="single" w:sz="8" w:space="0" w:color="5D9EE0" w:themeColor="accent3" w:themeTint="BF"/>
        <w:right w:val="single" w:sz="8" w:space="0" w:color="5D9EE0" w:themeColor="accent3" w:themeTint="BF"/>
        <w:insideH w:val="single" w:sz="8" w:space="0" w:color="5D9EE0" w:themeColor="accent3" w:themeTint="BF"/>
        <w:insideV w:val="single" w:sz="8" w:space="0" w:color="5D9EE0" w:themeColor="accent3" w:themeTint="BF"/>
      </w:tblBorders>
    </w:tblPr>
    <w:tcPr>
      <w:shd w:val="clear" w:color="auto" w:fill="C9DFF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9EE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BEEA" w:themeFill="accent3" w:themeFillTint="7F"/>
      </w:tcPr>
    </w:tblStylePr>
    <w:tblStylePr w:type="band1Horz">
      <w:tblPr/>
      <w:tcPr>
        <w:shd w:val="clear" w:color="auto" w:fill="93BEEA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ABBE" w:themeColor="accent4" w:themeTint="BF"/>
        <w:left w:val="single" w:sz="8" w:space="0" w:color="9FABBE" w:themeColor="accent4" w:themeTint="BF"/>
        <w:bottom w:val="single" w:sz="8" w:space="0" w:color="9FABBE" w:themeColor="accent4" w:themeTint="BF"/>
        <w:right w:val="single" w:sz="8" w:space="0" w:color="9FABBE" w:themeColor="accent4" w:themeTint="BF"/>
        <w:insideH w:val="single" w:sz="8" w:space="0" w:color="9FABBE" w:themeColor="accent4" w:themeTint="BF"/>
        <w:insideV w:val="single" w:sz="8" w:space="0" w:color="9FABBE" w:themeColor="accent4" w:themeTint="BF"/>
      </w:tblBorders>
    </w:tblPr>
    <w:tcPr>
      <w:shd w:val="clear" w:color="auto" w:fill="DF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ABB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7D4" w:themeFill="accent4" w:themeFillTint="7F"/>
      </w:tcPr>
    </w:tblStylePr>
    <w:tblStylePr w:type="band1Horz">
      <w:tblPr/>
      <w:tcPr>
        <w:shd w:val="clear" w:color="auto" w:fill="BFC7D4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3B9C2" w:themeColor="accent5" w:themeTint="BF"/>
        <w:left w:val="single" w:sz="8" w:space="0" w:color="83B9C2" w:themeColor="accent5" w:themeTint="BF"/>
        <w:bottom w:val="single" w:sz="8" w:space="0" w:color="83B9C2" w:themeColor="accent5" w:themeTint="BF"/>
        <w:right w:val="single" w:sz="8" w:space="0" w:color="83B9C2" w:themeColor="accent5" w:themeTint="BF"/>
        <w:insideH w:val="single" w:sz="8" w:space="0" w:color="83B9C2" w:themeColor="accent5" w:themeTint="BF"/>
        <w:insideV w:val="single" w:sz="8" w:space="0" w:color="83B9C2" w:themeColor="accent5" w:themeTint="BF"/>
      </w:tblBorders>
    </w:tblPr>
    <w:tcPr>
      <w:shd w:val="clear" w:color="auto" w:fill="D6E7E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3B9C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shd w:val="clear" w:color="auto" w:fill="ACD0D6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5ABB7" w:themeColor="accent6" w:themeTint="BF"/>
        <w:left w:val="single" w:sz="8" w:space="0" w:color="B5ABB7" w:themeColor="accent6" w:themeTint="BF"/>
        <w:bottom w:val="single" w:sz="8" w:space="0" w:color="B5ABB7" w:themeColor="accent6" w:themeTint="BF"/>
        <w:right w:val="single" w:sz="8" w:space="0" w:color="B5ABB7" w:themeColor="accent6" w:themeTint="BF"/>
        <w:insideH w:val="single" w:sz="8" w:space="0" w:color="B5ABB7" w:themeColor="accent6" w:themeTint="BF"/>
        <w:insideV w:val="single" w:sz="8" w:space="0" w:color="B5ABB7" w:themeColor="accent6" w:themeTint="BF"/>
      </w:tblBorders>
    </w:tblPr>
    <w:tcPr>
      <w:shd w:val="clear" w:color="auto" w:fill="E6E3E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ABB7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7CF" w:themeFill="accent6" w:themeFillTint="7F"/>
      </w:tcPr>
    </w:tblStylePr>
    <w:tblStylePr w:type="band1Horz">
      <w:tblPr/>
      <w:tcPr>
        <w:shd w:val="clear" w:color="auto" w:fill="CEC7CF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A66AC" w:themeColor="accent1"/>
        <w:left w:val="single" w:sz="8" w:space="0" w:color="4A66AC" w:themeColor="accent1"/>
        <w:bottom w:val="single" w:sz="8" w:space="0" w:color="4A66AC" w:themeColor="accent1"/>
        <w:right w:val="single" w:sz="8" w:space="0" w:color="4A66AC" w:themeColor="accent1"/>
        <w:insideH w:val="single" w:sz="8" w:space="0" w:color="4A66AC" w:themeColor="accent1"/>
        <w:insideV w:val="single" w:sz="8" w:space="0" w:color="4A66AC" w:themeColor="accent1"/>
      </w:tblBorders>
    </w:tblPr>
    <w:tcPr>
      <w:shd w:val="clear" w:color="auto" w:fill="D1D8E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EF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FEF" w:themeFill="accent1" w:themeFillTint="33"/>
      </w:tcPr>
    </w:tblStylePr>
    <w:tblStylePr w:type="band1Vert">
      <w:tblPr/>
      <w:tcPr>
        <w:shd w:val="clear" w:color="auto" w:fill="A2B1D7" w:themeFill="accent1" w:themeFillTint="7F"/>
      </w:tcPr>
    </w:tblStylePr>
    <w:tblStylePr w:type="band1Horz">
      <w:tblPr/>
      <w:tcPr>
        <w:tcBorders>
          <w:insideH w:val="single" w:sz="6" w:space="0" w:color="4A66AC" w:themeColor="accent1"/>
          <w:insideV w:val="single" w:sz="6" w:space="0" w:color="4A66AC" w:themeColor="accent1"/>
        </w:tcBorders>
        <w:shd w:val="clear" w:color="auto" w:fill="A2B1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29DD1" w:themeColor="accent2"/>
        <w:left w:val="single" w:sz="8" w:space="0" w:color="629DD1" w:themeColor="accent2"/>
        <w:bottom w:val="single" w:sz="8" w:space="0" w:color="629DD1" w:themeColor="accent2"/>
        <w:right w:val="single" w:sz="8" w:space="0" w:color="629DD1" w:themeColor="accent2"/>
        <w:insideH w:val="single" w:sz="8" w:space="0" w:color="629DD1" w:themeColor="accent2"/>
        <w:insideV w:val="single" w:sz="8" w:space="0" w:color="629DD1" w:themeColor="accent2"/>
      </w:tblBorders>
    </w:tblPr>
    <w:tcPr>
      <w:shd w:val="clear" w:color="auto" w:fill="D8E6F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F5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BF5" w:themeFill="accent2" w:themeFillTint="33"/>
      </w:tcPr>
    </w:tblStylePr>
    <w:tblStylePr w:type="band1Vert">
      <w:tblPr/>
      <w:tcPr>
        <w:shd w:val="clear" w:color="auto" w:fill="B0CDE8" w:themeFill="accent2" w:themeFillTint="7F"/>
      </w:tcPr>
    </w:tblStylePr>
    <w:tblStylePr w:type="band1Horz">
      <w:tblPr/>
      <w:tcPr>
        <w:tcBorders>
          <w:insideH w:val="single" w:sz="6" w:space="0" w:color="629DD1" w:themeColor="accent2"/>
          <w:insideV w:val="single" w:sz="6" w:space="0" w:color="629DD1" w:themeColor="accent2"/>
        </w:tcBorders>
        <w:shd w:val="clear" w:color="auto" w:fill="B0CDE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97FD5" w:themeColor="accent3"/>
        <w:left w:val="single" w:sz="8" w:space="0" w:color="297FD5" w:themeColor="accent3"/>
        <w:bottom w:val="single" w:sz="8" w:space="0" w:color="297FD5" w:themeColor="accent3"/>
        <w:right w:val="single" w:sz="8" w:space="0" w:color="297FD5" w:themeColor="accent3"/>
        <w:insideH w:val="single" w:sz="8" w:space="0" w:color="297FD5" w:themeColor="accent3"/>
        <w:insideV w:val="single" w:sz="8" w:space="0" w:color="297FD5" w:themeColor="accent3"/>
      </w:tblBorders>
    </w:tblPr>
    <w:tcPr>
      <w:shd w:val="clear" w:color="auto" w:fill="C9DFF4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9F2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5F6" w:themeFill="accent3" w:themeFillTint="33"/>
      </w:tcPr>
    </w:tblStylePr>
    <w:tblStylePr w:type="band1Vert">
      <w:tblPr/>
      <w:tcPr>
        <w:shd w:val="clear" w:color="auto" w:fill="93BEEA" w:themeFill="accent3" w:themeFillTint="7F"/>
      </w:tcPr>
    </w:tblStylePr>
    <w:tblStylePr w:type="band1Horz">
      <w:tblPr/>
      <w:tcPr>
        <w:tcBorders>
          <w:insideH w:val="single" w:sz="6" w:space="0" w:color="297FD5" w:themeColor="accent3"/>
          <w:insideV w:val="single" w:sz="6" w:space="0" w:color="297FD5" w:themeColor="accent3"/>
        </w:tcBorders>
        <w:shd w:val="clear" w:color="auto" w:fill="93BEE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8FA9" w:themeColor="accent4"/>
        <w:left w:val="single" w:sz="8" w:space="0" w:color="7F8FA9" w:themeColor="accent4"/>
        <w:bottom w:val="single" w:sz="8" w:space="0" w:color="7F8FA9" w:themeColor="accent4"/>
        <w:right w:val="single" w:sz="8" w:space="0" w:color="7F8FA9" w:themeColor="accent4"/>
        <w:insideH w:val="single" w:sz="8" w:space="0" w:color="7F8FA9" w:themeColor="accent4"/>
        <w:insideV w:val="single" w:sz="8" w:space="0" w:color="7F8FA9" w:themeColor="accent4"/>
      </w:tblBorders>
    </w:tblPr>
    <w:tcPr>
      <w:shd w:val="clear" w:color="auto" w:fill="DF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3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8ED" w:themeFill="accent4" w:themeFillTint="33"/>
      </w:tcPr>
    </w:tblStylePr>
    <w:tblStylePr w:type="band1Vert">
      <w:tblPr/>
      <w:tcPr>
        <w:shd w:val="clear" w:color="auto" w:fill="BFC7D4" w:themeFill="accent4" w:themeFillTint="7F"/>
      </w:tcPr>
    </w:tblStylePr>
    <w:tblStylePr w:type="band1Horz">
      <w:tblPr/>
      <w:tcPr>
        <w:tcBorders>
          <w:insideH w:val="single" w:sz="6" w:space="0" w:color="7F8FA9" w:themeColor="accent4"/>
          <w:insideV w:val="single" w:sz="6" w:space="0" w:color="7F8FA9" w:themeColor="accent4"/>
        </w:tcBorders>
        <w:shd w:val="clear" w:color="auto" w:fill="BFC7D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AA2AE" w:themeColor="accent5"/>
        <w:left w:val="single" w:sz="8" w:space="0" w:color="5AA2AE" w:themeColor="accent5"/>
        <w:bottom w:val="single" w:sz="8" w:space="0" w:color="5AA2AE" w:themeColor="accent5"/>
        <w:right w:val="single" w:sz="8" w:space="0" w:color="5AA2AE" w:themeColor="accent5"/>
        <w:insideH w:val="single" w:sz="8" w:space="0" w:color="5AA2AE" w:themeColor="accent5"/>
        <w:insideV w:val="single" w:sz="8" w:space="0" w:color="5AA2AE" w:themeColor="accent5"/>
      </w:tblBorders>
    </w:tblPr>
    <w:tcPr>
      <w:shd w:val="clear" w:color="auto" w:fill="D6E7EB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ECEE" w:themeFill="accent5" w:themeFillTint="33"/>
      </w:tc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tcBorders>
          <w:insideH w:val="single" w:sz="6" w:space="0" w:color="5AA2AE" w:themeColor="accent5"/>
          <w:insideV w:val="single" w:sz="6" w:space="0" w:color="5AA2AE" w:themeColor="accent5"/>
        </w:tcBorders>
        <w:shd w:val="clear" w:color="auto" w:fill="ACD0D6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D90A0" w:themeColor="accent6"/>
        <w:left w:val="single" w:sz="8" w:space="0" w:color="9D90A0" w:themeColor="accent6"/>
        <w:bottom w:val="single" w:sz="8" w:space="0" w:color="9D90A0" w:themeColor="accent6"/>
        <w:right w:val="single" w:sz="8" w:space="0" w:color="9D90A0" w:themeColor="accent6"/>
        <w:insideH w:val="single" w:sz="8" w:space="0" w:color="9D90A0" w:themeColor="accent6"/>
        <w:insideV w:val="single" w:sz="8" w:space="0" w:color="9D90A0" w:themeColor="accent6"/>
      </w:tblBorders>
    </w:tblPr>
    <w:tcPr>
      <w:shd w:val="clear" w:color="auto" w:fill="E6E3E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8EC" w:themeFill="accent6" w:themeFillTint="33"/>
      </w:tcPr>
    </w:tblStylePr>
    <w:tblStylePr w:type="band1Vert">
      <w:tblPr/>
      <w:tcPr>
        <w:shd w:val="clear" w:color="auto" w:fill="CEC7CF" w:themeFill="accent6" w:themeFillTint="7F"/>
      </w:tcPr>
    </w:tblStylePr>
    <w:tblStylePr w:type="band1Horz">
      <w:tblPr/>
      <w:tcPr>
        <w:tcBorders>
          <w:insideH w:val="single" w:sz="6" w:space="0" w:color="9D90A0" w:themeColor="accent6"/>
          <w:insideV w:val="single" w:sz="6" w:space="0" w:color="9D90A0" w:themeColor="accent6"/>
        </w:tcBorders>
        <w:shd w:val="clear" w:color="auto" w:fill="CEC7C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8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A66A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A66A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A66A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A66A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2B1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2B1D7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8E6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29DD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29DD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29DD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29DD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CD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CDE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DFF4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97FD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97FD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97FD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97FD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BEE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BEEA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8FA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8FA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F8FA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F8FA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7D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7D4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7EB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AA2AE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AA2AE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AA2AE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AA2AE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CD0D6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CD0D6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3E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D90A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D90A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D90A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D90A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7C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7CF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A66A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2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74C8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74C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C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C80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29DD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24E7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476B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476B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76B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76B1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97FD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43E69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E5E9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E5E9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5E9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5E9F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F8FA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B465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9698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9698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698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6984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AA2AE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B515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17A84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17A84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7A84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7A84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D90A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455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697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697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697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697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29DD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29DD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29DD1" w:themeColor="accent2"/>
        <w:left w:val="single" w:sz="4" w:space="0" w:color="4A66AC" w:themeColor="accent1"/>
        <w:bottom w:val="single" w:sz="4" w:space="0" w:color="4A66AC" w:themeColor="accent1"/>
        <w:right w:val="single" w:sz="4" w:space="0" w:color="4A66A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FF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29DD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3C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3C66" w:themeColor="accent1" w:themeShade="99"/>
          <w:insideV w:val="nil"/>
        </w:tcBorders>
        <w:shd w:val="clear" w:color="auto" w:fill="2C3C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3C66" w:themeFill="accent1" w:themeFillShade="99"/>
      </w:tcPr>
    </w:tblStylePr>
    <w:tblStylePr w:type="band1Vert">
      <w:tblPr/>
      <w:tcPr>
        <w:shd w:val="clear" w:color="auto" w:fill="B5C0DF" w:themeFill="accent1" w:themeFillTint="66"/>
      </w:tcPr>
    </w:tblStylePr>
    <w:tblStylePr w:type="band1Horz">
      <w:tblPr/>
      <w:tcPr>
        <w:shd w:val="clear" w:color="auto" w:fill="A2B1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29DD1" w:themeColor="accent2"/>
        <w:left w:val="single" w:sz="4" w:space="0" w:color="629DD1" w:themeColor="accent2"/>
        <w:bottom w:val="single" w:sz="4" w:space="0" w:color="629DD1" w:themeColor="accent2"/>
        <w:right w:val="single" w:sz="4" w:space="0" w:color="629DD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5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29DD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95E8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95E8E" w:themeColor="accent2" w:themeShade="99"/>
          <w:insideV w:val="nil"/>
        </w:tcBorders>
        <w:shd w:val="clear" w:color="auto" w:fill="295E8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5E8E" w:themeFill="accent2" w:themeFillShade="99"/>
      </w:tcPr>
    </w:tblStylePr>
    <w:tblStylePr w:type="band1Vert">
      <w:tblPr/>
      <w:tcPr>
        <w:shd w:val="clear" w:color="auto" w:fill="C0D7EC" w:themeFill="accent2" w:themeFillTint="66"/>
      </w:tcPr>
    </w:tblStylePr>
    <w:tblStylePr w:type="band1Horz">
      <w:tblPr/>
      <w:tcPr>
        <w:shd w:val="clear" w:color="auto" w:fill="B0CDE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F8FA9" w:themeColor="accent4"/>
        <w:left w:val="single" w:sz="4" w:space="0" w:color="297FD5" w:themeColor="accent3"/>
        <w:bottom w:val="single" w:sz="4" w:space="0" w:color="297FD5" w:themeColor="accent3"/>
        <w:right w:val="single" w:sz="4" w:space="0" w:color="297FD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2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F8FA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84B7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84B7F" w:themeColor="accent3" w:themeShade="99"/>
          <w:insideV w:val="nil"/>
        </w:tcBorders>
        <w:shd w:val="clear" w:color="auto" w:fill="184B7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4B7F" w:themeFill="accent3" w:themeFillShade="99"/>
      </w:tcPr>
    </w:tblStylePr>
    <w:tblStylePr w:type="band1Vert">
      <w:tblPr/>
      <w:tcPr>
        <w:shd w:val="clear" w:color="auto" w:fill="A8CBEE" w:themeFill="accent3" w:themeFillTint="66"/>
      </w:tcPr>
    </w:tblStylePr>
    <w:tblStylePr w:type="band1Horz">
      <w:tblPr/>
      <w:tcPr>
        <w:shd w:val="clear" w:color="auto" w:fill="93BEEA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97FD5" w:themeColor="accent3"/>
        <w:left w:val="single" w:sz="4" w:space="0" w:color="7F8FA9" w:themeColor="accent4"/>
        <w:bottom w:val="single" w:sz="4" w:space="0" w:color="7F8FA9" w:themeColor="accent4"/>
        <w:right w:val="single" w:sz="4" w:space="0" w:color="7F8FA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3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97FD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7546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7546A" w:themeColor="accent4" w:themeShade="99"/>
          <w:insideV w:val="nil"/>
        </w:tcBorders>
        <w:shd w:val="clear" w:color="auto" w:fill="47546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546A" w:themeFill="accent4" w:themeFillShade="99"/>
      </w:tcPr>
    </w:tblStylePr>
    <w:tblStylePr w:type="band1Vert">
      <w:tblPr/>
      <w:tcPr>
        <w:shd w:val="clear" w:color="auto" w:fill="CBD2DC" w:themeFill="accent4" w:themeFillTint="66"/>
      </w:tcPr>
    </w:tblStylePr>
    <w:tblStylePr w:type="band1Horz">
      <w:tblPr/>
      <w:tcPr>
        <w:shd w:val="clear" w:color="auto" w:fill="BFC7D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D90A0" w:themeColor="accent6"/>
        <w:left w:val="single" w:sz="4" w:space="0" w:color="5AA2AE" w:themeColor="accent5"/>
        <w:bottom w:val="single" w:sz="4" w:space="0" w:color="5AA2AE" w:themeColor="accent5"/>
        <w:right w:val="single" w:sz="4" w:space="0" w:color="5AA2AE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90A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4626A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4626A" w:themeColor="accent5" w:themeShade="99"/>
          <w:insideV w:val="nil"/>
        </w:tcBorders>
        <w:shd w:val="clear" w:color="auto" w:fill="34626A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626A" w:themeFill="accent5" w:themeFillShade="99"/>
      </w:tcPr>
    </w:tblStylePr>
    <w:tblStylePr w:type="band1Vert">
      <w:tblPr/>
      <w:tcPr>
        <w:shd w:val="clear" w:color="auto" w:fill="BCD9DE" w:themeFill="accent5" w:themeFillTint="66"/>
      </w:tcPr>
    </w:tblStylePr>
    <w:tblStylePr w:type="band1Horz">
      <w:tblPr/>
      <w:tcPr>
        <w:shd w:val="clear" w:color="auto" w:fill="ACD0D6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AA2AE" w:themeColor="accent5"/>
        <w:left w:val="single" w:sz="4" w:space="0" w:color="9D90A0" w:themeColor="accent6"/>
        <w:bottom w:val="single" w:sz="4" w:space="0" w:color="9D90A0" w:themeColor="accent6"/>
        <w:right w:val="single" w:sz="4" w:space="0" w:color="9D90A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AA2A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546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5462" w:themeColor="accent6" w:themeShade="99"/>
          <w:insideV w:val="nil"/>
        </w:tcBorders>
        <w:shd w:val="clear" w:color="auto" w:fill="5F546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462" w:themeFill="accent6" w:themeFillShade="99"/>
      </w:tcPr>
    </w:tblStylePr>
    <w:tblStylePr w:type="band1Vert">
      <w:tblPr/>
      <w:tcPr>
        <w:shd w:val="clear" w:color="auto" w:fill="D7D2D9" w:themeFill="accent6" w:themeFillTint="66"/>
      </w:tcPr>
    </w:tblStylePr>
    <w:tblStylePr w:type="band1Horz">
      <w:tblPr/>
      <w:tcPr>
        <w:shd w:val="clear" w:color="auto" w:fill="CEC7C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77EBD" w:themeFill="accent2" w:themeFillShade="CC"/>
      </w:tcPr>
    </w:tblStylePr>
    <w:tblStylePr w:type="lastRow">
      <w:rPr>
        <w:b/>
        <w:bCs/>
        <w:color w:val="377EB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FF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77EBD" w:themeFill="accent2" w:themeFillShade="CC"/>
      </w:tcPr>
    </w:tblStylePr>
    <w:tblStylePr w:type="lastRow">
      <w:rPr>
        <w:b/>
        <w:bCs/>
        <w:color w:val="377EB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8EB" w:themeFill="accent1" w:themeFillTint="3F"/>
      </w:tcPr>
    </w:tblStylePr>
    <w:tblStylePr w:type="band1Horz">
      <w:tblPr/>
      <w:tcPr>
        <w:shd w:val="clear" w:color="auto" w:fill="D9DFEF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5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77EBD" w:themeFill="accent2" w:themeFillShade="CC"/>
      </w:tcPr>
    </w:tblStylePr>
    <w:tblStylePr w:type="lastRow">
      <w:rPr>
        <w:b/>
        <w:bCs/>
        <w:color w:val="377EB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6F3" w:themeFill="accent2" w:themeFillTint="3F"/>
      </w:tcPr>
    </w:tblStylePr>
    <w:tblStylePr w:type="band1Horz">
      <w:tblPr/>
      <w:tcPr>
        <w:shd w:val="clear" w:color="auto" w:fill="DFEBF5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2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F708D" w:themeFill="accent4" w:themeFillShade="CC"/>
      </w:tcPr>
    </w:tblStylePr>
    <w:tblStylePr w:type="lastRow">
      <w:rPr>
        <w:b/>
        <w:bCs/>
        <w:color w:val="5F708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DFF4" w:themeFill="accent3" w:themeFillTint="3F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3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065AA" w:themeFill="accent3" w:themeFillShade="CC"/>
      </w:tcPr>
    </w:tblStylePr>
    <w:tblStylePr w:type="lastRow">
      <w:rPr>
        <w:b/>
        <w:bCs/>
        <w:color w:val="2065A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3E9" w:themeFill="accent4" w:themeFillTint="3F"/>
      </w:tcPr>
    </w:tblStylePr>
    <w:tblStylePr w:type="band1Horz">
      <w:tblPr/>
      <w:tcPr>
        <w:shd w:val="clear" w:color="auto" w:fill="E5E8ED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7082" w:themeFill="accent6" w:themeFillShade="CC"/>
      </w:tcPr>
    </w:tblStylePr>
    <w:tblStylePr w:type="lastRow">
      <w:rPr>
        <w:b/>
        <w:bCs/>
        <w:color w:val="7F7082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7EB" w:themeFill="accent5" w:themeFillTint="3F"/>
      </w:tcPr>
    </w:tblStylePr>
    <w:tblStylePr w:type="band1Horz">
      <w:tblPr/>
      <w:tcPr>
        <w:shd w:val="clear" w:color="auto" w:fill="DDECEE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5828D" w:themeFill="accent5" w:themeFillShade="CC"/>
      </w:tcPr>
    </w:tblStylePr>
    <w:tblStylePr w:type="lastRow">
      <w:rPr>
        <w:b/>
        <w:bCs/>
        <w:color w:val="45828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3E7" w:themeFill="accent6" w:themeFillTint="3F"/>
      </w:tcPr>
    </w:tblStylePr>
    <w:tblStylePr w:type="band1Horz">
      <w:tblPr/>
      <w:tcPr>
        <w:shd w:val="clear" w:color="auto" w:fill="EBE8EC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DFEF" w:themeFill="accent1" w:themeFillTint="33"/>
    </w:tcPr>
    <w:tblStylePr w:type="firstRow">
      <w:rPr>
        <w:b/>
        <w:bCs/>
      </w:rPr>
      <w:tblPr/>
      <w:tcPr>
        <w:shd w:val="clear" w:color="auto" w:fill="B5C0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0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74C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74C80" w:themeFill="accent1" w:themeFillShade="BF"/>
      </w:tcPr>
    </w:tblStylePr>
    <w:tblStylePr w:type="band1Vert">
      <w:tblPr/>
      <w:tcPr>
        <w:shd w:val="clear" w:color="auto" w:fill="A2B1D7" w:themeFill="accent1" w:themeFillTint="7F"/>
      </w:tcPr>
    </w:tblStylePr>
    <w:tblStylePr w:type="band1Horz">
      <w:tblPr/>
      <w:tcPr>
        <w:shd w:val="clear" w:color="auto" w:fill="A2B1D7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EBF5" w:themeFill="accent2" w:themeFillTint="33"/>
    </w:tcPr>
    <w:tblStylePr w:type="firstRow">
      <w:rPr>
        <w:b/>
        <w:bCs/>
      </w:rPr>
      <w:tblPr/>
      <w:tcPr>
        <w:shd w:val="clear" w:color="auto" w:fill="C0D7E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0D7E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476B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476B1" w:themeFill="accent2" w:themeFillShade="BF"/>
      </w:tcPr>
    </w:tblStylePr>
    <w:tblStylePr w:type="band1Vert">
      <w:tblPr/>
      <w:tcPr>
        <w:shd w:val="clear" w:color="auto" w:fill="B0CDE8" w:themeFill="accent2" w:themeFillTint="7F"/>
      </w:tcPr>
    </w:tblStylePr>
    <w:tblStylePr w:type="band1Horz">
      <w:tblPr/>
      <w:tcPr>
        <w:shd w:val="clear" w:color="auto" w:fill="B0CDE8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E5F6" w:themeFill="accent3" w:themeFillTint="33"/>
    </w:tcPr>
    <w:tblStylePr w:type="firstRow">
      <w:rPr>
        <w:b/>
        <w:bCs/>
      </w:rPr>
      <w:tblPr/>
      <w:tcPr>
        <w:shd w:val="clear" w:color="auto" w:fill="A8CBE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CBE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E5E9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E5E9F" w:themeFill="accent3" w:themeFillShade="BF"/>
      </w:tcPr>
    </w:tblStylePr>
    <w:tblStylePr w:type="band1Vert">
      <w:tblPr/>
      <w:tcPr>
        <w:shd w:val="clear" w:color="auto" w:fill="93BEEA" w:themeFill="accent3" w:themeFillTint="7F"/>
      </w:tcPr>
    </w:tblStylePr>
    <w:tblStylePr w:type="band1Horz">
      <w:tblPr/>
      <w:tcPr>
        <w:shd w:val="clear" w:color="auto" w:fill="93BEEA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8ED" w:themeFill="accent4" w:themeFillTint="33"/>
    </w:tcPr>
    <w:tblStylePr w:type="firstRow">
      <w:rPr>
        <w:b/>
        <w:bCs/>
      </w:rPr>
      <w:tblPr/>
      <w:tcPr>
        <w:shd w:val="clear" w:color="auto" w:fill="CBD2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D2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9698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96984" w:themeFill="accent4" w:themeFillShade="BF"/>
      </w:tcPr>
    </w:tblStylePr>
    <w:tblStylePr w:type="band1Vert">
      <w:tblPr/>
      <w:tcPr>
        <w:shd w:val="clear" w:color="auto" w:fill="BFC7D4" w:themeFill="accent4" w:themeFillTint="7F"/>
      </w:tcPr>
    </w:tblStylePr>
    <w:tblStylePr w:type="band1Horz">
      <w:tblPr/>
      <w:tcPr>
        <w:shd w:val="clear" w:color="auto" w:fill="BFC7D4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ECEE" w:themeFill="accent5" w:themeFillTint="33"/>
    </w:tcPr>
    <w:tblStylePr w:type="firstRow">
      <w:rPr>
        <w:b/>
        <w:bCs/>
      </w:rPr>
      <w:tblPr/>
      <w:tcPr>
        <w:shd w:val="clear" w:color="auto" w:fill="BCD9D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D9D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17A84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17A84" w:themeFill="accent5" w:themeFillShade="BF"/>
      </w:tc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shd w:val="clear" w:color="auto" w:fill="ACD0D6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8EC" w:themeFill="accent6" w:themeFillTint="33"/>
    </w:tcPr>
    <w:tblStylePr w:type="firstRow">
      <w:rPr>
        <w:b/>
        <w:bCs/>
      </w:rPr>
      <w:tblPr/>
      <w:tcPr>
        <w:shd w:val="clear" w:color="auto" w:fill="D7D2D9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D2D9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7697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7697A" w:themeFill="accent6" w:themeFillShade="BF"/>
      </w:tcPr>
    </w:tblStylePr>
    <w:tblStylePr w:type="band1Vert">
      <w:tblPr/>
      <w:tcPr>
        <w:shd w:val="clear" w:color="auto" w:fill="CEC7CF" w:themeFill="accent6" w:themeFillTint="7F"/>
      </w:tcPr>
    </w:tblStylePr>
    <w:tblStylePr w:type="band1Horz">
      <w:tblPr/>
      <w:tcPr>
        <w:shd w:val="clear" w:color="auto" w:fill="CEC7CF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2B31F1"/>
  </w:style>
  <w:style w:type="paragraph" w:customStyle="1" w:styleId="PersonalName">
    <w:name w:val="Personal Name"/>
    <w:basedOn w:val="Title"/>
    <w:qFormat/>
    <w:rsid w:val="002B31F1"/>
    <w:rPr>
      <w:b/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2</cp:revision>
  <dcterms:created xsi:type="dcterms:W3CDTF">2013-12-23T23:15:00Z</dcterms:created>
  <dcterms:modified xsi:type="dcterms:W3CDTF">2024-12-19T13:13:00Z</dcterms:modified>
  <cp:category/>
</cp:coreProperties>
</file>