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87C2F4" w14:textId="77777777" w:rsidR="009C5578" w:rsidRDefault="00000000" w:rsidP="002B634A">
      <w:pPr>
        <w:pStyle w:val="Heading1"/>
        <w:jc w:val="center"/>
        <w:rPr>
          <w:sz w:val="48"/>
          <w:szCs w:val="48"/>
        </w:rPr>
      </w:pPr>
      <w:r w:rsidRPr="002B634A">
        <w:rPr>
          <w:sz w:val="48"/>
          <w:szCs w:val="48"/>
        </w:rPr>
        <w:t>Action Plan Template</w:t>
      </w:r>
    </w:p>
    <w:p w14:paraId="0E1E5792" w14:textId="77777777" w:rsidR="002B634A" w:rsidRPr="002B634A" w:rsidRDefault="002B634A" w:rsidP="002B634A"/>
    <w:p w14:paraId="6D4ED830" w14:textId="77777777" w:rsidR="009C5578" w:rsidRPr="002B634A" w:rsidRDefault="00000000">
      <w:pPr>
        <w:pStyle w:val="Heading2"/>
        <w:rPr>
          <w:b/>
          <w:bCs/>
          <w:sz w:val="24"/>
          <w:szCs w:val="24"/>
        </w:rPr>
      </w:pPr>
      <w:r w:rsidRPr="002B634A">
        <w:rPr>
          <w:b/>
          <w:bCs/>
          <w:sz w:val="24"/>
          <w:szCs w:val="24"/>
        </w:rPr>
        <w:t>Goal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</w:tblGrid>
      <w:tr w:rsidR="009C5578" w14:paraId="211DEA62" w14:textId="77777777">
        <w:tc>
          <w:tcPr>
            <w:tcW w:w="2160" w:type="dxa"/>
          </w:tcPr>
          <w:p w14:paraId="04C8A992" w14:textId="77777777" w:rsidR="009C5578" w:rsidRPr="002B634A" w:rsidRDefault="00000000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Write your goal statement here.</w:t>
            </w:r>
          </w:p>
        </w:tc>
      </w:tr>
      <w:tr w:rsidR="009C5578" w14:paraId="31805B9A" w14:textId="77777777">
        <w:tc>
          <w:tcPr>
            <w:tcW w:w="2160" w:type="dxa"/>
          </w:tcPr>
          <w:p w14:paraId="13B568C0" w14:textId="77777777" w:rsidR="009C5578" w:rsidRPr="002B634A" w:rsidRDefault="00000000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List resources and desired outcomes.</w:t>
            </w:r>
          </w:p>
        </w:tc>
      </w:tr>
    </w:tbl>
    <w:p w14:paraId="2446F239" w14:textId="77777777" w:rsidR="009C5578" w:rsidRPr="002B634A" w:rsidRDefault="00000000">
      <w:pPr>
        <w:pStyle w:val="Heading3"/>
        <w:rPr>
          <w:b/>
          <w:bCs/>
          <w:sz w:val="24"/>
          <w:szCs w:val="24"/>
        </w:rPr>
      </w:pPr>
      <w:r w:rsidRPr="002B634A">
        <w:rPr>
          <w:b/>
          <w:bCs/>
          <w:sz w:val="24"/>
          <w:szCs w:val="24"/>
        </w:rPr>
        <w:t>Action Plan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7"/>
        <w:gridCol w:w="1865"/>
        <w:gridCol w:w="1548"/>
        <w:gridCol w:w="1538"/>
        <w:gridCol w:w="1792"/>
      </w:tblGrid>
      <w:tr w:rsidR="002B634A" w14:paraId="1A24322C" w14:textId="77777777">
        <w:tc>
          <w:tcPr>
            <w:tcW w:w="2160" w:type="dxa"/>
          </w:tcPr>
          <w:p w14:paraId="50C72EED" w14:textId="77777777" w:rsidR="009C5578" w:rsidRPr="002B634A" w:rsidRDefault="00000000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Action Step Descriptions</w:t>
            </w:r>
          </w:p>
        </w:tc>
        <w:tc>
          <w:tcPr>
            <w:tcW w:w="2160" w:type="dxa"/>
          </w:tcPr>
          <w:p w14:paraId="0460191C" w14:textId="77777777" w:rsidR="009C5578" w:rsidRPr="002B634A" w:rsidRDefault="00000000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Party/Dept Responsible</w:t>
            </w:r>
          </w:p>
        </w:tc>
        <w:tc>
          <w:tcPr>
            <w:tcW w:w="2160" w:type="dxa"/>
          </w:tcPr>
          <w:p w14:paraId="75B006EF" w14:textId="77777777" w:rsidR="009C5578" w:rsidRPr="002B634A" w:rsidRDefault="00000000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Start Date</w:t>
            </w:r>
          </w:p>
        </w:tc>
        <w:tc>
          <w:tcPr>
            <w:tcW w:w="2160" w:type="dxa"/>
          </w:tcPr>
          <w:p w14:paraId="7D06EEC4" w14:textId="77777777" w:rsidR="009C5578" w:rsidRPr="002B634A" w:rsidRDefault="00000000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Due Date</w:t>
            </w:r>
          </w:p>
        </w:tc>
        <w:tc>
          <w:tcPr>
            <w:tcW w:w="2160" w:type="dxa"/>
          </w:tcPr>
          <w:p w14:paraId="0E02BD48" w14:textId="0C7E509E" w:rsidR="009C5578" w:rsidRDefault="002B634A">
            <w:r>
              <w:t>C</w:t>
            </w:r>
            <w:r w:rsidRPr="002B634A">
              <w:rPr>
                <w:sz w:val="24"/>
                <w:szCs w:val="24"/>
              </w:rPr>
              <w:t>omments</w:t>
            </w:r>
          </w:p>
        </w:tc>
      </w:tr>
    </w:tbl>
    <w:p w14:paraId="79A5929B" w14:textId="77777777" w:rsidR="009C5578" w:rsidRPr="002B634A" w:rsidRDefault="00000000">
      <w:pPr>
        <w:pStyle w:val="Heading2"/>
        <w:rPr>
          <w:b/>
          <w:bCs/>
        </w:rPr>
      </w:pPr>
      <w:r w:rsidRPr="002B634A">
        <w:rPr>
          <w:b/>
          <w:bCs/>
        </w:rPr>
        <w:t>Goal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</w:tblGrid>
      <w:tr w:rsidR="009C5578" w14:paraId="027ECC12" w14:textId="77777777">
        <w:tc>
          <w:tcPr>
            <w:tcW w:w="2160" w:type="dxa"/>
          </w:tcPr>
          <w:p w14:paraId="5FF62F3B" w14:textId="77777777" w:rsidR="009C5578" w:rsidRPr="002B634A" w:rsidRDefault="00000000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Write your goal statement here.</w:t>
            </w:r>
          </w:p>
        </w:tc>
      </w:tr>
      <w:tr w:rsidR="009C5578" w14:paraId="7D195A76" w14:textId="77777777">
        <w:tc>
          <w:tcPr>
            <w:tcW w:w="2160" w:type="dxa"/>
          </w:tcPr>
          <w:p w14:paraId="556775A7" w14:textId="77777777" w:rsidR="009C5578" w:rsidRPr="002B634A" w:rsidRDefault="00000000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List resources and desired outcomes.</w:t>
            </w:r>
          </w:p>
        </w:tc>
      </w:tr>
    </w:tbl>
    <w:p w14:paraId="50B06D0F" w14:textId="77777777" w:rsidR="009C5578" w:rsidRPr="002B634A" w:rsidRDefault="00000000">
      <w:pPr>
        <w:pStyle w:val="Heading3"/>
        <w:rPr>
          <w:b/>
          <w:bCs/>
          <w:sz w:val="24"/>
          <w:szCs w:val="24"/>
        </w:rPr>
      </w:pPr>
      <w:r w:rsidRPr="002B634A">
        <w:rPr>
          <w:b/>
          <w:bCs/>
          <w:sz w:val="24"/>
          <w:szCs w:val="24"/>
        </w:rPr>
        <w:t>Action Plan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6"/>
        <w:gridCol w:w="1864"/>
        <w:gridCol w:w="1545"/>
        <w:gridCol w:w="1535"/>
        <w:gridCol w:w="1800"/>
      </w:tblGrid>
      <w:tr w:rsidR="002B634A" w14:paraId="57A37EB2" w14:textId="77777777">
        <w:tc>
          <w:tcPr>
            <w:tcW w:w="2160" w:type="dxa"/>
          </w:tcPr>
          <w:p w14:paraId="1B54AC99" w14:textId="77777777" w:rsidR="009C5578" w:rsidRPr="002B634A" w:rsidRDefault="00000000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Action Step Descriptions</w:t>
            </w:r>
          </w:p>
        </w:tc>
        <w:tc>
          <w:tcPr>
            <w:tcW w:w="2160" w:type="dxa"/>
          </w:tcPr>
          <w:p w14:paraId="1A6E1C63" w14:textId="77777777" w:rsidR="009C5578" w:rsidRPr="002B634A" w:rsidRDefault="00000000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Party/Dept Responsible</w:t>
            </w:r>
          </w:p>
        </w:tc>
        <w:tc>
          <w:tcPr>
            <w:tcW w:w="2160" w:type="dxa"/>
          </w:tcPr>
          <w:p w14:paraId="0D43BB4A" w14:textId="77777777" w:rsidR="009C5578" w:rsidRPr="002B634A" w:rsidRDefault="00000000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Start Date</w:t>
            </w:r>
          </w:p>
        </w:tc>
        <w:tc>
          <w:tcPr>
            <w:tcW w:w="2160" w:type="dxa"/>
          </w:tcPr>
          <w:p w14:paraId="7A74B7A2" w14:textId="77777777" w:rsidR="009C5578" w:rsidRPr="002B634A" w:rsidRDefault="00000000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Due Date</w:t>
            </w:r>
          </w:p>
        </w:tc>
        <w:tc>
          <w:tcPr>
            <w:tcW w:w="2160" w:type="dxa"/>
          </w:tcPr>
          <w:p w14:paraId="6AB5B311" w14:textId="693A9B06" w:rsidR="009C5578" w:rsidRPr="002B634A" w:rsidRDefault="002B634A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Comments</w:t>
            </w:r>
          </w:p>
        </w:tc>
      </w:tr>
    </w:tbl>
    <w:p w14:paraId="3640659B" w14:textId="77777777" w:rsidR="009C5578" w:rsidRPr="002B634A" w:rsidRDefault="00000000">
      <w:pPr>
        <w:pStyle w:val="Heading2"/>
        <w:rPr>
          <w:b/>
          <w:bCs/>
          <w:sz w:val="24"/>
          <w:szCs w:val="24"/>
        </w:rPr>
      </w:pPr>
      <w:r w:rsidRPr="002B634A">
        <w:rPr>
          <w:b/>
          <w:bCs/>
          <w:sz w:val="24"/>
          <w:szCs w:val="24"/>
        </w:rPr>
        <w:t>Goal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</w:tblGrid>
      <w:tr w:rsidR="009C5578" w14:paraId="4E2F6C88" w14:textId="77777777">
        <w:tc>
          <w:tcPr>
            <w:tcW w:w="2160" w:type="dxa"/>
          </w:tcPr>
          <w:p w14:paraId="5F86B736" w14:textId="77777777" w:rsidR="009C5578" w:rsidRPr="002B634A" w:rsidRDefault="00000000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Write your goal statement here.</w:t>
            </w:r>
          </w:p>
        </w:tc>
      </w:tr>
      <w:tr w:rsidR="009C5578" w14:paraId="5EB47FA0" w14:textId="77777777">
        <w:tc>
          <w:tcPr>
            <w:tcW w:w="2160" w:type="dxa"/>
          </w:tcPr>
          <w:p w14:paraId="0C63760D" w14:textId="77777777" w:rsidR="009C5578" w:rsidRPr="002B634A" w:rsidRDefault="00000000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List resources and desired outcomes.</w:t>
            </w:r>
          </w:p>
        </w:tc>
      </w:tr>
    </w:tbl>
    <w:p w14:paraId="4D911216" w14:textId="77777777" w:rsidR="009C5578" w:rsidRPr="002B634A" w:rsidRDefault="00000000">
      <w:pPr>
        <w:pStyle w:val="Heading3"/>
        <w:rPr>
          <w:b/>
          <w:bCs/>
          <w:sz w:val="24"/>
          <w:szCs w:val="24"/>
        </w:rPr>
      </w:pPr>
      <w:r w:rsidRPr="002B634A">
        <w:rPr>
          <w:b/>
          <w:bCs/>
          <w:sz w:val="24"/>
          <w:szCs w:val="24"/>
        </w:rPr>
        <w:t>Action Plan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6"/>
        <w:gridCol w:w="1864"/>
        <w:gridCol w:w="1545"/>
        <w:gridCol w:w="1535"/>
        <w:gridCol w:w="1800"/>
      </w:tblGrid>
      <w:tr w:rsidR="002B634A" w14:paraId="354E8E48" w14:textId="77777777" w:rsidTr="002B634A">
        <w:trPr>
          <w:trHeight w:val="141"/>
        </w:trPr>
        <w:tc>
          <w:tcPr>
            <w:tcW w:w="2160" w:type="dxa"/>
          </w:tcPr>
          <w:p w14:paraId="516FC496" w14:textId="77777777" w:rsidR="009C5578" w:rsidRPr="002B634A" w:rsidRDefault="00000000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Action Step Descriptions</w:t>
            </w:r>
          </w:p>
        </w:tc>
        <w:tc>
          <w:tcPr>
            <w:tcW w:w="2160" w:type="dxa"/>
          </w:tcPr>
          <w:p w14:paraId="47D58C3A" w14:textId="77777777" w:rsidR="009C5578" w:rsidRPr="002B634A" w:rsidRDefault="00000000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Party/Dept Responsible</w:t>
            </w:r>
          </w:p>
        </w:tc>
        <w:tc>
          <w:tcPr>
            <w:tcW w:w="2160" w:type="dxa"/>
          </w:tcPr>
          <w:p w14:paraId="66716FD3" w14:textId="77777777" w:rsidR="009C5578" w:rsidRPr="002B634A" w:rsidRDefault="00000000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Start Date</w:t>
            </w:r>
          </w:p>
        </w:tc>
        <w:tc>
          <w:tcPr>
            <w:tcW w:w="2160" w:type="dxa"/>
          </w:tcPr>
          <w:p w14:paraId="28DBDAEE" w14:textId="77777777" w:rsidR="009C5578" w:rsidRPr="002B634A" w:rsidRDefault="00000000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Due Date</w:t>
            </w:r>
          </w:p>
        </w:tc>
        <w:tc>
          <w:tcPr>
            <w:tcW w:w="2160" w:type="dxa"/>
          </w:tcPr>
          <w:p w14:paraId="156A97CF" w14:textId="464BDE98" w:rsidR="009C5578" w:rsidRPr="002B634A" w:rsidRDefault="002B634A">
            <w:pPr>
              <w:rPr>
                <w:sz w:val="24"/>
                <w:szCs w:val="24"/>
              </w:rPr>
            </w:pPr>
            <w:r w:rsidRPr="002B634A">
              <w:rPr>
                <w:sz w:val="24"/>
                <w:szCs w:val="24"/>
              </w:rPr>
              <w:t>Comments</w:t>
            </w:r>
          </w:p>
        </w:tc>
      </w:tr>
    </w:tbl>
    <w:p w14:paraId="21B52ED5" w14:textId="77777777" w:rsidR="00843C89" w:rsidRDefault="00843C89"/>
    <w:sectPr w:rsidR="00843C8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60439575">
    <w:abstractNumId w:val="8"/>
  </w:num>
  <w:num w:numId="2" w16cid:durableId="493033887">
    <w:abstractNumId w:val="6"/>
  </w:num>
  <w:num w:numId="3" w16cid:durableId="355497750">
    <w:abstractNumId w:val="5"/>
  </w:num>
  <w:num w:numId="4" w16cid:durableId="735326286">
    <w:abstractNumId w:val="4"/>
  </w:num>
  <w:num w:numId="5" w16cid:durableId="1127159178">
    <w:abstractNumId w:val="7"/>
  </w:num>
  <w:num w:numId="6" w16cid:durableId="699477684">
    <w:abstractNumId w:val="3"/>
  </w:num>
  <w:num w:numId="7" w16cid:durableId="892276228">
    <w:abstractNumId w:val="2"/>
  </w:num>
  <w:num w:numId="8" w16cid:durableId="1717927777">
    <w:abstractNumId w:val="1"/>
  </w:num>
  <w:num w:numId="9" w16cid:durableId="480389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B634A"/>
    <w:rsid w:val="00326F90"/>
    <w:rsid w:val="00452E3F"/>
    <w:rsid w:val="00843C89"/>
    <w:rsid w:val="009C5578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69C8E75E"/>
  <w14:defaultImageDpi w14:val="300"/>
  <w15:docId w15:val="{BD49D43A-D89B-8541-94AB-D929C444F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634A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634A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634A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B634A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634A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634A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634A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634A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634A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634A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basedOn w:val="Normal"/>
    <w:link w:val="NoSpacingChar"/>
    <w:uiPriority w:val="1"/>
    <w:qFormat/>
    <w:rsid w:val="002B634A"/>
    <w:pPr>
      <w:spacing w:before="0"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2B634A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2B634A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2B634A"/>
    <w:rPr>
      <w:caps/>
      <w:color w:val="243F60" w:themeColor="accent1" w:themeShade="7F"/>
      <w:spacing w:val="15"/>
    </w:rPr>
  </w:style>
  <w:style w:type="paragraph" w:styleId="Title">
    <w:name w:val="Title"/>
    <w:basedOn w:val="Normal"/>
    <w:next w:val="Normal"/>
    <w:link w:val="TitleChar"/>
    <w:uiPriority w:val="10"/>
    <w:qFormat/>
    <w:rsid w:val="002B634A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B634A"/>
    <w:rPr>
      <w:caps/>
      <w:color w:val="4F81BD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634A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B634A"/>
    <w:rPr>
      <w:caps/>
      <w:color w:val="595959" w:themeColor="text1" w:themeTint="A6"/>
      <w:spacing w:val="10"/>
      <w:sz w:val="24"/>
      <w:szCs w:val="24"/>
    </w:rPr>
  </w:style>
  <w:style w:type="paragraph" w:styleId="ListParagraph">
    <w:name w:val="List Paragraph"/>
    <w:basedOn w:val="Normal"/>
    <w:uiPriority w:val="34"/>
    <w:qFormat/>
    <w:rsid w:val="002B634A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2B634A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2B634A"/>
    <w:rPr>
      <w:i/>
      <w:iCs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634A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634A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634A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634A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634A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634A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B634A"/>
    <w:rPr>
      <w:b/>
      <w:bCs/>
      <w:color w:val="365F91" w:themeColor="accent1" w:themeShade="BF"/>
      <w:sz w:val="16"/>
      <w:szCs w:val="16"/>
    </w:rPr>
  </w:style>
  <w:style w:type="character" w:styleId="Strong">
    <w:name w:val="Strong"/>
    <w:uiPriority w:val="22"/>
    <w:qFormat/>
    <w:rsid w:val="002B634A"/>
    <w:rPr>
      <w:b/>
      <w:bCs/>
    </w:rPr>
  </w:style>
  <w:style w:type="character" w:styleId="Emphasis">
    <w:name w:val="Emphasis"/>
    <w:uiPriority w:val="20"/>
    <w:qFormat/>
    <w:rsid w:val="002B634A"/>
    <w:rPr>
      <w:caps/>
      <w:color w:val="243F60" w:themeColor="accent1" w:themeShade="7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634A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634A"/>
    <w:rPr>
      <w:i/>
      <w:iCs/>
      <w:color w:val="4F81BD" w:themeColor="accent1"/>
      <w:sz w:val="20"/>
      <w:szCs w:val="20"/>
    </w:rPr>
  </w:style>
  <w:style w:type="character" w:styleId="SubtleEmphasis">
    <w:name w:val="Subtle Emphasis"/>
    <w:uiPriority w:val="19"/>
    <w:qFormat/>
    <w:rsid w:val="002B634A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2B634A"/>
    <w:rPr>
      <w:b/>
      <w:bCs/>
      <w:caps/>
      <w:color w:val="243F60" w:themeColor="accent1" w:themeShade="7F"/>
      <w:spacing w:val="10"/>
    </w:rPr>
  </w:style>
  <w:style w:type="character" w:styleId="SubtleReference">
    <w:name w:val="Subtle Reference"/>
    <w:uiPriority w:val="31"/>
    <w:qFormat/>
    <w:rsid w:val="002B634A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2B634A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2B634A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B634A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2B634A"/>
    <w:rPr>
      <w:sz w:val="20"/>
      <w:szCs w:val="20"/>
    </w:rPr>
  </w:style>
  <w:style w:type="paragraph" w:customStyle="1" w:styleId="PersonalName">
    <w:name w:val="Personal Name"/>
    <w:basedOn w:val="Title"/>
    <w:rsid w:val="002B634A"/>
    <w:rPr>
      <w:b/>
      <w:cap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Liza Obrevko</cp:lastModifiedBy>
  <cp:revision>2</cp:revision>
  <dcterms:created xsi:type="dcterms:W3CDTF">2024-12-19T12:55:00Z</dcterms:created>
  <dcterms:modified xsi:type="dcterms:W3CDTF">2024-12-19T12:55:00Z</dcterms:modified>
  <cp:category/>
</cp:coreProperties>
</file>