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AFE3BF" w14:textId="77777777" w:rsidR="002A503B" w:rsidRDefault="00000000">
      <w:pPr>
        <w:pStyle w:val="Heading1"/>
        <w:jc w:val="center"/>
        <w:rPr>
          <w:color w:val="0066CC"/>
          <w:sz w:val="44"/>
        </w:rPr>
      </w:pPr>
      <w:r>
        <w:rPr>
          <w:color w:val="0066CC"/>
          <w:sz w:val="44"/>
        </w:rPr>
        <w:t>MEETING AGENDA TEMPLATE</w:t>
      </w:r>
    </w:p>
    <w:p w14:paraId="01DC7ED6" w14:textId="77777777" w:rsidR="00DD2C30" w:rsidRPr="00DD2C30" w:rsidRDefault="00DD2C30" w:rsidP="00DD2C30"/>
    <w:p w14:paraId="331B1251" w14:textId="77777777" w:rsidR="00DD2C30" w:rsidRPr="00DD2C30" w:rsidRDefault="00DD2C30" w:rsidP="00DD2C30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400"/>
        <w:gridCol w:w="5400"/>
      </w:tblGrid>
      <w:tr w:rsidR="002A503B" w14:paraId="4991E9AE" w14:textId="77777777">
        <w:tc>
          <w:tcPr>
            <w:tcW w:w="5400" w:type="dxa"/>
          </w:tcPr>
          <w:p w14:paraId="3EC112FE" w14:textId="77777777" w:rsidR="002A503B" w:rsidRDefault="00000000">
            <w:r>
              <w:t>Meeting Title:</w:t>
            </w:r>
          </w:p>
        </w:tc>
        <w:tc>
          <w:tcPr>
            <w:tcW w:w="5400" w:type="dxa"/>
          </w:tcPr>
          <w:p w14:paraId="100276BD" w14:textId="77777777" w:rsidR="002A503B" w:rsidRDefault="00000000">
            <w:r>
              <w:t>_____________________________</w:t>
            </w:r>
          </w:p>
        </w:tc>
      </w:tr>
      <w:tr w:rsidR="002A503B" w14:paraId="612A375D" w14:textId="77777777">
        <w:tc>
          <w:tcPr>
            <w:tcW w:w="5400" w:type="dxa"/>
          </w:tcPr>
          <w:p w14:paraId="7DBE9AD0" w14:textId="77777777" w:rsidR="002A503B" w:rsidRDefault="00000000">
            <w:r>
              <w:t>Date:</w:t>
            </w:r>
          </w:p>
        </w:tc>
        <w:tc>
          <w:tcPr>
            <w:tcW w:w="5400" w:type="dxa"/>
          </w:tcPr>
          <w:p w14:paraId="14461F44" w14:textId="77777777" w:rsidR="002A503B" w:rsidRDefault="00000000">
            <w:r>
              <w:t>_____________________________</w:t>
            </w:r>
          </w:p>
        </w:tc>
      </w:tr>
      <w:tr w:rsidR="002A503B" w14:paraId="65E99B4B" w14:textId="77777777">
        <w:tc>
          <w:tcPr>
            <w:tcW w:w="5400" w:type="dxa"/>
          </w:tcPr>
          <w:p w14:paraId="2B9AC573" w14:textId="77777777" w:rsidR="002A503B" w:rsidRDefault="00000000">
            <w:r>
              <w:t>Time:</w:t>
            </w:r>
          </w:p>
        </w:tc>
        <w:tc>
          <w:tcPr>
            <w:tcW w:w="5400" w:type="dxa"/>
          </w:tcPr>
          <w:p w14:paraId="6B959E5F" w14:textId="77777777" w:rsidR="002A503B" w:rsidRDefault="00000000">
            <w:r>
              <w:t>_____________________________</w:t>
            </w:r>
          </w:p>
        </w:tc>
      </w:tr>
      <w:tr w:rsidR="002A503B" w14:paraId="452E5D1A" w14:textId="77777777">
        <w:tc>
          <w:tcPr>
            <w:tcW w:w="5400" w:type="dxa"/>
          </w:tcPr>
          <w:p w14:paraId="4DF784F4" w14:textId="77777777" w:rsidR="002A503B" w:rsidRDefault="00000000">
            <w:r>
              <w:t>Location:</w:t>
            </w:r>
          </w:p>
        </w:tc>
        <w:tc>
          <w:tcPr>
            <w:tcW w:w="5400" w:type="dxa"/>
          </w:tcPr>
          <w:p w14:paraId="2BB47662" w14:textId="77777777" w:rsidR="002A503B" w:rsidRDefault="00000000">
            <w:r>
              <w:t>_____________________________</w:t>
            </w:r>
          </w:p>
        </w:tc>
      </w:tr>
      <w:tr w:rsidR="002A503B" w14:paraId="37E54CD4" w14:textId="77777777">
        <w:tc>
          <w:tcPr>
            <w:tcW w:w="5400" w:type="dxa"/>
          </w:tcPr>
          <w:p w14:paraId="1EB67D92" w14:textId="77777777" w:rsidR="002A503B" w:rsidRDefault="00000000">
            <w:r>
              <w:t>Facilitator:</w:t>
            </w:r>
          </w:p>
        </w:tc>
        <w:tc>
          <w:tcPr>
            <w:tcW w:w="5400" w:type="dxa"/>
          </w:tcPr>
          <w:p w14:paraId="59FC1CAF" w14:textId="77777777" w:rsidR="002A503B" w:rsidRDefault="00000000">
            <w:r>
              <w:t>_____________________________</w:t>
            </w:r>
          </w:p>
        </w:tc>
      </w:tr>
      <w:tr w:rsidR="002A503B" w14:paraId="11EC5CF8" w14:textId="77777777">
        <w:tc>
          <w:tcPr>
            <w:tcW w:w="5400" w:type="dxa"/>
          </w:tcPr>
          <w:p w14:paraId="72C12007" w14:textId="77777777" w:rsidR="002A503B" w:rsidRDefault="00000000">
            <w:r>
              <w:t>Meeting Objectives:</w:t>
            </w:r>
          </w:p>
        </w:tc>
        <w:tc>
          <w:tcPr>
            <w:tcW w:w="5400" w:type="dxa"/>
          </w:tcPr>
          <w:p w14:paraId="75F6A387" w14:textId="77777777" w:rsidR="002A503B" w:rsidRDefault="00000000">
            <w:r>
              <w:t>1. ____________________________</w:t>
            </w:r>
            <w:r>
              <w:br/>
              <w:t>2. ____________________________</w:t>
            </w:r>
          </w:p>
        </w:tc>
      </w:tr>
    </w:tbl>
    <w:p w14:paraId="33B7515D" w14:textId="77777777" w:rsidR="002A503B" w:rsidRDefault="00000000">
      <w:pPr>
        <w:pStyle w:val="Heading1"/>
      </w:pPr>
      <w:r>
        <w:br/>
        <w:t>AGENDA ITEMS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600"/>
        <w:gridCol w:w="3600"/>
        <w:gridCol w:w="3600"/>
      </w:tblGrid>
      <w:tr w:rsidR="002A503B" w14:paraId="74289B44" w14:textId="77777777">
        <w:tc>
          <w:tcPr>
            <w:tcW w:w="3600" w:type="dxa"/>
            <w:shd w:val="clear" w:color="auto" w:fill="4F81BD"/>
          </w:tcPr>
          <w:p w14:paraId="1AB92A43" w14:textId="77777777" w:rsidR="002A503B" w:rsidRDefault="00000000">
            <w:pPr>
              <w:jc w:val="center"/>
            </w:pPr>
            <w:r>
              <w:rPr>
                <w:b/>
                <w:color w:val="FFFFFF"/>
              </w:rPr>
              <w:t>Time</w:t>
            </w:r>
          </w:p>
        </w:tc>
        <w:tc>
          <w:tcPr>
            <w:tcW w:w="3600" w:type="dxa"/>
            <w:shd w:val="clear" w:color="auto" w:fill="4F81BD"/>
          </w:tcPr>
          <w:p w14:paraId="4C971F23" w14:textId="77777777" w:rsidR="002A503B" w:rsidRDefault="00000000">
            <w:pPr>
              <w:jc w:val="center"/>
            </w:pPr>
            <w:r>
              <w:rPr>
                <w:b/>
                <w:color w:val="FFFFFF"/>
              </w:rPr>
              <w:t>Topic</w:t>
            </w:r>
          </w:p>
        </w:tc>
        <w:tc>
          <w:tcPr>
            <w:tcW w:w="3600" w:type="dxa"/>
            <w:shd w:val="clear" w:color="auto" w:fill="4F81BD"/>
          </w:tcPr>
          <w:p w14:paraId="5C92508A" w14:textId="77777777" w:rsidR="002A503B" w:rsidRDefault="00000000">
            <w:pPr>
              <w:jc w:val="center"/>
            </w:pPr>
            <w:r>
              <w:rPr>
                <w:b/>
                <w:color w:val="FFFFFF"/>
              </w:rPr>
              <w:t>Presenter</w:t>
            </w:r>
          </w:p>
        </w:tc>
      </w:tr>
      <w:tr w:rsidR="002A503B" w14:paraId="41E29438" w14:textId="77777777">
        <w:tc>
          <w:tcPr>
            <w:tcW w:w="3600" w:type="dxa"/>
          </w:tcPr>
          <w:p w14:paraId="54D97770" w14:textId="77777777" w:rsidR="002A503B" w:rsidRDefault="00000000">
            <w:pPr>
              <w:jc w:val="center"/>
            </w:pPr>
            <w:r>
              <w:t>____:____</w:t>
            </w:r>
          </w:p>
        </w:tc>
        <w:tc>
          <w:tcPr>
            <w:tcW w:w="3600" w:type="dxa"/>
          </w:tcPr>
          <w:p w14:paraId="35C7E791" w14:textId="77777777" w:rsidR="002A503B" w:rsidRDefault="00000000">
            <w:pPr>
              <w:jc w:val="center"/>
            </w:pPr>
            <w:r>
              <w:t>Detailed Topic Title Here</w:t>
            </w:r>
          </w:p>
        </w:tc>
        <w:tc>
          <w:tcPr>
            <w:tcW w:w="3600" w:type="dxa"/>
          </w:tcPr>
          <w:p w14:paraId="510B8462" w14:textId="77777777" w:rsidR="002A503B" w:rsidRDefault="00000000">
            <w:pPr>
              <w:jc w:val="center"/>
            </w:pPr>
            <w:r>
              <w:t>Presenter Name</w:t>
            </w:r>
          </w:p>
        </w:tc>
      </w:tr>
      <w:tr w:rsidR="002A503B" w14:paraId="6854EF20" w14:textId="77777777">
        <w:tc>
          <w:tcPr>
            <w:tcW w:w="3600" w:type="dxa"/>
          </w:tcPr>
          <w:p w14:paraId="2C5D0269" w14:textId="77777777" w:rsidR="002A503B" w:rsidRDefault="00000000">
            <w:pPr>
              <w:jc w:val="center"/>
            </w:pPr>
            <w:r>
              <w:t>____:____</w:t>
            </w:r>
          </w:p>
        </w:tc>
        <w:tc>
          <w:tcPr>
            <w:tcW w:w="3600" w:type="dxa"/>
          </w:tcPr>
          <w:p w14:paraId="0732365D" w14:textId="77777777" w:rsidR="002A503B" w:rsidRDefault="00000000">
            <w:pPr>
              <w:jc w:val="center"/>
            </w:pPr>
            <w:r>
              <w:t>Detailed Topic Title Here</w:t>
            </w:r>
          </w:p>
        </w:tc>
        <w:tc>
          <w:tcPr>
            <w:tcW w:w="3600" w:type="dxa"/>
          </w:tcPr>
          <w:p w14:paraId="2C5C3473" w14:textId="77777777" w:rsidR="002A503B" w:rsidRDefault="00000000">
            <w:pPr>
              <w:jc w:val="center"/>
            </w:pPr>
            <w:r>
              <w:t>Presenter Name</w:t>
            </w:r>
          </w:p>
        </w:tc>
      </w:tr>
      <w:tr w:rsidR="002A503B" w14:paraId="30ECE308" w14:textId="77777777">
        <w:tc>
          <w:tcPr>
            <w:tcW w:w="3600" w:type="dxa"/>
          </w:tcPr>
          <w:p w14:paraId="1D66862E" w14:textId="77777777" w:rsidR="002A503B" w:rsidRDefault="00000000">
            <w:pPr>
              <w:jc w:val="center"/>
            </w:pPr>
            <w:r>
              <w:t>____:____</w:t>
            </w:r>
          </w:p>
        </w:tc>
        <w:tc>
          <w:tcPr>
            <w:tcW w:w="3600" w:type="dxa"/>
          </w:tcPr>
          <w:p w14:paraId="0136473D" w14:textId="77777777" w:rsidR="002A503B" w:rsidRDefault="00000000">
            <w:pPr>
              <w:jc w:val="center"/>
            </w:pPr>
            <w:r>
              <w:t>Detailed Topic Title Here</w:t>
            </w:r>
          </w:p>
        </w:tc>
        <w:tc>
          <w:tcPr>
            <w:tcW w:w="3600" w:type="dxa"/>
          </w:tcPr>
          <w:p w14:paraId="1A57AF4D" w14:textId="77777777" w:rsidR="002A503B" w:rsidRDefault="00000000">
            <w:pPr>
              <w:jc w:val="center"/>
            </w:pPr>
            <w:r>
              <w:t>Presenter Name</w:t>
            </w:r>
          </w:p>
        </w:tc>
      </w:tr>
      <w:tr w:rsidR="002A503B" w14:paraId="0F7B7C39" w14:textId="77777777">
        <w:tc>
          <w:tcPr>
            <w:tcW w:w="3600" w:type="dxa"/>
          </w:tcPr>
          <w:p w14:paraId="0ACE88E2" w14:textId="77777777" w:rsidR="002A503B" w:rsidRDefault="00000000">
            <w:pPr>
              <w:jc w:val="center"/>
            </w:pPr>
            <w:r>
              <w:t>____:____</w:t>
            </w:r>
          </w:p>
        </w:tc>
        <w:tc>
          <w:tcPr>
            <w:tcW w:w="3600" w:type="dxa"/>
          </w:tcPr>
          <w:p w14:paraId="3065EF33" w14:textId="77777777" w:rsidR="002A503B" w:rsidRDefault="00000000">
            <w:pPr>
              <w:jc w:val="center"/>
            </w:pPr>
            <w:r>
              <w:t>Detailed Topic Title Here</w:t>
            </w:r>
          </w:p>
        </w:tc>
        <w:tc>
          <w:tcPr>
            <w:tcW w:w="3600" w:type="dxa"/>
          </w:tcPr>
          <w:p w14:paraId="51965659" w14:textId="77777777" w:rsidR="002A503B" w:rsidRDefault="00000000">
            <w:pPr>
              <w:jc w:val="center"/>
            </w:pPr>
            <w:r>
              <w:t>Presenter Name</w:t>
            </w:r>
          </w:p>
        </w:tc>
      </w:tr>
      <w:tr w:rsidR="002A503B" w14:paraId="0560DA69" w14:textId="77777777">
        <w:tc>
          <w:tcPr>
            <w:tcW w:w="3600" w:type="dxa"/>
          </w:tcPr>
          <w:p w14:paraId="0F595773" w14:textId="77777777" w:rsidR="002A503B" w:rsidRDefault="00000000">
            <w:pPr>
              <w:jc w:val="center"/>
            </w:pPr>
            <w:r>
              <w:t>____:____</w:t>
            </w:r>
          </w:p>
        </w:tc>
        <w:tc>
          <w:tcPr>
            <w:tcW w:w="3600" w:type="dxa"/>
          </w:tcPr>
          <w:p w14:paraId="717C87DA" w14:textId="77777777" w:rsidR="002A503B" w:rsidRDefault="00000000">
            <w:pPr>
              <w:jc w:val="center"/>
            </w:pPr>
            <w:r>
              <w:t>Detailed Topic Title Here</w:t>
            </w:r>
          </w:p>
        </w:tc>
        <w:tc>
          <w:tcPr>
            <w:tcW w:w="3600" w:type="dxa"/>
          </w:tcPr>
          <w:p w14:paraId="5174B56C" w14:textId="77777777" w:rsidR="002A503B" w:rsidRDefault="00000000">
            <w:pPr>
              <w:jc w:val="center"/>
            </w:pPr>
            <w:r>
              <w:t>Presenter Name</w:t>
            </w:r>
          </w:p>
        </w:tc>
      </w:tr>
    </w:tbl>
    <w:p w14:paraId="6FA7B061" w14:textId="77777777" w:rsidR="002A503B" w:rsidRDefault="00000000">
      <w:pPr>
        <w:pStyle w:val="Heading1"/>
      </w:pPr>
      <w:r>
        <w:br/>
        <w:t>FOLLOW-UP ACTION ITEMS</w:t>
      </w:r>
    </w:p>
    <w:p w14:paraId="0F2668F6" w14:textId="77777777" w:rsidR="002A503B" w:rsidRDefault="00000000">
      <w:r>
        <w:t>1. ____________________________</w:t>
      </w:r>
      <w:r>
        <w:br/>
        <w:t>2. ____________________________</w:t>
      </w:r>
    </w:p>
    <w:sectPr w:rsidR="002A503B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08805640">
    <w:abstractNumId w:val="8"/>
  </w:num>
  <w:num w:numId="2" w16cid:durableId="1112825188">
    <w:abstractNumId w:val="6"/>
  </w:num>
  <w:num w:numId="3" w16cid:durableId="1204097746">
    <w:abstractNumId w:val="5"/>
  </w:num>
  <w:num w:numId="4" w16cid:durableId="372927564">
    <w:abstractNumId w:val="4"/>
  </w:num>
  <w:num w:numId="5" w16cid:durableId="1075854348">
    <w:abstractNumId w:val="7"/>
  </w:num>
  <w:num w:numId="6" w16cid:durableId="1719360014">
    <w:abstractNumId w:val="3"/>
  </w:num>
  <w:num w:numId="7" w16cid:durableId="1311447423">
    <w:abstractNumId w:val="2"/>
  </w:num>
  <w:num w:numId="8" w16cid:durableId="71632856">
    <w:abstractNumId w:val="1"/>
  </w:num>
  <w:num w:numId="9" w16cid:durableId="871307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A503B"/>
    <w:rsid w:val="00326F90"/>
    <w:rsid w:val="007727CC"/>
    <w:rsid w:val="00AA1D8D"/>
    <w:rsid w:val="00B47730"/>
    <w:rsid w:val="00BC70F4"/>
    <w:rsid w:val="00CB0664"/>
    <w:rsid w:val="00DD2C3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2DA26017"/>
  <w14:defaultImageDpi w14:val="300"/>
  <w15:docId w15:val="{5226C5F0-B2C9-9248-8B92-8C8B501B9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Liza Obrevko</cp:lastModifiedBy>
  <cp:revision>3</cp:revision>
  <dcterms:created xsi:type="dcterms:W3CDTF">2024-12-18T11:06:00Z</dcterms:created>
  <dcterms:modified xsi:type="dcterms:W3CDTF">2024-12-18T11:07:00Z</dcterms:modified>
  <cp:category/>
</cp:coreProperties>
</file>