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6A6DB1" w14:textId="77777777" w:rsidR="004E02D1" w:rsidRPr="00991384" w:rsidRDefault="00000000">
      <w:pPr>
        <w:pStyle w:val="Heading1"/>
        <w:jc w:val="center"/>
        <w:rPr>
          <w:color w:val="000000" w:themeColor="text1"/>
        </w:rPr>
      </w:pPr>
      <w:r w:rsidRPr="00991384">
        <w:rPr>
          <w:color w:val="000000" w:themeColor="text1"/>
          <w:sz w:val="44"/>
        </w:rPr>
        <w:t>POST-MORTEM / PROJECT RETROSPECTIVE</w:t>
      </w:r>
    </w:p>
    <w:p w14:paraId="44FEE6C8" w14:textId="77777777" w:rsidR="004E02D1" w:rsidRPr="00991384" w:rsidRDefault="00000000">
      <w:pPr>
        <w:pStyle w:val="Heading2"/>
        <w:rPr>
          <w:b/>
          <w:bCs/>
          <w:sz w:val="28"/>
          <w:szCs w:val="28"/>
        </w:rPr>
      </w:pPr>
      <w:r w:rsidRPr="00991384">
        <w:rPr>
          <w:sz w:val="28"/>
          <w:szCs w:val="28"/>
        </w:rPr>
        <w:br/>
      </w:r>
      <w:r w:rsidRPr="00991384">
        <w:rPr>
          <w:b/>
          <w:bCs/>
          <w:color w:val="0070C0"/>
          <w:sz w:val="28"/>
          <w:szCs w:val="28"/>
        </w:rPr>
        <w:t>PROJECT OVERVIEW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400"/>
        <w:gridCol w:w="5400"/>
      </w:tblGrid>
      <w:tr w:rsidR="004E02D1" w:rsidRPr="00991384" w14:paraId="426F77A1" w14:textId="77777777">
        <w:tc>
          <w:tcPr>
            <w:tcW w:w="5400" w:type="dxa"/>
          </w:tcPr>
          <w:p w14:paraId="01E86B70" w14:textId="77777777" w:rsidR="004E02D1" w:rsidRPr="00991384" w:rsidRDefault="00000000">
            <w:r w:rsidRPr="00991384">
              <w:rPr>
                <w:b/>
                <w:color w:val="000000"/>
              </w:rPr>
              <w:t>Project Name:</w:t>
            </w:r>
          </w:p>
        </w:tc>
        <w:tc>
          <w:tcPr>
            <w:tcW w:w="5400" w:type="dxa"/>
          </w:tcPr>
          <w:p w14:paraId="4C6E66ED" w14:textId="77777777" w:rsidR="004E02D1" w:rsidRPr="00991384" w:rsidRDefault="00000000">
            <w:r w:rsidRPr="00991384">
              <w:t>_____________________________________________</w:t>
            </w:r>
          </w:p>
        </w:tc>
      </w:tr>
      <w:tr w:rsidR="004E02D1" w:rsidRPr="00991384" w14:paraId="266FB35B" w14:textId="77777777">
        <w:tc>
          <w:tcPr>
            <w:tcW w:w="5400" w:type="dxa"/>
          </w:tcPr>
          <w:p w14:paraId="494D2AB0" w14:textId="77777777" w:rsidR="004E02D1" w:rsidRPr="00991384" w:rsidRDefault="00000000">
            <w:r w:rsidRPr="00991384">
              <w:rPr>
                <w:b/>
                <w:color w:val="000000"/>
              </w:rPr>
              <w:t>Project Manager:</w:t>
            </w:r>
          </w:p>
        </w:tc>
        <w:tc>
          <w:tcPr>
            <w:tcW w:w="5400" w:type="dxa"/>
          </w:tcPr>
          <w:p w14:paraId="306B7B8E" w14:textId="77777777" w:rsidR="004E02D1" w:rsidRPr="00991384" w:rsidRDefault="00000000">
            <w:r w:rsidRPr="00991384">
              <w:t>_____________________________________________</w:t>
            </w:r>
          </w:p>
        </w:tc>
      </w:tr>
      <w:tr w:rsidR="004E02D1" w:rsidRPr="00991384" w14:paraId="575EE70E" w14:textId="77777777">
        <w:tc>
          <w:tcPr>
            <w:tcW w:w="5400" w:type="dxa"/>
          </w:tcPr>
          <w:p w14:paraId="26406973" w14:textId="77777777" w:rsidR="004E02D1" w:rsidRPr="00991384" w:rsidRDefault="00000000">
            <w:r w:rsidRPr="00991384">
              <w:rPr>
                <w:b/>
                <w:color w:val="000000"/>
              </w:rPr>
              <w:t>Project Start Date:</w:t>
            </w:r>
          </w:p>
        </w:tc>
        <w:tc>
          <w:tcPr>
            <w:tcW w:w="5400" w:type="dxa"/>
          </w:tcPr>
          <w:p w14:paraId="101A2DE2" w14:textId="77777777" w:rsidR="004E02D1" w:rsidRPr="00991384" w:rsidRDefault="00000000">
            <w:r w:rsidRPr="00991384">
              <w:t>_____________________________________________</w:t>
            </w:r>
          </w:p>
        </w:tc>
      </w:tr>
      <w:tr w:rsidR="004E02D1" w:rsidRPr="00991384" w14:paraId="5F44B6F6" w14:textId="77777777">
        <w:tc>
          <w:tcPr>
            <w:tcW w:w="5400" w:type="dxa"/>
          </w:tcPr>
          <w:p w14:paraId="6ED2E783" w14:textId="77777777" w:rsidR="004E02D1" w:rsidRPr="00991384" w:rsidRDefault="00000000">
            <w:r w:rsidRPr="00991384">
              <w:rPr>
                <w:b/>
                <w:color w:val="000000"/>
              </w:rPr>
              <w:t>Project End Date:</w:t>
            </w:r>
          </w:p>
        </w:tc>
        <w:tc>
          <w:tcPr>
            <w:tcW w:w="5400" w:type="dxa"/>
          </w:tcPr>
          <w:p w14:paraId="2C088E38" w14:textId="77777777" w:rsidR="004E02D1" w:rsidRPr="00991384" w:rsidRDefault="00000000">
            <w:r w:rsidRPr="00991384">
              <w:t>_____________________________________________</w:t>
            </w:r>
          </w:p>
        </w:tc>
      </w:tr>
    </w:tbl>
    <w:p w14:paraId="6A2BD32E" w14:textId="77777777" w:rsidR="004E02D1" w:rsidRPr="00991384" w:rsidRDefault="00000000">
      <w:pPr>
        <w:pStyle w:val="Heading2"/>
        <w:rPr>
          <w:b/>
          <w:bCs/>
          <w:sz w:val="28"/>
          <w:szCs w:val="28"/>
        </w:rPr>
      </w:pPr>
      <w:r w:rsidRPr="00991384">
        <w:br/>
      </w:r>
      <w:r w:rsidRPr="00991384">
        <w:rPr>
          <w:b/>
          <w:bCs/>
          <w:color w:val="0070C0"/>
          <w:sz w:val="28"/>
          <w:szCs w:val="28"/>
        </w:rPr>
        <w:t>SUCCESSES</w:t>
      </w:r>
    </w:p>
    <w:p w14:paraId="2E51876B" w14:textId="77777777" w:rsidR="004E02D1" w:rsidRPr="00991384" w:rsidRDefault="00000000">
      <w:r w:rsidRPr="00991384">
        <w:t>1. ______________________________________________________________________</w:t>
      </w:r>
      <w:r w:rsidRPr="00991384">
        <w:br/>
        <w:t>2. ______________________________________________________________________</w:t>
      </w:r>
      <w:r w:rsidRPr="00991384">
        <w:br/>
        <w:t>3. ______________________________________________________________________</w:t>
      </w:r>
      <w:r w:rsidRPr="00991384">
        <w:br/>
      </w:r>
    </w:p>
    <w:p w14:paraId="08C4E971" w14:textId="77777777" w:rsidR="004E02D1" w:rsidRPr="00991384" w:rsidRDefault="00000000">
      <w:pPr>
        <w:pStyle w:val="Heading2"/>
        <w:rPr>
          <w:b/>
          <w:bCs/>
          <w:sz w:val="28"/>
          <w:szCs w:val="28"/>
        </w:rPr>
      </w:pPr>
      <w:r w:rsidRPr="00991384">
        <w:br/>
      </w:r>
      <w:r w:rsidRPr="00991384">
        <w:rPr>
          <w:b/>
          <w:bCs/>
          <w:color w:val="0070C0"/>
          <w:sz w:val="28"/>
          <w:szCs w:val="28"/>
        </w:rPr>
        <w:t>CHALLENGES</w:t>
      </w:r>
    </w:p>
    <w:p w14:paraId="053C582A" w14:textId="77777777" w:rsidR="004E02D1" w:rsidRPr="00991384" w:rsidRDefault="00000000">
      <w:r w:rsidRPr="00991384">
        <w:t>1. ______________________________________________________________________</w:t>
      </w:r>
      <w:r w:rsidRPr="00991384">
        <w:br/>
        <w:t>2. ______________________________________________________________________</w:t>
      </w:r>
      <w:r w:rsidRPr="00991384">
        <w:br/>
        <w:t>3. ______________________________________________________________________</w:t>
      </w:r>
      <w:r w:rsidRPr="00991384">
        <w:br/>
      </w:r>
    </w:p>
    <w:p w14:paraId="770EFB00" w14:textId="77777777" w:rsidR="004E02D1" w:rsidRPr="00991384" w:rsidRDefault="00000000">
      <w:pPr>
        <w:pStyle w:val="Heading2"/>
        <w:rPr>
          <w:b/>
          <w:bCs/>
          <w:sz w:val="28"/>
          <w:szCs w:val="28"/>
        </w:rPr>
      </w:pPr>
      <w:r w:rsidRPr="00991384">
        <w:br/>
      </w:r>
      <w:r w:rsidRPr="00991384">
        <w:rPr>
          <w:b/>
          <w:bCs/>
          <w:color w:val="0070C0"/>
          <w:sz w:val="28"/>
          <w:szCs w:val="28"/>
        </w:rPr>
        <w:t>LESSONS LEARNED</w:t>
      </w:r>
    </w:p>
    <w:p w14:paraId="14C0349A" w14:textId="77777777" w:rsidR="004E02D1" w:rsidRPr="00991384" w:rsidRDefault="00000000">
      <w:r w:rsidRPr="00991384">
        <w:t>1. ______________________________________________________________________</w:t>
      </w:r>
      <w:r w:rsidRPr="00991384">
        <w:br/>
        <w:t>2. ______________________________________________________________________</w:t>
      </w:r>
      <w:r w:rsidRPr="00991384">
        <w:br/>
        <w:t>3. ______________________________________________________________________</w:t>
      </w:r>
      <w:r w:rsidRPr="00991384">
        <w:br/>
      </w:r>
    </w:p>
    <w:p w14:paraId="2CAEA654" w14:textId="77777777" w:rsidR="004E02D1" w:rsidRPr="00991384" w:rsidRDefault="00000000">
      <w:pPr>
        <w:pStyle w:val="Heading2"/>
        <w:rPr>
          <w:b/>
          <w:bCs/>
          <w:sz w:val="28"/>
          <w:szCs w:val="28"/>
        </w:rPr>
      </w:pPr>
      <w:r w:rsidRPr="00991384">
        <w:br/>
      </w:r>
      <w:r w:rsidRPr="00991384">
        <w:rPr>
          <w:b/>
          <w:bCs/>
          <w:color w:val="0070C0"/>
          <w:sz w:val="28"/>
          <w:szCs w:val="28"/>
        </w:rPr>
        <w:t>RECOMMENDATIONS FOR FUTURE PROJECTS</w:t>
      </w:r>
    </w:p>
    <w:p w14:paraId="432FA8B3" w14:textId="77777777" w:rsidR="004E02D1" w:rsidRPr="00991384" w:rsidRDefault="00000000">
      <w:r w:rsidRPr="00991384">
        <w:t>1. ______________________________________________________________________</w:t>
      </w:r>
      <w:r w:rsidRPr="00991384">
        <w:br/>
        <w:t>2. ______________________________________________________________________</w:t>
      </w:r>
      <w:r w:rsidRPr="00991384">
        <w:br/>
        <w:t>3. ______________________________________________________________________</w:t>
      </w:r>
      <w:r w:rsidRPr="00991384">
        <w:br/>
      </w:r>
    </w:p>
    <w:p w14:paraId="1667C01C" w14:textId="77777777" w:rsidR="004E02D1" w:rsidRPr="00991384" w:rsidRDefault="00000000">
      <w:pPr>
        <w:pStyle w:val="Heading2"/>
        <w:rPr>
          <w:b/>
          <w:bCs/>
          <w:color w:val="0070C0"/>
          <w:sz w:val="28"/>
          <w:szCs w:val="28"/>
        </w:rPr>
      </w:pPr>
      <w:r w:rsidRPr="00991384">
        <w:rPr>
          <w:color w:val="0070C0"/>
        </w:rPr>
        <w:lastRenderedPageBreak/>
        <w:br/>
      </w:r>
      <w:r w:rsidRPr="00991384">
        <w:rPr>
          <w:b/>
          <w:bCs/>
          <w:color w:val="0070C0"/>
          <w:sz w:val="28"/>
          <w:szCs w:val="28"/>
        </w:rPr>
        <w:t>KEY METRICS</w:t>
      </w:r>
    </w:p>
    <w:p w14:paraId="6BAF455E" w14:textId="77777777" w:rsidR="00991384" w:rsidRPr="00991384" w:rsidRDefault="00991384" w:rsidP="00991384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600"/>
        <w:gridCol w:w="3600"/>
        <w:gridCol w:w="4320"/>
      </w:tblGrid>
      <w:tr w:rsidR="004E02D1" w:rsidRPr="00991384" w14:paraId="61C27B4A" w14:textId="77777777">
        <w:tc>
          <w:tcPr>
            <w:tcW w:w="3600" w:type="dxa"/>
          </w:tcPr>
          <w:p w14:paraId="2541A6EC" w14:textId="77777777" w:rsidR="004E02D1" w:rsidRPr="00991384" w:rsidRDefault="00000000">
            <w:pPr>
              <w:jc w:val="center"/>
            </w:pPr>
            <w:r w:rsidRPr="00991384">
              <w:rPr>
                <w:b/>
                <w:color w:val="000000"/>
              </w:rPr>
              <w:t>Metric</w:t>
            </w:r>
          </w:p>
        </w:tc>
        <w:tc>
          <w:tcPr>
            <w:tcW w:w="3600" w:type="dxa"/>
          </w:tcPr>
          <w:p w14:paraId="62AD80C7" w14:textId="77777777" w:rsidR="004E02D1" w:rsidRPr="00991384" w:rsidRDefault="00000000">
            <w:pPr>
              <w:jc w:val="center"/>
            </w:pPr>
            <w:r w:rsidRPr="00991384">
              <w:rPr>
                <w:b/>
                <w:color w:val="000000"/>
              </w:rPr>
              <w:t>Planned Value</w:t>
            </w:r>
          </w:p>
        </w:tc>
        <w:tc>
          <w:tcPr>
            <w:tcW w:w="3600" w:type="dxa"/>
          </w:tcPr>
          <w:p w14:paraId="3532325A" w14:textId="77777777" w:rsidR="004E02D1" w:rsidRPr="00991384" w:rsidRDefault="00000000">
            <w:pPr>
              <w:jc w:val="center"/>
            </w:pPr>
            <w:r w:rsidRPr="00991384">
              <w:rPr>
                <w:b/>
                <w:color w:val="000000"/>
              </w:rPr>
              <w:t>Actual Value</w:t>
            </w:r>
          </w:p>
        </w:tc>
      </w:tr>
      <w:tr w:rsidR="004E02D1" w:rsidRPr="00991384" w14:paraId="0F7E5997" w14:textId="77777777">
        <w:tc>
          <w:tcPr>
            <w:tcW w:w="3600" w:type="dxa"/>
          </w:tcPr>
          <w:p w14:paraId="7D00A27E" w14:textId="77777777" w:rsidR="004E02D1" w:rsidRPr="00991384" w:rsidRDefault="00000000">
            <w:pPr>
              <w:jc w:val="center"/>
            </w:pPr>
            <w:r w:rsidRPr="00991384">
              <w:t>Metric Name</w:t>
            </w:r>
          </w:p>
        </w:tc>
        <w:tc>
          <w:tcPr>
            <w:tcW w:w="3600" w:type="dxa"/>
          </w:tcPr>
          <w:p w14:paraId="1C66A919" w14:textId="77777777" w:rsidR="004E02D1" w:rsidRPr="00991384" w:rsidRDefault="00000000">
            <w:pPr>
              <w:jc w:val="center"/>
            </w:pPr>
            <w:r w:rsidRPr="00991384">
              <w:t>Planned Value</w:t>
            </w:r>
          </w:p>
        </w:tc>
        <w:tc>
          <w:tcPr>
            <w:tcW w:w="4320" w:type="dxa"/>
          </w:tcPr>
          <w:p w14:paraId="2971D829" w14:textId="77777777" w:rsidR="004E02D1" w:rsidRPr="00991384" w:rsidRDefault="00000000">
            <w:pPr>
              <w:jc w:val="center"/>
            </w:pPr>
            <w:r w:rsidRPr="00991384">
              <w:t>Actual Value</w:t>
            </w:r>
          </w:p>
        </w:tc>
      </w:tr>
      <w:tr w:rsidR="004E02D1" w:rsidRPr="00991384" w14:paraId="6B719FA4" w14:textId="77777777">
        <w:tc>
          <w:tcPr>
            <w:tcW w:w="3600" w:type="dxa"/>
          </w:tcPr>
          <w:p w14:paraId="7D3FAE46" w14:textId="77777777" w:rsidR="004E02D1" w:rsidRPr="00991384" w:rsidRDefault="00000000">
            <w:pPr>
              <w:jc w:val="center"/>
            </w:pPr>
            <w:r w:rsidRPr="00991384">
              <w:t>Metric Name</w:t>
            </w:r>
          </w:p>
        </w:tc>
        <w:tc>
          <w:tcPr>
            <w:tcW w:w="3600" w:type="dxa"/>
          </w:tcPr>
          <w:p w14:paraId="0F0DAB05" w14:textId="77777777" w:rsidR="004E02D1" w:rsidRPr="00991384" w:rsidRDefault="00000000">
            <w:pPr>
              <w:jc w:val="center"/>
            </w:pPr>
            <w:r w:rsidRPr="00991384">
              <w:t>Planned Value</w:t>
            </w:r>
          </w:p>
        </w:tc>
        <w:tc>
          <w:tcPr>
            <w:tcW w:w="4320" w:type="dxa"/>
          </w:tcPr>
          <w:p w14:paraId="1A668E66" w14:textId="77777777" w:rsidR="004E02D1" w:rsidRPr="00991384" w:rsidRDefault="00000000">
            <w:pPr>
              <w:jc w:val="center"/>
            </w:pPr>
            <w:r w:rsidRPr="00991384">
              <w:t>Actual Value</w:t>
            </w:r>
          </w:p>
        </w:tc>
      </w:tr>
      <w:tr w:rsidR="004E02D1" w:rsidRPr="00991384" w14:paraId="553B56A8" w14:textId="77777777">
        <w:tc>
          <w:tcPr>
            <w:tcW w:w="3600" w:type="dxa"/>
          </w:tcPr>
          <w:p w14:paraId="01064673" w14:textId="77777777" w:rsidR="004E02D1" w:rsidRPr="00991384" w:rsidRDefault="00000000">
            <w:pPr>
              <w:jc w:val="center"/>
            </w:pPr>
            <w:r w:rsidRPr="00991384">
              <w:t>Metric Name</w:t>
            </w:r>
          </w:p>
        </w:tc>
        <w:tc>
          <w:tcPr>
            <w:tcW w:w="3600" w:type="dxa"/>
          </w:tcPr>
          <w:p w14:paraId="68C96498" w14:textId="77777777" w:rsidR="004E02D1" w:rsidRPr="00991384" w:rsidRDefault="00000000">
            <w:pPr>
              <w:jc w:val="center"/>
            </w:pPr>
            <w:r w:rsidRPr="00991384">
              <w:t>Planned Value</w:t>
            </w:r>
          </w:p>
        </w:tc>
        <w:tc>
          <w:tcPr>
            <w:tcW w:w="4320" w:type="dxa"/>
          </w:tcPr>
          <w:p w14:paraId="11250B9E" w14:textId="77777777" w:rsidR="004E02D1" w:rsidRPr="00991384" w:rsidRDefault="00000000">
            <w:pPr>
              <w:jc w:val="center"/>
            </w:pPr>
            <w:r w:rsidRPr="00991384">
              <w:t>Actual Value</w:t>
            </w:r>
          </w:p>
        </w:tc>
      </w:tr>
    </w:tbl>
    <w:p w14:paraId="607855F4" w14:textId="77777777" w:rsidR="004E02D1" w:rsidRPr="00991384" w:rsidRDefault="00000000">
      <w:pPr>
        <w:pStyle w:val="Heading2"/>
        <w:rPr>
          <w:b/>
          <w:bCs/>
          <w:sz w:val="28"/>
          <w:szCs w:val="28"/>
        </w:rPr>
      </w:pPr>
      <w:r w:rsidRPr="00991384">
        <w:br/>
      </w:r>
      <w:r w:rsidRPr="00991384">
        <w:rPr>
          <w:b/>
          <w:bCs/>
          <w:color w:val="0070C0"/>
          <w:sz w:val="28"/>
          <w:szCs w:val="28"/>
        </w:rPr>
        <w:t>SIGN-OFF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400"/>
        <w:gridCol w:w="5400"/>
      </w:tblGrid>
      <w:tr w:rsidR="004E02D1" w:rsidRPr="00991384" w14:paraId="56193A2F" w14:textId="77777777">
        <w:tc>
          <w:tcPr>
            <w:tcW w:w="5400" w:type="dxa"/>
          </w:tcPr>
          <w:p w14:paraId="03865334" w14:textId="77777777" w:rsidR="004E02D1" w:rsidRPr="00991384" w:rsidRDefault="00000000">
            <w:r w:rsidRPr="00991384">
              <w:rPr>
                <w:b/>
              </w:rPr>
              <w:t>Prepared By:</w:t>
            </w:r>
          </w:p>
        </w:tc>
        <w:tc>
          <w:tcPr>
            <w:tcW w:w="5400" w:type="dxa"/>
          </w:tcPr>
          <w:p w14:paraId="53329209" w14:textId="77777777" w:rsidR="004E02D1" w:rsidRPr="00991384" w:rsidRDefault="00000000">
            <w:r w:rsidRPr="00991384">
              <w:t>_____________________________________________</w:t>
            </w:r>
          </w:p>
        </w:tc>
      </w:tr>
      <w:tr w:rsidR="004E02D1" w:rsidRPr="00991384" w14:paraId="69DD153D" w14:textId="77777777">
        <w:tc>
          <w:tcPr>
            <w:tcW w:w="5400" w:type="dxa"/>
          </w:tcPr>
          <w:p w14:paraId="20DA11E4" w14:textId="77777777" w:rsidR="004E02D1" w:rsidRPr="00991384" w:rsidRDefault="00000000">
            <w:r w:rsidRPr="00991384">
              <w:rPr>
                <w:b/>
              </w:rPr>
              <w:t>Date:</w:t>
            </w:r>
          </w:p>
        </w:tc>
        <w:tc>
          <w:tcPr>
            <w:tcW w:w="5400" w:type="dxa"/>
          </w:tcPr>
          <w:p w14:paraId="68ED121F" w14:textId="77777777" w:rsidR="004E02D1" w:rsidRPr="00991384" w:rsidRDefault="00000000">
            <w:r w:rsidRPr="00991384">
              <w:t>_____________________________________________</w:t>
            </w:r>
          </w:p>
        </w:tc>
      </w:tr>
    </w:tbl>
    <w:p w14:paraId="6184A72A" w14:textId="77777777" w:rsidR="00EF5B63" w:rsidRPr="00991384" w:rsidRDefault="00EF5B63"/>
    <w:sectPr w:rsidR="00EF5B63" w:rsidRPr="00991384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03667124">
    <w:abstractNumId w:val="8"/>
  </w:num>
  <w:num w:numId="2" w16cid:durableId="1760634102">
    <w:abstractNumId w:val="6"/>
  </w:num>
  <w:num w:numId="3" w16cid:durableId="912470227">
    <w:abstractNumId w:val="5"/>
  </w:num>
  <w:num w:numId="4" w16cid:durableId="1402561920">
    <w:abstractNumId w:val="4"/>
  </w:num>
  <w:num w:numId="5" w16cid:durableId="1622616094">
    <w:abstractNumId w:val="7"/>
  </w:num>
  <w:num w:numId="6" w16cid:durableId="1860922355">
    <w:abstractNumId w:val="3"/>
  </w:num>
  <w:num w:numId="7" w16cid:durableId="916986377">
    <w:abstractNumId w:val="2"/>
  </w:num>
  <w:num w:numId="8" w16cid:durableId="767241390">
    <w:abstractNumId w:val="1"/>
  </w:num>
  <w:num w:numId="9" w16cid:durableId="1257977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E02D1"/>
    <w:rsid w:val="00991384"/>
    <w:rsid w:val="00AA1D8D"/>
    <w:rsid w:val="00B47730"/>
    <w:rsid w:val="00BC70F4"/>
    <w:rsid w:val="00CB0664"/>
    <w:rsid w:val="00EF5B6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4E7A7CB3"/>
  <w14:defaultImageDpi w14:val="300"/>
  <w15:docId w15:val="{5226C5F0-B2C9-9248-8B92-8C8B501B9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1384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1384"/>
    <w:pPr>
      <w:pBdr>
        <w:top w:val="single" w:sz="24" w:space="0" w:color="94B6D2" w:themeColor="accent1"/>
        <w:left w:val="single" w:sz="24" w:space="0" w:color="94B6D2" w:themeColor="accent1"/>
        <w:bottom w:val="single" w:sz="24" w:space="0" w:color="94B6D2" w:themeColor="accent1"/>
        <w:right w:val="single" w:sz="24" w:space="0" w:color="94B6D2" w:themeColor="accent1"/>
      </w:pBdr>
      <w:shd w:val="clear" w:color="auto" w:fill="94B6D2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1384"/>
    <w:pPr>
      <w:pBdr>
        <w:top w:val="single" w:sz="24" w:space="0" w:color="E9F0F6" w:themeColor="accent1" w:themeTint="33"/>
        <w:left w:val="single" w:sz="24" w:space="0" w:color="E9F0F6" w:themeColor="accent1" w:themeTint="33"/>
        <w:bottom w:val="single" w:sz="24" w:space="0" w:color="E9F0F6" w:themeColor="accent1" w:themeTint="33"/>
        <w:right w:val="single" w:sz="24" w:space="0" w:color="E9F0F6" w:themeColor="accent1" w:themeTint="33"/>
      </w:pBdr>
      <w:shd w:val="clear" w:color="auto" w:fill="E9F0F6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1384"/>
    <w:pPr>
      <w:pBdr>
        <w:top w:val="single" w:sz="6" w:space="2" w:color="94B6D2" w:themeColor="accent1"/>
        <w:left w:val="single" w:sz="6" w:space="2" w:color="94B6D2" w:themeColor="accent1"/>
      </w:pBdr>
      <w:spacing w:before="300" w:after="0"/>
      <w:outlineLvl w:val="2"/>
    </w:pPr>
    <w:rPr>
      <w:caps/>
      <w:color w:val="345C7D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1384"/>
    <w:pPr>
      <w:pBdr>
        <w:top w:val="dotted" w:sz="6" w:space="2" w:color="94B6D2" w:themeColor="accent1"/>
        <w:left w:val="dotted" w:sz="6" w:space="2" w:color="94B6D2" w:themeColor="accent1"/>
      </w:pBdr>
      <w:spacing w:before="300" w:after="0"/>
      <w:outlineLvl w:val="3"/>
    </w:pPr>
    <w:rPr>
      <w:caps/>
      <w:color w:val="548AB7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1384"/>
    <w:pPr>
      <w:pBdr>
        <w:bottom w:val="single" w:sz="6" w:space="1" w:color="94B6D2" w:themeColor="accent1"/>
      </w:pBdr>
      <w:spacing w:before="300" w:after="0"/>
      <w:outlineLvl w:val="4"/>
    </w:pPr>
    <w:rPr>
      <w:caps/>
      <w:color w:val="548AB7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1384"/>
    <w:pPr>
      <w:pBdr>
        <w:bottom w:val="dotted" w:sz="6" w:space="1" w:color="94B6D2" w:themeColor="accent1"/>
      </w:pBdr>
      <w:spacing w:before="300" w:after="0"/>
      <w:outlineLvl w:val="5"/>
    </w:pPr>
    <w:rPr>
      <w:caps/>
      <w:color w:val="548AB7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1384"/>
    <w:pPr>
      <w:spacing w:before="300" w:after="0"/>
      <w:outlineLvl w:val="6"/>
    </w:pPr>
    <w:rPr>
      <w:caps/>
      <w:color w:val="548AB7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1384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1384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basedOn w:val="Normal"/>
    <w:link w:val="NoSpacingChar"/>
    <w:uiPriority w:val="1"/>
    <w:qFormat/>
    <w:rsid w:val="00991384"/>
    <w:pPr>
      <w:spacing w:before="0"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91384"/>
    <w:rPr>
      <w:b/>
      <w:bCs/>
      <w:caps/>
      <w:color w:val="FFFFFF" w:themeColor="background1"/>
      <w:spacing w:val="15"/>
      <w:shd w:val="clear" w:color="auto" w:fill="94B6D2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991384"/>
    <w:rPr>
      <w:caps/>
      <w:spacing w:val="15"/>
      <w:shd w:val="clear" w:color="auto" w:fill="E9F0F6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991384"/>
    <w:rPr>
      <w:caps/>
      <w:color w:val="345C7D" w:themeColor="accent1" w:themeShade="7F"/>
      <w:spacing w:val="15"/>
    </w:rPr>
  </w:style>
  <w:style w:type="paragraph" w:styleId="Title">
    <w:name w:val="Title"/>
    <w:basedOn w:val="Normal"/>
    <w:next w:val="Normal"/>
    <w:link w:val="TitleChar"/>
    <w:uiPriority w:val="10"/>
    <w:qFormat/>
    <w:rsid w:val="00991384"/>
    <w:pPr>
      <w:spacing w:before="720"/>
    </w:pPr>
    <w:rPr>
      <w:caps/>
      <w:color w:val="94B6D2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91384"/>
    <w:rPr>
      <w:caps/>
      <w:color w:val="94B6D2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1384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91384"/>
    <w:rPr>
      <w:caps/>
      <w:color w:val="595959" w:themeColor="text1" w:themeTint="A6"/>
      <w:spacing w:val="10"/>
      <w:sz w:val="24"/>
      <w:szCs w:val="24"/>
    </w:rPr>
  </w:style>
  <w:style w:type="paragraph" w:styleId="ListParagraph">
    <w:name w:val="List Paragraph"/>
    <w:basedOn w:val="Normal"/>
    <w:uiPriority w:val="34"/>
    <w:qFormat/>
    <w:rsid w:val="00991384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99138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991384"/>
    <w:rPr>
      <w:i/>
      <w:iCs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1384"/>
    <w:rPr>
      <w:caps/>
      <w:color w:val="548AB7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1384"/>
    <w:rPr>
      <w:caps/>
      <w:color w:val="548AB7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1384"/>
    <w:rPr>
      <w:caps/>
      <w:color w:val="548AB7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1384"/>
    <w:rPr>
      <w:caps/>
      <w:color w:val="548AB7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1384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1384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91384"/>
    <w:rPr>
      <w:b/>
      <w:bCs/>
      <w:color w:val="548AB7" w:themeColor="accent1" w:themeShade="BF"/>
      <w:sz w:val="16"/>
      <w:szCs w:val="16"/>
    </w:rPr>
  </w:style>
  <w:style w:type="character" w:styleId="Strong">
    <w:name w:val="Strong"/>
    <w:uiPriority w:val="22"/>
    <w:qFormat/>
    <w:rsid w:val="00991384"/>
    <w:rPr>
      <w:b/>
      <w:bCs/>
    </w:rPr>
  </w:style>
  <w:style w:type="character" w:styleId="Emphasis">
    <w:name w:val="Emphasis"/>
    <w:uiPriority w:val="20"/>
    <w:qFormat/>
    <w:rsid w:val="00991384"/>
    <w:rPr>
      <w:caps/>
      <w:color w:val="345C7D" w:themeColor="accent1" w:themeShade="7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1384"/>
    <w:pPr>
      <w:pBdr>
        <w:top w:val="single" w:sz="4" w:space="10" w:color="94B6D2" w:themeColor="accent1"/>
        <w:left w:val="single" w:sz="4" w:space="10" w:color="94B6D2" w:themeColor="accent1"/>
      </w:pBdr>
      <w:spacing w:after="0"/>
      <w:ind w:left="1296" w:right="1152"/>
      <w:jc w:val="both"/>
    </w:pPr>
    <w:rPr>
      <w:i/>
      <w:iCs/>
      <w:color w:val="94B6D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1384"/>
    <w:rPr>
      <w:i/>
      <w:iCs/>
      <w:color w:val="94B6D2" w:themeColor="accent1"/>
      <w:sz w:val="20"/>
      <w:szCs w:val="20"/>
    </w:rPr>
  </w:style>
  <w:style w:type="character" w:styleId="SubtleEmphasis">
    <w:name w:val="Subtle Emphasis"/>
    <w:uiPriority w:val="19"/>
    <w:qFormat/>
    <w:rsid w:val="00991384"/>
    <w:rPr>
      <w:i/>
      <w:iCs/>
      <w:color w:val="345C7D" w:themeColor="accent1" w:themeShade="7F"/>
    </w:rPr>
  </w:style>
  <w:style w:type="character" w:styleId="IntenseEmphasis">
    <w:name w:val="Intense Emphasis"/>
    <w:uiPriority w:val="21"/>
    <w:qFormat/>
    <w:rsid w:val="00991384"/>
    <w:rPr>
      <w:b/>
      <w:bCs/>
      <w:caps/>
      <w:color w:val="345C7D" w:themeColor="accent1" w:themeShade="7F"/>
      <w:spacing w:val="10"/>
    </w:rPr>
  </w:style>
  <w:style w:type="character" w:styleId="SubtleReference">
    <w:name w:val="Subtle Reference"/>
    <w:uiPriority w:val="31"/>
    <w:qFormat/>
    <w:rsid w:val="00991384"/>
    <w:rPr>
      <w:b/>
      <w:bCs/>
      <w:color w:val="94B6D2" w:themeColor="accent1"/>
    </w:rPr>
  </w:style>
  <w:style w:type="character" w:styleId="IntenseReference">
    <w:name w:val="Intense Reference"/>
    <w:uiPriority w:val="32"/>
    <w:qFormat/>
    <w:rsid w:val="00991384"/>
    <w:rPr>
      <w:b/>
      <w:bCs/>
      <w:i/>
      <w:iCs/>
      <w:caps/>
      <w:color w:val="94B6D2" w:themeColor="accent1"/>
    </w:rPr>
  </w:style>
  <w:style w:type="character" w:styleId="BookTitle">
    <w:name w:val="Book Title"/>
    <w:uiPriority w:val="33"/>
    <w:qFormat/>
    <w:rsid w:val="00991384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1384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548AB7" w:themeColor="accent1" w:themeShade="BF"/>
    </w:rPr>
    <w:tblPr>
      <w:tblStyleRowBandSize w:val="1"/>
      <w:tblStyleColBandSize w:val="1"/>
      <w:tblBorders>
        <w:top w:val="single" w:sz="8" w:space="0" w:color="94B6D2" w:themeColor="accent1"/>
        <w:bottom w:val="single" w:sz="8" w:space="0" w:color="94B6D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B6D2" w:themeColor="accent1"/>
          <w:left w:val="nil"/>
          <w:bottom w:val="single" w:sz="8" w:space="0" w:color="94B6D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B6D2" w:themeColor="accent1"/>
          <w:left w:val="nil"/>
          <w:bottom w:val="single" w:sz="8" w:space="0" w:color="94B6D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B85A22" w:themeColor="accent2" w:themeShade="BF"/>
    </w:rPr>
    <w:tblPr>
      <w:tblStyleRowBandSize w:val="1"/>
      <w:tblStyleColBandSize w:val="1"/>
      <w:tblBorders>
        <w:top w:val="single" w:sz="8" w:space="0" w:color="DD8047" w:themeColor="accent2"/>
        <w:bottom w:val="single" w:sz="8" w:space="0" w:color="DD80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8047" w:themeColor="accent2"/>
          <w:left w:val="nil"/>
          <w:bottom w:val="single" w:sz="8" w:space="0" w:color="DD80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8047" w:themeColor="accent2"/>
          <w:left w:val="nil"/>
          <w:bottom w:val="single" w:sz="8" w:space="0" w:color="DD80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80865A" w:themeColor="accent3" w:themeShade="BF"/>
    </w:rPr>
    <w:tblPr>
      <w:tblStyleRowBandSize w:val="1"/>
      <w:tblStyleColBandSize w:val="1"/>
      <w:tblBorders>
        <w:top w:val="single" w:sz="8" w:space="0" w:color="A5AB81" w:themeColor="accent3"/>
        <w:bottom w:val="single" w:sz="8" w:space="0" w:color="A5AB8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B81" w:themeColor="accent3"/>
          <w:left w:val="nil"/>
          <w:bottom w:val="single" w:sz="8" w:space="0" w:color="A5AB8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B81" w:themeColor="accent3"/>
          <w:left w:val="nil"/>
          <w:bottom w:val="single" w:sz="8" w:space="0" w:color="A5AB8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BA8E2C" w:themeColor="accent4" w:themeShade="BF"/>
    </w:rPr>
    <w:tblPr>
      <w:tblStyleRowBandSize w:val="1"/>
      <w:tblStyleColBandSize w:val="1"/>
      <w:tblBorders>
        <w:top w:val="single" w:sz="8" w:space="0" w:color="D8B25C" w:themeColor="accent4"/>
        <w:bottom w:val="single" w:sz="8" w:space="0" w:color="D8B25C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8B25C" w:themeColor="accent4"/>
          <w:left w:val="nil"/>
          <w:bottom w:val="single" w:sz="8" w:space="0" w:color="D8B25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8B25C" w:themeColor="accent4"/>
          <w:left w:val="nil"/>
          <w:bottom w:val="single" w:sz="8" w:space="0" w:color="D8B25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568278" w:themeColor="accent5" w:themeShade="BF"/>
    </w:rPr>
    <w:tblPr>
      <w:tblStyleRowBandSize w:val="1"/>
      <w:tblStyleColBandSize w:val="1"/>
      <w:tblBorders>
        <w:top w:val="single" w:sz="8" w:space="0" w:color="7BA79D" w:themeColor="accent5"/>
        <w:bottom w:val="single" w:sz="8" w:space="0" w:color="7BA79D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BA79D" w:themeColor="accent5"/>
          <w:left w:val="nil"/>
          <w:bottom w:val="single" w:sz="8" w:space="0" w:color="7BA79D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BA79D" w:themeColor="accent5"/>
          <w:left w:val="nil"/>
          <w:bottom w:val="single" w:sz="8" w:space="0" w:color="7BA79D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716767" w:themeColor="accent6" w:themeShade="BF"/>
    </w:rPr>
    <w:tblPr>
      <w:tblStyleRowBandSize w:val="1"/>
      <w:tblStyleColBandSize w:val="1"/>
      <w:tblBorders>
        <w:top w:val="single" w:sz="8" w:space="0" w:color="968C8C" w:themeColor="accent6"/>
        <w:bottom w:val="single" w:sz="8" w:space="0" w:color="968C8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8C8C" w:themeColor="accent6"/>
          <w:left w:val="nil"/>
          <w:bottom w:val="single" w:sz="8" w:space="0" w:color="968C8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8C8C" w:themeColor="accent6"/>
          <w:left w:val="nil"/>
          <w:bottom w:val="single" w:sz="8" w:space="0" w:color="968C8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band1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band1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band1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band1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band1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band1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  <w:insideH w:val="single" w:sz="8" w:space="0" w:color="94B6D2" w:themeColor="accent1"/>
        <w:insideV w:val="single" w:sz="8" w:space="0" w:color="94B6D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18" w:space="0" w:color="94B6D2" w:themeColor="accent1"/>
          <w:right w:val="single" w:sz="8" w:space="0" w:color="94B6D2" w:themeColor="accent1"/>
          <w:insideH w:val="nil"/>
          <w:insideV w:val="single" w:sz="8" w:space="0" w:color="94B6D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H w:val="nil"/>
          <w:insideV w:val="single" w:sz="8" w:space="0" w:color="94B6D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band1Vert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  <w:shd w:val="clear" w:color="auto" w:fill="E4ECF4" w:themeFill="accent1" w:themeFillTint="3F"/>
      </w:tcPr>
    </w:tblStylePr>
    <w:tblStylePr w:type="band1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V w:val="single" w:sz="8" w:space="0" w:color="94B6D2" w:themeColor="accent1"/>
        </w:tcBorders>
        <w:shd w:val="clear" w:color="auto" w:fill="E4ECF4" w:themeFill="accent1" w:themeFillTint="3F"/>
      </w:tcPr>
    </w:tblStylePr>
    <w:tblStylePr w:type="band2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V w:val="single" w:sz="8" w:space="0" w:color="94B6D2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  <w:insideH w:val="single" w:sz="8" w:space="0" w:color="DD8047" w:themeColor="accent2"/>
        <w:insideV w:val="single" w:sz="8" w:space="0" w:color="DD80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18" w:space="0" w:color="DD8047" w:themeColor="accent2"/>
          <w:right w:val="single" w:sz="8" w:space="0" w:color="DD8047" w:themeColor="accent2"/>
          <w:insideH w:val="nil"/>
          <w:insideV w:val="single" w:sz="8" w:space="0" w:color="DD80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H w:val="nil"/>
          <w:insideV w:val="single" w:sz="8" w:space="0" w:color="DD80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band1Vert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  <w:shd w:val="clear" w:color="auto" w:fill="F6DFD1" w:themeFill="accent2" w:themeFillTint="3F"/>
      </w:tcPr>
    </w:tblStylePr>
    <w:tblStylePr w:type="band1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V w:val="single" w:sz="8" w:space="0" w:color="DD8047" w:themeColor="accent2"/>
        </w:tcBorders>
        <w:shd w:val="clear" w:color="auto" w:fill="F6DFD1" w:themeFill="accent2" w:themeFillTint="3F"/>
      </w:tcPr>
    </w:tblStylePr>
    <w:tblStylePr w:type="band2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V w:val="single" w:sz="8" w:space="0" w:color="DD8047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  <w:insideH w:val="single" w:sz="8" w:space="0" w:color="A5AB81" w:themeColor="accent3"/>
        <w:insideV w:val="single" w:sz="8" w:space="0" w:color="A5AB8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18" w:space="0" w:color="A5AB81" w:themeColor="accent3"/>
          <w:right w:val="single" w:sz="8" w:space="0" w:color="A5AB81" w:themeColor="accent3"/>
          <w:insideH w:val="nil"/>
          <w:insideV w:val="single" w:sz="8" w:space="0" w:color="A5AB8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H w:val="nil"/>
          <w:insideV w:val="single" w:sz="8" w:space="0" w:color="A5AB8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band1Vert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  <w:shd w:val="clear" w:color="auto" w:fill="E8EADF" w:themeFill="accent3" w:themeFillTint="3F"/>
      </w:tcPr>
    </w:tblStylePr>
    <w:tblStylePr w:type="band1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V w:val="single" w:sz="8" w:space="0" w:color="A5AB81" w:themeColor="accent3"/>
        </w:tcBorders>
        <w:shd w:val="clear" w:color="auto" w:fill="E8EADF" w:themeFill="accent3" w:themeFillTint="3F"/>
      </w:tcPr>
    </w:tblStylePr>
    <w:tblStylePr w:type="band2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V w:val="single" w:sz="8" w:space="0" w:color="A5AB81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  <w:insideH w:val="single" w:sz="8" w:space="0" w:color="D8B25C" w:themeColor="accent4"/>
        <w:insideV w:val="single" w:sz="8" w:space="0" w:color="D8B25C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18" w:space="0" w:color="D8B25C" w:themeColor="accent4"/>
          <w:right w:val="single" w:sz="8" w:space="0" w:color="D8B25C" w:themeColor="accent4"/>
          <w:insideH w:val="nil"/>
          <w:insideV w:val="single" w:sz="8" w:space="0" w:color="D8B25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H w:val="nil"/>
          <w:insideV w:val="single" w:sz="8" w:space="0" w:color="D8B25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band1Vert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  <w:shd w:val="clear" w:color="auto" w:fill="F5EBD6" w:themeFill="accent4" w:themeFillTint="3F"/>
      </w:tcPr>
    </w:tblStylePr>
    <w:tblStylePr w:type="band1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V w:val="single" w:sz="8" w:space="0" w:color="D8B25C" w:themeColor="accent4"/>
        </w:tcBorders>
        <w:shd w:val="clear" w:color="auto" w:fill="F5EBD6" w:themeFill="accent4" w:themeFillTint="3F"/>
      </w:tcPr>
    </w:tblStylePr>
    <w:tblStylePr w:type="band2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V w:val="single" w:sz="8" w:space="0" w:color="D8B25C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  <w:insideH w:val="single" w:sz="8" w:space="0" w:color="7BA79D" w:themeColor="accent5"/>
        <w:insideV w:val="single" w:sz="8" w:space="0" w:color="7BA79D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18" w:space="0" w:color="7BA79D" w:themeColor="accent5"/>
          <w:right w:val="single" w:sz="8" w:space="0" w:color="7BA79D" w:themeColor="accent5"/>
          <w:insideH w:val="nil"/>
          <w:insideV w:val="single" w:sz="8" w:space="0" w:color="7BA79D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H w:val="nil"/>
          <w:insideV w:val="single" w:sz="8" w:space="0" w:color="7BA79D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band1Vert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  <w:shd w:val="clear" w:color="auto" w:fill="DEE9E6" w:themeFill="accent5" w:themeFillTint="3F"/>
      </w:tcPr>
    </w:tblStylePr>
    <w:tblStylePr w:type="band1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V w:val="single" w:sz="8" w:space="0" w:color="7BA79D" w:themeColor="accent5"/>
        </w:tcBorders>
        <w:shd w:val="clear" w:color="auto" w:fill="DEE9E6" w:themeFill="accent5" w:themeFillTint="3F"/>
      </w:tcPr>
    </w:tblStylePr>
    <w:tblStylePr w:type="band2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V w:val="single" w:sz="8" w:space="0" w:color="7BA79D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  <w:insideH w:val="single" w:sz="8" w:space="0" w:color="968C8C" w:themeColor="accent6"/>
        <w:insideV w:val="single" w:sz="8" w:space="0" w:color="968C8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18" w:space="0" w:color="968C8C" w:themeColor="accent6"/>
          <w:right w:val="single" w:sz="8" w:space="0" w:color="968C8C" w:themeColor="accent6"/>
          <w:insideH w:val="nil"/>
          <w:insideV w:val="single" w:sz="8" w:space="0" w:color="968C8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H w:val="nil"/>
          <w:insideV w:val="single" w:sz="8" w:space="0" w:color="968C8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band1Vert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  <w:shd w:val="clear" w:color="auto" w:fill="E5E2E2" w:themeFill="accent6" w:themeFillTint="3F"/>
      </w:tcPr>
    </w:tblStylePr>
    <w:tblStylePr w:type="band1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V w:val="single" w:sz="8" w:space="0" w:color="968C8C" w:themeColor="accent6"/>
        </w:tcBorders>
        <w:shd w:val="clear" w:color="auto" w:fill="E5E2E2" w:themeFill="accent6" w:themeFillTint="3F"/>
      </w:tcPr>
    </w:tblStylePr>
    <w:tblStylePr w:type="band2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V w:val="single" w:sz="8" w:space="0" w:color="968C8C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EC8DD" w:themeColor="accent1" w:themeTint="BF"/>
        <w:left w:val="single" w:sz="8" w:space="0" w:color="AEC8DD" w:themeColor="accent1" w:themeTint="BF"/>
        <w:bottom w:val="single" w:sz="8" w:space="0" w:color="AEC8DD" w:themeColor="accent1" w:themeTint="BF"/>
        <w:right w:val="single" w:sz="8" w:space="0" w:color="AEC8DD" w:themeColor="accent1" w:themeTint="BF"/>
        <w:insideH w:val="single" w:sz="8" w:space="0" w:color="AEC8D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C8DD" w:themeColor="accent1" w:themeTint="BF"/>
          <w:left w:val="single" w:sz="8" w:space="0" w:color="AEC8DD" w:themeColor="accent1" w:themeTint="BF"/>
          <w:bottom w:val="single" w:sz="8" w:space="0" w:color="AEC8DD" w:themeColor="accent1" w:themeTint="BF"/>
          <w:right w:val="single" w:sz="8" w:space="0" w:color="AEC8DD" w:themeColor="accent1" w:themeTint="BF"/>
          <w:insideH w:val="nil"/>
          <w:insideV w:val="nil"/>
        </w:tcBorders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C8DD" w:themeColor="accent1" w:themeTint="BF"/>
          <w:left w:val="single" w:sz="8" w:space="0" w:color="AEC8DD" w:themeColor="accent1" w:themeTint="BF"/>
          <w:bottom w:val="single" w:sz="8" w:space="0" w:color="AEC8DD" w:themeColor="accent1" w:themeTint="BF"/>
          <w:right w:val="single" w:sz="8" w:space="0" w:color="AEC8D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C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EC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59F75" w:themeColor="accent2" w:themeTint="BF"/>
        <w:left w:val="single" w:sz="8" w:space="0" w:color="E59F75" w:themeColor="accent2" w:themeTint="BF"/>
        <w:bottom w:val="single" w:sz="8" w:space="0" w:color="E59F75" w:themeColor="accent2" w:themeTint="BF"/>
        <w:right w:val="single" w:sz="8" w:space="0" w:color="E59F75" w:themeColor="accent2" w:themeTint="BF"/>
        <w:insideH w:val="single" w:sz="8" w:space="0" w:color="E59F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59F75" w:themeColor="accent2" w:themeTint="BF"/>
          <w:left w:val="single" w:sz="8" w:space="0" w:color="E59F75" w:themeColor="accent2" w:themeTint="BF"/>
          <w:bottom w:val="single" w:sz="8" w:space="0" w:color="E59F75" w:themeColor="accent2" w:themeTint="BF"/>
          <w:right w:val="single" w:sz="8" w:space="0" w:color="E59F75" w:themeColor="accent2" w:themeTint="BF"/>
          <w:insideH w:val="nil"/>
          <w:insideV w:val="nil"/>
        </w:tcBorders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9F75" w:themeColor="accent2" w:themeTint="BF"/>
          <w:left w:val="single" w:sz="8" w:space="0" w:color="E59F75" w:themeColor="accent2" w:themeTint="BF"/>
          <w:bottom w:val="single" w:sz="8" w:space="0" w:color="E59F75" w:themeColor="accent2" w:themeTint="BF"/>
          <w:right w:val="single" w:sz="8" w:space="0" w:color="E59F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6DF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C0A0" w:themeColor="accent3" w:themeTint="BF"/>
        <w:left w:val="single" w:sz="8" w:space="0" w:color="BBC0A0" w:themeColor="accent3" w:themeTint="BF"/>
        <w:bottom w:val="single" w:sz="8" w:space="0" w:color="BBC0A0" w:themeColor="accent3" w:themeTint="BF"/>
        <w:right w:val="single" w:sz="8" w:space="0" w:color="BBC0A0" w:themeColor="accent3" w:themeTint="BF"/>
        <w:insideH w:val="single" w:sz="8" w:space="0" w:color="BBC0A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0A0" w:themeColor="accent3" w:themeTint="BF"/>
          <w:left w:val="single" w:sz="8" w:space="0" w:color="BBC0A0" w:themeColor="accent3" w:themeTint="BF"/>
          <w:bottom w:val="single" w:sz="8" w:space="0" w:color="BBC0A0" w:themeColor="accent3" w:themeTint="BF"/>
          <w:right w:val="single" w:sz="8" w:space="0" w:color="BBC0A0" w:themeColor="accent3" w:themeTint="BF"/>
          <w:insideH w:val="nil"/>
          <w:insideV w:val="nil"/>
        </w:tcBorders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0A0" w:themeColor="accent3" w:themeTint="BF"/>
          <w:left w:val="single" w:sz="8" w:space="0" w:color="BBC0A0" w:themeColor="accent3" w:themeTint="BF"/>
          <w:bottom w:val="single" w:sz="8" w:space="0" w:color="BBC0A0" w:themeColor="accent3" w:themeTint="BF"/>
          <w:right w:val="single" w:sz="8" w:space="0" w:color="BBC0A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AD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AD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1C584" w:themeColor="accent4" w:themeTint="BF"/>
        <w:left w:val="single" w:sz="8" w:space="0" w:color="E1C584" w:themeColor="accent4" w:themeTint="BF"/>
        <w:bottom w:val="single" w:sz="8" w:space="0" w:color="E1C584" w:themeColor="accent4" w:themeTint="BF"/>
        <w:right w:val="single" w:sz="8" w:space="0" w:color="E1C584" w:themeColor="accent4" w:themeTint="BF"/>
        <w:insideH w:val="single" w:sz="8" w:space="0" w:color="E1C584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1C584" w:themeColor="accent4" w:themeTint="BF"/>
          <w:left w:val="single" w:sz="8" w:space="0" w:color="E1C584" w:themeColor="accent4" w:themeTint="BF"/>
          <w:bottom w:val="single" w:sz="8" w:space="0" w:color="E1C584" w:themeColor="accent4" w:themeTint="BF"/>
          <w:right w:val="single" w:sz="8" w:space="0" w:color="E1C584" w:themeColor="accent4" w:themeTint="BF"/>
          <w:insideH w:val="nil"/>
          <w:insideV w:val="nil"/>
        </w:tcBorders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1C584" w:themeColor="accent4" w:themeTint="BF"/>
          <w:left w:val="single" w:sz="8" w:space="0" w:color="E1C584" w:themeColor="accent4" w:themeTint="BF"/>
          <w:bottom w:val="single" w:sz="8" w:space="0" w:color="E1C584" w:themeColor="accent4" w:themeTint="BF"/>
          <w:right w:val="single" w:sz="8" w:space="0" w:color="E1C584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BD6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EBD6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CBDB5" w:themeColor="accent5" w:themeTint="BF"/>
        <w:left w:val="single" w:sz="8" w:space="0" w:color="9CBDB5" w:themeColor="accent5" w:themeTint="BF"/>
        <w:bottom w:val="single" w:sz="8" w:space="0" w:color="9CBDB5" w:themeColor="accent5" w:themeTint="BF"/>
        <w:right w:val="single" w:sz="8" w:space="0" w:color="9CBDB5" w:themeColor="accent5" w:themeTint="BF"/>
        <w:insideH w:val="single" w:sz="8" w:space="0" w:color="9CBDB5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CBDB5" w:themeColor="accent5" w:themeTint="BF"/>
          <w:left w:val="single" w:sz="8" w:space="0" w:color="9CBDB5" w:themeColor="accent5" w:themeTint="BF"/>
          <w:bottom w:val="single" w:sz="8" w:space="0" w:color="9CBDB5" w:themeColor="accent5" w:themeTint="BF"/>
          <w:right w:val="single" w:sz="8" w:space="0" w:color="9CBDB5" w:themeColor="accent5" w:themeTint="BF"/>
          <w:insideH w:val="nil"/>
          <w:insideV w:val="nil"/>
        </w:tcBorders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BDB5" w:themeColor="accent5" w:themeTint="BF"/>
          <w:left w:val="single" w:sz="8" w:space="0" w:color="9CBDB5" w:themeColor="accent5" w:themeTint="BF"/>
          <w:bottom w:val="single" w:sz="8" w:space="0" w:color="9CBDB5" w:themeColor="accent5" w:themeTint="BF"/>
          <w:right w:val="single" w:sz="8" w:space="0" w:color="9CBDB5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9E6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E9E6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0A8A8" w:themeColor="accent6" w:themeTint="BF"/>
        <w:left w:val="single" w:sz="8" w:space="0" w:color="B0A8A8" w:themeColor="accent6" w:themeTint="BF"/>
        <w:bottom w:val="single" w:sz="8" w:space="0" w:color="B0A8A8" w:themeColor="accent6" w:themeTint="BF"/>
        <w:right w:val="single" w:sz="8" w:space="0" w:color="B0A8A8" w:themeColor="accent6" w:themeTint="BF"/>
        <w:insideH w:val="single" w:sz="8" w:space="0" w:color="B0A8A8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A8A8" w:themeColor="accent6" w:themeTint="BF"/>
          <w:left w:val="single" w:sz="8" w:space="0" w:color="B0A8A8" w:themeColor="accent6" w:themeTint="BF"/>
          <w:bottom w:val="single" w:sz="8" w:space="0" w:color="B0A8A8" w:themeColor="accent6" w:themeTint="BF"/>
          <w:right w:val="single" w:sz="8" w:space="0" w:color="B0A8A8" w:themeColor="accent6" w:themeTint="BF"/>
          <w:insideH w:val="nil"/>
          <w:insideV w:val="nil"/>
        </w:tcBorders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A8A8" w:themeColor="accent6" w:themeTint="BF"/>
          <w:left w:val="single" w:sz="8" w:space="0" w:color="B0A8A8" w:themeColor="accent6" w:themeTint="BF"/>
          <w:bottom w:val="single" w:sz="8" w:space="0" w:color="B0A8A8" w:themeColor="accent6" w:themeTint="BF"/>
          <w:right w:val="single" w:sz="8" w:space="0" w:color="B0A8A8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2E2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2E2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B6D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D8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D80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B8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8B25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B25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BA79D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BA79D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8C8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8C8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4B6D2" w:themeColor="accent1"/>
        <w:bottom w:val="single" w:sz="8" w:space="0" w:color="94B6D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4B6D2" w:themeColor="accent1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94B6D2" w:themeColor="accent1"/>
          <w:bottom w:val="single" w:sz="8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4B6D2" w:themeColor="accent1"/>
          <w:bottom w:val="single" w:sz="8" w:space="0" w:color="94B6D2" w:themeColor="accent1"/>
        </w:tcBorders>
      </w:tcPr>
    </w:tblStylePr>
    <w:tblStylePr w:type="band1Vert">
      <w:tblPr/>
      <w:tcPr>
        <w:shd w:val="clear" w:color="auto" w:fill="E4ECF4" w:themeFill="accent1" w:themeFillTint="3F"/>
      </w:tcPr>
    </w:tblStylePr>
    <w:tblStylePr w:type="band1Horz">
      <w:tblPr/>
      <w:tcPr>
        <w:shd w:val="clear" w:color="auto" w:fill="E4ECF4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D8047" w:themeColor="accent2"/>
        <w:bottom w:val="single" w:sz="8" w:space="0" w:color="DD80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D8047" w:themeColor="accent2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DD8047" w:themeColor="accent2"/>
          <w:bottom w:val="single" w:sz="8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D8047" w:themeColor="accent2"/>
          <w:bottom w:val="single" w:sz="8" w:space="0" w:color="DD8047" w:themeColor="accent2"/>
        </w:tcBorders>
      </w:tcPr>
    </w:tblStylePr>
    <w:tblStylePr w:type="band1Vert">
      <w:tblPr/>
      <w:tcPr>
        <w:shd w:val="clear" w:color="auto" w:fill="F6DFD1" w:themeFill="accent2" w:themeFillTint="3F"/>
      </w:tcPr>
    </w:tblStylePr>
    <w:tblStylePr w:type="band1Horz">
      <w:tblPr/>
      <w:tcPr>
        <w:shd w:val="clear" w:color="auto" w:fill="F6DFD1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B81" w:themeColor="accent3"/>
        <w:bottom w:val="single" w:sz="8" w:space="0" w:color="A5AB8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B81" w:themeColor="accent3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A5AB81" w:themeColor="accent3"/>
          <w:bottom w:val="single" w:sz="8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B81" w:themeColor="accent3"/>
          <w:bottom w:val="single" w:sz="8" w:space="0" w:color="A5AB81" w:themeColor="accent3"/>
        </w:tcBorders>
      </w:tcPr>
    </w:tblStylePr>
    <w:tblStylePr w:type="band1Vert">
      <w:tblPr/>
      <w:tcPr>
        <w:shd w:val="clear" w:color="auto" w:fill="E8EADF" w:themeFill="accent3" w:themeFillTint="3F"/>
      </w:tcPr>
    </w:tblStylePr>
    <w:tblStylePr w:type="band1Horz">
      <w:tblPr/>
      <w:tcPr>
        <w:shd w:val="clear" w:color="auto" w:fill="E8EADF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8B25C" w:themeColor="accent4"/>
        <w:bottom w:val="single" w:sz="8" w:space="0" w:color="D8B25C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8B25C" w:themeColor="accent4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D8B25C" w:themeColor="accent4"/>
          <w:bottom w:val="single" w:sz="8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8B25C" w:themeColor="accent4"/>
          <w:bottom w:val="single" w:sz="8" w:space="0" w:color="D8B25C" w:themeColor="accent4"/>
        </w:tcBorders>
      </w:tcPr>
    </w:tblStylePr>
    <w:tblStylePr w:type="band1Vert">
      <w:tblPr/>
      <w:tcPr>
        <w:shd w:val="clear" w:color="auto" w:fill="F5EBD6" w:themeFill="accent4" w:themeFillTint="3F"/>
      </w:tcPr>
    </w:tblStylePr>
    <w:tblStylePr w:type="band1Horz">
      <w:tblPr/>
      <w:tcPr>
        <w:shd w:val="clear" w:color="auto" w:fill="F5EBD6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BA79D" w:themeColor="accent5"/>
        <w:bottom w:val="single" w:sz="8" w:space="0" w:color="7BA79D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BA79D" w:themeColor="accent5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7BA79D" w:themeColor="accent5"/>
          <w:bottom w:val="single" w:sz="8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BA79D" w:themeColor="accent5"/>
          <w:bottom w:val="single" w:sz="8" w:space="0" w:color="7BA79D" w:themeColor="accent5"/>
        </w:tcBorders>
      </w:tcPr>
    </w:tblStylePr>
    <w:tblStylePr w:type="band1Vert">
      <w:tblPr/>
      <w:tcPr>
        <w:shd w:val="clear" w:color="auto" w:fill="DEE9E6" w:themeFill="accent5" w:themeFillTint="3F"/>
      </w:tcPr>
    </w:tblStylePr>
    <w:tblStylePr w:type="band1Horz">
      <w:tblPr/>
      <w:tcPr>
        <w:shd w:val="clear" w:color="auto" w:fill="DEE9E6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68C8C" w:themeColor="accent6"/>
        <w:bottom w:val="single" w:sz="8" w:space="0" w:color="968C8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8C8C" w:themeColor="accent6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968C8C" w:themeColor="accent6"/>
          <w:bottom w:val="single" w:sz="8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8C8C" w:themeColor="accent6"/>
          <w:bottom w:val="single" w:sz="8" w:space="0" w:color="968C8C" w:themeColor="accent6"/>
        </w:tcBorders>
      </w:tcPr>
    </w:tblStylePr>
    <w:tblStylePr w:type="band1Vert">
      <w:tblPr/>
      <w:tcPr>
        <w:shd w:val="clear" w:color="auto" w:fill="E5E2E2" w:themeFill="accent6" w:themeFillTint="3F"/>
      </w:tcPr>
    </w:tblStylePr>
    <w:tblStylePr w:type="band1Horz">
      <w:tblPr/>
      <w:tcPr>
        <w:shd w:val="clear" w:color="auto" w:fill="E5E2E2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4B6D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4B6D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4B6D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4B6D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EC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D8047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D80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D80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6DF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B8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B81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B8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B8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AD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8B25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8B25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8B25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8B25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EBD6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BA79D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BA79D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BA79D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BA79D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EE9E6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8C8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68C8C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8C8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8C8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2E2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EC8DD" w:themeColor="accent1" w:themeTint="BF"/>
        <w:left w:val="single" w:sz="8" w:space="0" w:color="AEC8DD" w:themeColor="accent1" w:themeTint="BF"/>
        <w:bottom w:val="single" w:sz="8" w:space="0" w:color="AEC8DD" w:themeColor="accent1" w:themeTint="BF"/>
        <w:right w:val="single" w:sz="8" w:space="0" w:color="AEC8DD" w:themeColor="accent1" w:themeTint="BF"/>
        <w:insideH w:val="single" w:sz="8" w:space="0" w:color="AEC8DD" w:themeColor="accent1" w:themeTint="BF"/>
        <w:insideV w:val="single" w:sz="8" w:space="0" w:color="AEC8DD" w:themeColor="accent1" w:themeTint="BF"/>
      </w:tblBorders>
    </w:tblPr>
    <w:tcPr>
      <w:shd w:val="clear" w:color="auto" w:fill="E4EC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C8D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shd w:val="clear" w:color="auto" w:fill="C9DAE8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59F75" w:themeColor="accent2" w:themeTint="BF"/>
        <w:left w:val="single" w:sz="8" w:space="0" w:color="E59F75" w:themeColor="accent2" w:themeTint="BF"/>
        <w:bottom w:val="single" w:sz="8" w:space="0" w:color="E59F75" w:themeColor="accent2" w:themeTint="BF"/>
        <w:right w:val="single" w:sz="8" w:space="0" w:color="E59F75" w:themeColor="accent2" w:themeTint="BF"/>
        <w:insideH w:val="single" w:sz="8" w:space="0" w:color="E59F75" w:themeColor="accent2" w:themeTint="BF"/>
        <w:insideV w:val="single" w:sz="8" w:space="0" w:color="E59F75" w:themeColor="accent2" w:themeTint="BF"/>
      </w:tblBorders>
    </w:tblPr>
    <w:tcPr>
      <w:shd w:val="clear" w:color="auto" w:fill="F6DF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59F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shd w:val="clear" w:color="auto" w:fill="EEBFA3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C0A0" w:themeColor="accent3" w:themeTint="BF"/>
        <w:left w:val="single" w:sz="8" w:space="0" w:color="BBC0A0" w:themeColor="accent3" w:themeTint="BF"/>
        <w:bottom w:val="single" w:sz="8" w:space="0" w:color="BBC0A0" w:themeColor="accent3" w:themeTint="BF"/>
        <w:right w:val="single" w:sz="8" w:space="0" w:color="BBC0A0" w:themeColor="accent3" w:themeTint="BF"/>
        <w:insideH w:val="single" w:sz="8" w:space="0" w:color="BBC0A0" w:themeColor="accent3" w:themeTint="BF"/>
        <w:insideV w:val="single" w:sz="8" w:space="0" w:color="BBC0A0" w:themeColor="accent3" w:themeTint="BF"/>
      </w:tblBorders>
    </w:tblPr>
    <w:tcPr>
      <w:shd w:val="clear" w:color="auto" w:fill="E8EAD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0A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1C584" w:themeColor="accent4" w:themeTint="BF"/>
        <w:left w:val="single" w:sz="8" w:space="0" w:color="E1C584" w:themeColor="accent4" w:themeTint="BF"/>
        <w:bottom w:val="single" w:sz="8" w:space="0" w:color="E1C584" w:themeColor="accent4" w:themeTint="BF"/>
        <w:right w:val="single" w:sz="8" w:space="0" w:color="E1C584" w:themeColor="accent4" w:themeTint="BF"/>
        <w:insideH w:val="single" w:sz="8" w:space="0" w:color="E1C584" w:themeColor="accent4" w:themeTint="BF"/>
        <w:insideV w:val="single" w:sz="8" w:space="0" w:color="E1C584" w:themeColor="accent4" w:themeTint="BF"/>
      </w:tblBorders>
    </w:tblPr>
    <w:tcPr>
      <w:shd w:val="clear" w:color="auto" w:fill="F5EBD6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1C584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shd w:val="clear" w:color="auto" w:fill="EBD8AD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CBDB5" w:themeColor="accent5" w:themeTint="BF"/>
        <w:left w:val="single" w:sz="8" w:space="0" w:color="9CBDB5" w:themeColor="accent5" w:themeTint="BF"/>
        <w:bottom w:val="single" w:sz="8" w:space="0" w:color="9CBDB5" w:themeColor="accent5" w:themeTint="BF"/>
        <w:right w:val="single" w:sz="8" w:space="0" w:color="9CBDB5" w:themeColor="accent5" w:themeTint="BF"/>
        <w:insideH w:val="single" w:sz="8" w:space="0" w:color="9CBDB5" w:themeColor="accent5" w:themeTint="BF"/>
        <w:insideV w:val="single" w:sz="8" w:space="0" w:color="9CBDB5" w:themeColor="accent5" w:themeTint="BF"/>
      </w:tblBorders>
    </w:tblPr>
    <w:tcPr>
      <w:shd w:val="clear" w:color="auto" w:fill="DEE9E6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CBDB5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shd w:val="clear" w:color="auto" w:fill="BDD3CE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0A8A8" w:themeColor="accent6" w:themeTint="BF"/>
        <w:left w:val="single" w:sz="8" w:space="0" w:color="B0A8A8" w:themeColor="accent6" w:themeTint="BF"/>
        <w:bottom w:val="single" w:sz="8" w:space="0" w:color="B0A8A8" w:themeColor="accent6" w:themeTint="BF"/>
        <w:right w:val="single" w:sz="8" w:space="0" w:color="B0A8A8" w:themeColor="accent6" w:themeTint="BF"/>
        <w:insideH w:val="single" w:sz="8" w:space="0" w:color="B0A8A8" w:themeColor="accent6" w:themeTint="BF"/>
        <w:insideV w:val="single" w:sz="8" w:space="0" w:color="B0A8A8" w:themeColor="accent6" w:themeTint="BF"/>
      </w:tblBorders>
    </w:tblPr>
    <w:tcPr>
      <w:shd w:val="clear" w:color="auto" w:fill="E5E2E2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A8A8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shd w:val="clear" w:color="auto" w:fill="CAC5C5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  <w:insideH w:val="single" w:sz="8" w:space="0" w:color="94B6D2" w:themeColor="accent1"/>
        <w:insideV w:val="single" w:sz="8" w:space="0" w:color="94B6D2" w:themeColor="accent1"/>
      </w:tblBorders>
    </w:tblPr>
    <w:tcPr>
      <w:shd w:val="clear" w:color="auto" w:fill="E4EC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4F7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0F6" w:themeFill="accent1" w:themeFillTint="33"/>
      </w:tc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tcBorders>
          <w:insideH w:val="single" w:sz="6" w:space="0" w:color="94B6D2" w:themeColor="accent1"/>
          <w:insideV w:val="single" w:sz="6" w:space="0" w:color="94B6D2" w:themeColor="accent1"/>
        </w:tcBorders>
        <w:shd w:val="clear" w:color="auto" w:fill="C9DAE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  <w:insideH w:val="single" w:sz="8" w:space="0" w:color="DD8047" w:themeColor="accent2"/>
        <w:insideV w:val="single" w:sz="8" w:space="0" w:color="DD8047" w:themeColor="accent2"/>
      </w:tblBorders>
    </w:tblPr>
    <w:tcPr>
      <w:shd w:val="clear" w:color="auto" w:fill="F6DF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BF2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E5DA" w:themeFill="accent2" w:themeFillTint="33"/>
      </w:tc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tcBorders>
          <w:insideH w:val="single" w:sz="6" w:space="0" w:color="DD8047" w:themeColor="accent2"/>
          <w:insideV w:val="single" w:sz="6" w:space="0" w:color="DD8047" w:themeColor="accent2"/>
        </w:tcBorders>
        <w:shd w:val="clear" w:color="auto" w:fill="EEBF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  <w:insideH w:val="single" w:sz="8" w:space="0" w:color="A5AB81" w:themeColor="accent3"/>
        <w:insideV w:val="single" w:sz="8" w:space="0" w:color="A5AB81" w:themeColor="accent3"/>
      </w:tblBorders>
    </w:tblPr>
    <w:tcPr>
      <w:shd w:val="clear" w:color="auto" w:fill="E8EAD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EE5" w:themeFill="accent3" w:themeFillTint="33"/>
      </w:tc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tcBorders>
          <w:insideH w:val="single" w:sz="6" w:space="0" w:color="A5AB81" w:themeColor="accent3"/>
          <w:insideV w:val="single" w:sz="6" w:space="0" w:color="A5AB81" w:themeColor="accent3"/>
        </w:tcBorders>
        <w:shd w:val="clear" w:color="auto" w:fill="D2D5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  <w:insideH w:val="single" w:sz="8" w:space="0" w:color="D8B25C" w:themeColor="accent4"/>
        <w:insideV w:val="single" w:sz="8" w:space="0" w:color="D8B25C" w:themeColor="accent4"/>
      </w:tblBorders>
    </w:tblPr>
    <w:tcPr>
      <w:shd w:val="clear" w:color="auto" w:fill="F5EBD6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7EE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EFDE" w:themeFill="accent4" w:themeFillTint="33"/>
      </w:tc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tcBorders>
          <w:insideH w:val="single" w:sz="6" w:space="0" w:color="D8B25C" w:themeColor="accent4"/>
          <w:insideV w:val="single" w:sz="6" w:space="0" w:color="D8B25C" w:themeColor="accent4"/>
        </w:tcBorders>
        <w:shd w:val="clear" w:color="auto" w:fill="EBD8A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  <w:insideH w:val="single" w:sz="8" w:space="0" w:color="7BA79D" w:themeColor="accent5"/>
        <w:insideV w:val="single" w:sz="8" w:space="0" w:color="7BA79D" w:themeColor="accent5"/>
      </w:tblBorders>
    </w:tblPr>
    <w:tcPr>
      <w:shd w:val="clear" w:color="auto" w:fill="DEE9E6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5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DEB" w:themeFill="accent5" w:themeFillTint="33"/>
      </w:tc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tcBorders>
          <w:insideH w:val="single" w:sz="6" w:space="0" w:color="7BA79D" w:themeColor="accent5"/>
          <w:insideV w:val="single" w:sz="6" w:space="0" w:color="7BA79D" w:themeColor="accent5"/>
        </w:tcBorders>
        <w:shd w:val="clear" w:color="auto" w:fill="BDD3CE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  <w:insideH w:val="single" w:sz="8" w:space="0" w:color="968C8C" w:themeColor="accent6"/>
        <w:insideV w:val="single" w:sz="8" w:space="0" w:color="968C8C" w:themeColor="accent6"/>
      </w:tblBorders>
    </w:tblPr>
    <w:tcPr>
      <w:shd w:val="clear" w:color="auto" w:fill="E5E2E2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F3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8E8" w:themeFill="accent6" w:themeFillTint="33"/>
      </w:tc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tcBorders>
          <w:insideH w:val="single" w:sz="6" w:space="0" w:color="968C8C" w:themeColor="accent6"/>
          <w:insideV w:val="single" w:sz="6" w:space="0" w:color="968C8C" w:themeColor="accent6"/>
        </w:tcBorders>
        <w:shd w:val="clear" w:color="auto" w:fill="CAC5C5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EC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B6D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B6D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B6D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DAE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DAE8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6DF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80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80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D80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D80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EBF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EBFA3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AD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B8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B8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B8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5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5C0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5EBD6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8B25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8B25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8B25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8B25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BD8A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BD8AD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EE9E6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BA79D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BA79D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BA79D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BA79D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DD3CE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DD3CE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2E2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8C8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8C8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8C8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8C8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5C5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5C5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4B6D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5C7D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48AB7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D80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C16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5A2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B8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5593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0865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8B25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B5E1D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A8E2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BA79D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9564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6827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68C8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4545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6767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D80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D8047" w:themeColor="accent2"/>
        <w:left w:val="single" w:sz="4" w:space="0" w:color="94B6D2" w:themeColor="accent1"/>
        <w:bottom w:val="single" w:sz="4" w:space="0" w:color="94B6D2" w:themeColor="accent1"/>
        <w:right w:val="single" w:sz="4" w:space="0" w:color="94B6D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7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F6F9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F6F97" w:themeColor="accent1" w:themeShade="99"/>
          <w:insideV w:val="nil"/>
        </w:tcBorders>
        <w:shd w:val="clear" w:color="auto" w:fill="3F6F9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F6F97" w:themeFill="accent1" w:themeFillShade="99"/>
      </w:tcPr>
    </w:tblStylePr>
    <w:tblStylePr w:type="band1Vert">
      <w:tblPr/>
      <w:tcPr>
        <w:shd w:val="clear" w:color="auto" w:fill="D4E1ED" w:themeFill="accent1" w:themeFillTint="66"/>
      </w:tcPr>
    </w:tblStylePr>
    <w:tblStylePr w:type="band1Horz">
      <w:tblPr/>
      <w:tcPr>
        <w:shd w:val="clear" w:color="auto" w:fill="C9DAE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D8047" w:themeColor="accent2"/>
        <w:left w:val="single" w:sz="4" w:space="0" w:color="DD8047" w:themeColor="accent2"/>
        <w:bottom w:val="single" w:sz="4" w:space="0" w:color="DD8047" w:themeColor="accent2"/>
        <w:right w:val="single" w:sz="4" w:space="0" w:color="DD80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2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3481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3481B" w:themeColor="accent2" w:themeShade="99"/>
          <w:insideV w:val="nil"/>
        </w:tcBorders>
        <w:shd w:val="clear" w:color="auto" w:fill="93481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481B" w:themeFill="accent2" w:themeFillShade="99"/>
      </w:tcPr>
    </w:tblStylePr>
    <w:tblStylePr w:type="band1Vert">
      <w:tblPr/>
      <w:tcPr>
        <w:shd w:val="clear" w:color="auto" w:fill="F1CBB5" w:themeFill="accent2" w:themeFillTint="66"/>
      </w:tcPr>
    </w:tblStylePr>
    <w:tblStylePr w:type="band1Horz">
      <w:tblPr/>
      <w:tcPr>
        <w:shd w:val="clear" w:color="auto" w:fill="EEBF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8B25C" w:themeColor="accent4"/>
        <w:left w:val="single" w:sz="4" w:space="0" w:color="A5AB81" w:themeColor="accent3"/>
        <w:bottom w:val="single" w:sz="4" w:space="0" w:color="A5AB81" w:themeColor="accent3"/>
        <w:right w:val="single" w:sz="4" w:space="0" w:color="A5AB8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8B25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66C48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66C48" w:themeColor="accent3" w:themeShade="99"/>
          <w:insideV w:val="nil"/>
        </w:tcBorders>
        <w:shd w:val="clear" w:color="auto" w:fill="666C48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C48" w:themeFill="accent3" w:themeFillShade="99"/>
      </w:tcPr>
    </w:tblStylePr>
    <w:tblStylePr w:type="band1Vert">
      <w:tblPr/>
      <w:tcPr>
        <w:shd w:val="clear" w:color="auto" w:fill="DBDDCC" w:themeFill="accent3" w:themeFillTint="66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B81" w:themeColor="accent3"/>
        <w:left w:val="single" w:sz="4" w:space="0" w:color="D8B25C" w:themeColor="accent4"/>
        <w:bottom w:val="single" w:sz="4" w:space="0" w:color="D8B25C" w:themeColor="accent4"/>
        <w:right w:val="single" w:sz="4" w:space="0" w:color="D8B25C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7EE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B8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5712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57123" w:themeColor="accent4" w:themeShade="99"/>
          <w:insideV w:val="nil"/>
        </w:tcBorders>
        <w:shd w:val="clear" w:color="auto" w:fill="95712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7123" w:themeFill="accent4" w:themeFillShade="99"/>
      </w:tcPr>
    </w:tblStylePr>
    <w:tblStylePr w:type="band1Vert">
      <w:tblPr/>
      <w:tcPr>
        <w:shd w:val="clear" w:color="auto" w:fill="EFE0BD" w:themeFill="accent4" w:themeFillTint="66"/>
      </w:tcPr>
    </w:tblStylePr>
    <w:tblStylePr w:type="band1Horz">
      <w:tblPr/>
      <w:tcPr>
        <w:shd w:val="clear" w:color="auto" w:fill="EBD8A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68C8C" w:themeColor="accent6"/>
        <w:left w:val="single" w:sz="4" w:space="0" w:color="7BA79D" w:themeColor="accent5"/>
        <w:bottom w:val="single" w:sz="4" w:space="0" w:color="7BA79D" w:themeColor="accent5"/>
        <w:right w:val="single" w:sz="4" w:space="0" w:color="7BA79D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5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8C8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5686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56860" w:themeColor="accent5" w:themeShade="99"/>
          <w:insideV w:val="nil"/>
        </w:tcBorders>
        <w:shd w:val="clear" w:color="auto" w:fill="45686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6860" w:themeFill="accent5" w:themeFillShade="99"/>
      </w:tcPr>
    </w:tblStylePr>
    <w:tblStylePr w:type="band1Vert">
      <w:tblPr/>
      <w:tcPr>
        <w:shd w:val="clear" w:color="auto" w:fill="CADBD7" w:themeFill="accent5" w:themeFillTint="66"/>
      </w:tcPr>
    </w:tblStylePr>
    <w:tblStylePr w:type="band1Horz">
      <w:tblPr/>
      <w:tcPr>
        <w:shd w:val="clear" w:color="auto" w:fill="BDD3CE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BA79D" w:themeColor="accent5"/>
        <w:left w:val="single" w:sz="4" w:space="0" w:color="968C8C" w:themeColor="accent6"/>
        <w:bottom w:val="single" w:sz="4" w:space="0" w:color="968C8C" w:themeColor="accent6"/>
        <w:right w:val="single" w:sz="4" w:space="0" w:color="968C8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3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BA79D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353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353" w:themeColor="accent6" w:themeShade="99"/>
          <w:insideV w:val="nil"/>
        </w:tcBorders>
        <w:shd w:val="clear" w:color="auto" w:fill="5A5353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353" w:themeFill="accent6" w:themeFillShade="99"/>
      </w:tcPr>
    </w:tblStylePr>
    <w:tblStylePr w:type="band1Vert">
      <w:tblPr/>
      <w:tcPr>
        <w:shd w:val="clear" w:color="auto" w:fill="D5D1D1" w:themeFill="accent6" w:themeFillTint="66"/>
      </w:tcPr>
    </w:tblStylePr>
    <w:tblStylePr w:type="band1Horz">
      <w:tblPr/>
      <w:tcPr>
        <w:shd w:val="clear" w:color="auto" w:fill="CAC5C5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7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2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6972F" w:themeFill="accent4" w:themeFillShade="CC"/>
      </w:tcPr>
    </w:tblStylePr>
    <w:tblStylePr w:type="lastRow">
      <w:rPr>
        <w:b/>
        <w:bCs/>
        <w:color w:val="C6972F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7EE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99060" w:themeFill="accent3" w:themeFillShade="CC"/>
      </w:tcPr>
    </w:tblStylePr>
    <w:tblStylePr w:type="lastRow">
      <w:rPr>
        <w:b/>
        <w:bCs/>
        <w:color w:val="89906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6F5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6E6E" w:themeFill="accent6" w:themeFillShade="CC"/>
      </w:tcPr>
    </w:tblStylePr>
    <w:tblStylePr w:type="lastRow">
      <w:rPr>
        <w:b/>
        <w:bCs/>
        <w:color w:val="796E6E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3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C8B80" w:themeFill="accent5" w:themeFillShade="CC"/>
      </w:tcPr>
    </w:tblStylePr>
    <w:tblStylePr w:type="lastRow">
      <w:rPr>
        <w:b/>
        <w:bCs/>
        <w:color w:val="5C8B8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0F6" w:themeFill="accent1" w:themeFillTint="33"/>
    </w:tcPr>
    <w:tblStylePr w:type="firstRow">
      <w:rPr>
        <w:b/>
        <w:bCs/>
      </w:rPr>
      <w:tblPr/>
      <w:tcPr>
        <w:shd w:val="clear" w:color="auto" w:fill="D4E1E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4E1E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548AB7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548AB7" w:themeFill="accent1" w:themeFillShade="BF"/>
      </w:tc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shd w:val="clear" w:color="auto" w:fill="C9DAE8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E5DA" w:themeFill="accent2" w:themeFillTint="33"/>
    </w:tcPr>
    <w:tblStylePr w:type="firstRow">
      <w:rPr>
        <w:b/>
        <w:bCs/>
      </w:rPr>
      <w:tblPr/>
      <w:tcPr>
        <w:shd w:val="clear" w:color="auto" w:fill="F1CB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1CB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85A2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85A22" w:themeFill="accent2" w:themeFillShade="BF"/>
      </w:tc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shd w:val="clear" w:color="auto" w:fill="EEBFA3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EE5" w:themeFill="accent3" w:themeFillTint="33"/>
    </w:tcPr>
    <w:tblStylePr w:type="firstRow">
      <w:rPr>
        <w:b/>
        <w:bCs/>
      </w:rPr>
      <w:tblPr/>
      <w:tcPr>
        <w:shd w:val="clear" w:color="auto" w:fill="DBDD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D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0865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0865A" w:themeFill="accent3" w:themeFillShade="BF"/>
      </w:tc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7EFDE" w:themeFill="accent4" w:themeFillTint="33"/>
    </w:tcPr>
    <w:tblStylePr w:type="firstRow">
      <w:rPr>
        <w:b/>
        <w:bCs/>
      </w:rPr>
      <w:tblPr/>
      <w:tcPr>
        <w:shd w:val="clear" w:color="auto" w:fill="EFE0B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E0B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A8E2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A8E2C" w:themeFill="accent4" w:themeFillShade="BF"/>
      </w:tc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shd w:val="clear" w:color="auto" w:fill="EBD8AD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EDEB" w:themeFill="accent5" w:themeFillTint="33"/>
    </w:tcPr>
    <w:tblStylePr w:type="firstRow">
      <w:rPr>
        <w:b/>
        <w:bCs/>
      </w:rPr>
      <w:tblPr/>
      <w:tcPr>
        <w:shd w:val="clear" w:color="auto" w:fill="CADBD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ADBD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6827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68278" w:themeFill="accent5" w:themeFillShade="BF"/>
      </w:tc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shd w:val="clear" w:color="auto" w:fill="BDD3CE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8E8" w:themeFill="accent6" w:themeFillTint="33"/>
    </w:tcPr>
    <w:tblStylePr w:type="firstRow">
      <w:rPr>
        <w:b/>
        <w:bCs/>
      </w:rPr>
      <w:tblPr/>
      <w:tcPr>
        <w:shd w:val="clear" w:color="auto" w:fill="D5D1D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1D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16767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16767" w:themeFill="accent6" w:themeFillShade="BF"/>
      </w:tc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shd w:val="clear" w:color="auto" w:fill="CAC5C5" w:themeFill="accent6" w:themeFillTint="7F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99138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Liza Obrevko</cp:lastModifiedBy>
  <cp:revision>2</cp:revision>
  <dcterms:created xsi:type="dcterms:W3CDTF">2013-12-23T23:15:00Z</dcterms:created>
  <dcterms:modified xsi:type="dcterms:W3CDTF">2024-12-18T11:55:00Z</dcterms:modified>
  <cp:category/>
</cp:coreProperties>
</file>