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988A7E" w14:textId="5417219B" w:rsidR="00E44FF5" w:rsidRPr="0015676B" w:rsidRDefault="00000000">
      <w:pPr>
        <w:pStyle w:val="Heading1"/>
        <w:jc w:val="center"/>
        <w:rPr>
          <w:rFonts w:asciiTheme="minorHAnsi" w:hAnsiTheme="minorHAnsi"/>
        </w:rPr>
      </w:pPr>
      <w:r w:rsidRPr="0015676B">
        <w:rPr>
          <w:rFonts w:asciiTheme="minorHAnsi" w:hAnsiTheme="minorHAnsi"/>
          <w:color w:val="000000"/>
          <w:sz w:val="44"/>
        </w:rPr>
        <w:t>CHANGE REQUEST TEMPLATE</w:t>
      </w:r>
    </w:p>
    <w:p w14:paraId="4641ADDD" w14:textId="77777777" w:rsidR="0015676B" w:rsidRDefault="0015676B">
      <w:pPr>
        <w:pStyle w:val="Heading2"/>
      </w:pPr>
    </w:p>
    <w:p w14:paraId="2F05C2DD" w14:textId="7676CA74" w:rsidR="00E44FF5" w:rsidRPr="0015676B" w:rsidRDefault="00000000">
      <w:pPr>
        <w:pStyle w:val="Heading2"/>
        <w:rPr>
          <w:rFonts w:asciiTheme="minorHAnsi" w:hAnsiTheme="minorHAnsi"/>
          <w:color w:val="000000" w:themeColor="text1"/>
        </w:rPr>
      </w:pPr>
      <w:r w:rsidRPr="0015676B">
        <w:rPr>
          <w:color w:val="000000" w:themeColor="text1"/>
        </w:rPr>
        <w:t>CHANGE REQUEST DETAILS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400"/>
        <w:gridCol w:w="5400"/>
      </w:tblGrid>
      <w:tr w:rsidR="00E44FF5" w:rsidRPr="0015676B" w14:paraId="41685F47" w14:textId="77777777">
        <w:tc>
          <w:tcPr>
            <w:tcW w:w="5400" w:type="dxa"/>
            <w:shd w:val="clear" w:color="auto" w:fill="C8E6C9"/>
          </w:tcPr>
          <w:p w14:paraId="0B116FE1" w14:textId="77777777" w:rsidR="00E44FF5" w:rsidRPr="0015676B" w:rsidRDefault="00000000">
            <w:r w:rsidRPr="0015676B">
              <w:rPr>
                <w:b/>
                <w:color w:val="000000"/>
              </w:rPr>
              <w:t>Change Request Title:</w:t>
            </w:r>
          </w:p>
        </w:tc>
        <w:tc>
          <w:tcPr>
            <w:tcW w:w="5400" w:type="dxa"/>
          </w:tcPr>
          <w:p w14:paraId="36FDCB2D" w14:textId="77777777" w:rsidR="00E44FF5" w:rsidRPr="0015676B" w:rsidRDefault="00000000">
            <w:r w:rsidRPr="0015676B">
              <w:t>_____________________________________________</w:t>
            </w:r>
          </w:p>
        </w:tc>
      </w:tr>
      <w:tr w:rsidR="00E44FF5" w:rsidRPr="0015676B" w14:paraId="22164570" w14:textId="77777777">
        <w:tc>
          <w:tcPr>
            <w:tcW w:w="5400" w:type="dxa"/>
            <w:shd w:val="clear" w:color="auto" w:fill="C8E6C9"/>
          </w:tcPr>
          <w:p w14:paraId="5C1C1024" w14:textId="77777777" w:rsidR="00E44FF5" w:rsidRPr="0015676B" w:rsidRDefault="00000000">
            <w:r w:rsidRPr="0015676B">
              <w:rPr>
                <w:b/>
                <w:color w:val="000000"/>
              </w:rPr>
              <w:t>Requester Name:</w:t>
            </w:r>
          </w:p>
        </w:tc>
        <w:tc>
          <w:tcPr>
            <w:tcW w:w="5400" w:type="dxa"/>
          </w:tcPr>
          <w:p w14:paraId="3BA41DC1" w14:textId="77777777" w:rsidR="00E44FF5" w:rsidRPr="0015676B" w:rsidRDefault="00000000">
            <w:r w:rsidRPr="0015676B">
              <w:t>_____________________________________________</w:t>
            </w:r>
          </w:p>
        </w:tc>
      </w:tr>
      <w:tr w:rsidR="00E44FF5" w:rsidRPr="0015676B" w14:paraId="4E8B9C9D" w14:textId="77777777">
        <w:tc>
          <w:tcPr>
            <w:tcW w:w="5400" w:type="dxa"/>
            <w:shd w:val="clear" w:color="auto" w:fill="C8E6C9"/>
          </w:tcPr>
          <w:p w14:paraId="4B72A8BD" w14:textId="77777777" w:rsidR="00E44FF5" w:rsidRPr="0015676B" w:rsidRDefault="00000000">
            <w:r w:rsidRPr="0015676B">
              <w:rPr>
                <w:b/>
                <w:color w:val="000000"/>
              </w:rPr>
              <w:t>Request Date:</w:t>
            </w:r>
          </w:p>
        </w:tc>
        <w:tc>
          <w:tcPr>
            <w:tcW w:w="5400" w:type="dxa"/>
          </w:tcPr>
          <w:p w14:paraId="08C02657" w14:textId="77777777" w:rsidR="00E44FF5" w:rsidRPr="0015676B" w:rsidRDefault="00000000">
            <w:r w:rsidRPr="0015676B">
              <w:t>_____________________________________________</w:t>
            </w:r>
          </w:p>
        </w:tc>
      </w:tr>
      <w:tr w:rsidR="00E44FF5" w:rsidRPr="0015676B" w14:paraId="059FAA76" w14:textId="77777777">
        <w:tc>
          <w:tcPr>
            <w:tcW w:w="5400" w:type="dxa"/>
            <w:shd w:val="clear" w:color="auto" w:fill="C8E6C9"/>
          </w:tcPr>
          <w:p w14:paraId="5D041809" w14:textId="77777777" w:rsidR="00E44FF5" w:rsidRPr="0015676B" w:rsidRDefault="00000000">
            <w:r w:rsidRPr="0015676B">
              <w:rPr>
                <w:b/>
                <w:color w:val="000000"/>
              </w:rPr>
              <w:t>Priority (High/Medium/Low):</w:t>
            </w:r>
          </w:p>
        </w:tc>
        <w:tc>
          <w:tcPr>
            <w:tcW w:w="5400" w:type="dxa"/>
          </w:tcPr>
          <w:p w14:paraId="011B0BC8" w14:textId="77777777" w:rsidR="00E44FF5" w:rsidRPr="0015676B" w:rsidRDefault="00000000">
            <w:r w:rsidRPr="0015676B">
              <w:t>_____________________________________________</w:t>
            </w:r>
          </w:p>
        </w:tc>
      </w:tr>
      <w:tr w:rsidR="00E44FF5" w:rsidRPr="0015676B" w14:paraId="390E8DA0" w14:textId="77777777">
        <w:tc>
          <w:tcPr>
            <w:tcW w:w="5400" w:type="dxa"/>
            <w:shd w:val="clear" w:color="auto" w:fill="C8E6C9"/>
          </w:tcPr>
          <w:p w14:paraId="595B2A30" w14:textId="77777777" w:rsidR="00E44FF5" w:rsidRPr="0015676B" w:rsidRDefault="00000000">
            <w:r w:rsidRPr="0015676B">
              <w:rPr>
                <w:b/>
                <w:color w:val="000000"/>
              </w:rPr>
              <w:t>Change Type:</w:t>
            </w:r>
          </w:p>
        </w:tc>
        <w:tc>
          <w:tcPr>
            <w:tcW w:w="5400" w:type="dxa"/>
          </w:tcPr>
          <w:p w14:paraId="196E570F" w14:textId="77777777" w:rsidR="00E44FF5" w:rsidRPr="0015676B" w:rsidRDefault="00000000">
            <w:r w:rsidRPr="0015676B">
              <w:t>_____________________________________________</w:t>
            </w:r>
          </w:p>
        </w:tc>
      </w:tr>
      <w:tr w:rsidR="00E44FF5" w:rsidRPr="0015676B" w14:paraId="5B7CE87E" w14:textId="77777777">
        <w:tc>
          <w:tcPr>
            <w:tcW w:w="5400" w:type="dxa"/>
            <w:shd w:val="clear" w:color="auto" w:fill="C8E6C9"/>
          </w:tcPr>
          <w:p w14:paraId="7E5C0F49" w14:textId="77777777" w:rsidR="00E44FF5" w:rsidRPr="0015676B" w:rsidRDefault="00000000">
            <w:r w:rsidRPr="0015676B">
              <w:rPr>
                <w:b/>
                <w:color w:val="000000"/>
              </w:rPr>
              <w:t>Impact Summary:</w:t>
            </w:r>
          </w:p>
        </w:tc>
        <w:tc>
          <w:tcPr>
            <w:tcW w:w="5400" w:type="dxa"/>
          </w:tcPr>
          <w:p w14:paraId="2CC34D65" w14:textId="77777777" w:rsidR="00E44FF5" w:rsidRPr="0015676B" w:rsidRDefault="00000000">
            <w:r w:rsidRPr="0015676B">
              <w:t>_____________________________________________</w:t>
            </w:r>
          </w:p>
        </w:tc>
      </w:tr>
      <w:tr w:rsidR="00E44FF5" w:rsidRPr="0015676B" w14:paraId="40A9C3FA" w14:textId="77777777">
        <w:tc>
          <w:tcPr>
            <w:tcW w:w="5400" w:type="dxa"/>
            <w:shd w:val="clear" w:color="auto" w:fill="C8E6C9"/>
          </w:tcPr>
          <w:p w14:paraId="61F00A94" w14:textId="77777777" w:rsidR="00E44FF5" w:rsidRPr="0015676B" w:rsidRDefault="00000000">
            <w:r w:rsidRPr="0015676B">
              <w:rPr>
                <w:b/>
                <w:color w:val="000000"/>
              </w:rPr>
              <w:t>Description of Change:</w:t>
            </w:r>
          </w:p>
        </w:tc>
        <w:tc>
          <w:tcPr>
            <w:tcW w:w="5400" w:type="dxa"/>
          </w:tcPr>
          <w:p w14:paraId="50D2C3AE" w14:textId="77777777" w:rsidR="00E44FF5" w:rsidRPr="0015676B" w:rsidRDefault="00000000">
            <w:r w:rsidRPr="0015676B">
              <w:t>_____________________________________________</w:t>
            </w:r>
          </w:p>
        </w:tc>
      </w:tr>
    </w:tbl>
    <w:p w14:paraId="118048BE" w14:textId="01735FF8" w:rsidR="0015676B" w:rsidRPr="0015676B" w:rsidRDefault="00000000" w:rsidP="0015676B">
      <w:pPr>
        <w:pStyle w:val="Heading2"/>
        <w:rPr>
          <w:rFonts w:asciiTheme="minorHAnsi" w:hAnsiTheme="minorHAnsi"/>
          <w:color w:val="000000" w:themeColor="text1"/>
        </w:rPr>
      </w:pPr>
      <w:r w:rsidRPr="0015676B">
        <w:rPr>
          <w:rFonts w:asciiTheme="minorHAnsi" w:hAnsiTheme="minorHAnsi"/>
        </w:rPr>
        <w:br/>
      </w:r>
      <w:r w:rsidRPr="0015676B">
        <w:rPr>
          <w:rFonts w:asciiTheme="minorHAnsi" w:hAnsiTheme="minorHAnsi"/>
          <w:color w:val="000000" w:themeColor="text1"/>
        </w:rPr>
        <w:t>APPROVALS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600"/>
        <w:gridCol w:w="3600"/>
        <w:gridCol w:w="3600"/>
      </w:tblGrid>
      <w:tr w:rsidR="00E44FF5" w:rsidRPr="0015676B" w14:paraId="2BEFBE23" w14:textId="77777777">
        <w:tc>
          <w:tcPr>
            <w:tcW w:w="3600" w:type="dxa"/>
            <w:shd w:val="clear" w:color="auto" w:fill="81C784"/>
          </w:tcPr>
          <w:p w14:paraId="0949AA32" w14:textId="77777777" w:rsidR="00E44FF5" w:rsidRPr="0015676B" w:rsidRDefault="00000000">
            <w:pPr>
              <w:jc w:val="center"/>
            </w:pPr>
            <w:r w:rsidRPr="0015676B">
              <w:rPr>
                <w:b/>
                <w:color w:val="000000"/>
              </w:rPr>
              <w:t>Approver Name</w:t>
            </w:r>
          </w:p>
        </w:tc>
        <w:tc>
          <w:tcPr>
            <w:tcW w:w="3600" w:type="dxa"/>
            <w:shd w:val="clear" w:color="auto" w:fill="81C784"/>
          </w:tcPr>
          <w:p w14:paraId="6A12E7A6" w14:textId="77777777" w:rsidR="00E44FF5" w:rsidRPr="0015676B" w:rsidRDefault="00000000">
            <w:pPr>
              <w:jc w:val="center"/>
            </w:pPr>
            <w:r w:rsidRPr="0015676B">
              <w:rPr>
                <w:b/>
                <w:color w:val="000000"/>
              </w:rPr>
              <w:t>Role</w:t>
            </w:r>
          </w:p>
        </w:tc>
        <w:tc>
          <w:tcPr>
            <w:tcW w:w="3600" w:type="dxa"/>
            <w:shd w:val="clear" w:color="auto" w:fill="81C784"/>
          </w:tcPr>
          <w:p w14:paraId="724DC0F0" w14:textId="77777777" w:rsidR="00E44FF5" w:rsidRPr="0015676B" w:rsidRDefault="00000000">
            <w:pPr>
              <w:jc w:val="center"/>
            </w:pPr>
            <w:r w:rsidRPr="0015676B">
              <w:rPr>
                <w:b/>
                <w:color w:val="000000"/>
              </w:rPr>
              <w:t>Approval Status</w:t>
            </w:r>
          </w:p>
        </w:tc>
      </w:tr>
      <w:tr w:rsidR="00E44FF5" w:rsidRPr="0015676B" w14:paraId="482A4AC0" w14:textId="77777777">
        <w:tc>
          <w:tcPr>
            <w:tcW w:w="3600" w:type="dxa"/>
          </w:tcPr>
          <w:p w14:paraId="275DFD70" w14:textId="77777777" w:rsidR="00E44FF5" w:rsidRPr="0015676B" w:rsidRDefault="00000000">
            <w:pPr>
              <w:jc w:val="center"/>
            </w:pPr>
            <w:r w:rsidRPr="0015676B">
              <w:t>Approver Name</w:t>
            </w:r>
          </w:p>
        </w:tc>
        <w:tc>
          <w:tcPr>
            <w:tcW w:w="3600" w:type="dxa"/>
          </w:tcPr>
          <w:p w14:paraId="5BD0786B" w14:textId="77777777" w:rsidR="00E44FF5" w:rsidRPr="0015676B" w:rsidRDefault="00000000">
            <w:pPr>
              <w:jc w:val="center"/>
            </w:pPr>
            <w:r w:rsidRPr="0015676B">
              <w:t>Role/Position</w:t>
            </w:r>
          </w:p>
        </w:tc>
        <w:tc>
          <w:tcPr>
            <w:tcW w:w="3600" w:type="dxa"/>
          </w:tcPr>
          <w:p w14:paraId="67A88CB1" w14:textId="77777777" w:rsidR="00E44FF5" w:rsidRPr="0015676B" w:rsidRDefault="00000000">
            <w:pPr>
              <w:jc w:val="center"/>
            </w:pPr>
            <w:r w:rsidRPr="0015676B">
              <w:t>Pending/Approved/Rejected</w:t>
            </w:r>
          </w:p>
        </w:tc>
      </w:tr>
      <w:tr w:rsidR="00E44FF5" w:rsidRPr="0015676B" w14:paraId="0C05F10C" w14:textId="77777777">
        <w:tc>
          <w:tcPr>
            <w:tcW w:w="3600" w:type="dxa"/>
          </w:tcPr>
          <w:p w14:paraId="19828989" w14:textId="77777777" w:rsidR="00E44FF5" w:rsidRPr="0015676B" w:rsidRDefault="00000000">
            <w:pPr>
              <w:jc w:val="center"/>
            </w:pPr>
            <w:r w:rsidRPr="0015676B">
              <w:t>Approver Name</w:t>
            </w:r>
          </w:p>
        </w:tc>
        <w:tc>
          <w:tcPr>
            <w:tcW w:w="3600" w:type="dxa"/>
          </w:tcPr>
          <w:p w14:paraId="3FE301D2" w14:textId="77777777" w:rsidR="00E44FF5" w:rsidRPr="0015676B" w:rsidRDefault="00000000">
            <w:pPr>
              <w:jc w:val="center"/>
            </w:pPr>
            <w:r w:rsidRPr="0015676B">
              <w:t>Role/Position</w:t>
            </w:r>
          </w:p>
        </w:tc>
        <w:tc>
          <w:tcPr>
            <w:tcW w:w="3600" w:type="dxa"/>
          </w:tcPr>
          <w:p w14:paraId="02C99FD9" w14:textId="77777777" w:rsidR="00E44FF5" w:rsidRPr="0015676B" w:rsidRDefault="00000000">
            <w:pPr>
              <w:jc w:val="center"/>
            </w:pPr>
            <w:r w:rsidRPr="0015676B">
              <w:t>Pending/Approved/Rejected</w:t>
            </w:r>
          </w:p>
        </w:tc>
      </w:tr>
      <w:tr w:rsidR="00E44FF5" w:rsidRPr="0015676B" w14:paraId="77471CE2" w14:textId="77777777">
        <w:tc>
          <w:tcPr>
            <w:tcW w:w="3600" w:type="dxa"/>
          </w:tcPr>
          <w:p w14:paraId="5AFD0917" w14:textId="77777777" w:rsidR="00E44FF5" w:rsidRPr="0015676B" w:rsidRDefault="00000000">
            <w:pPr>
              <w:jc w:val="center"/>
            </w:pPr>
            <w:r w:rsidRPr="0015676B">
              <w:t>Approver Name</w:t>
            </w:r>
          </w:p>
        </w:tc>
        <w:tc>
          <w:tcPr>
            <w:tcW w:w="3600" w:type="dxa"/>
          </w:tcPr>
          <w:p w14:paraId="38529CE0" w14:textId="77777777" w:rsidR="00E44FF5" w:rsidRPr="0015676B" w:rsidRDefault="00000000">
            <w:pPr>
              <w:jc w:val="center"/>
            </w:pPr>
            <w:r w:rsidRPr="0015676B">
              <w:t>Role/Position</w:t>
            </w:r>
          </w:p>
        </w:tc>
        <w:tc>
          <w:tcPr>
            <w:tcW w:w="3600" w:type="dxa"/>
          </w:tcPr>
          <w:p w14:paraId="54590CA6" w14:textId="77777777" w:rsidR="00E44FF5" w:rsidRPr="0015676B" w:rsidRDefault="00000000">
            <w:pPr>
              <w:jc w:val="center"/>
            </w:pPr>
            <w:r w:rsidRPr="0015676B">
              <w:t>Pending/Approved/Rejected</w:t>
            </w:r>
          </w:p>
        </w:tc>
      </w:tr>
    </w:tbl>
    <w:p w14:paraId="7E2C0F78" w14:textId="77777777" w:rsidR="00E44FF5" w:rsidRPr="0015676B" w:rsidRDefault="00000000">
      <w:pPr>
        <w:pStyle w:val="Heading2"/>
        <w:rPr>
          <w:rFonts w:asciiTheme="minorHAnsi" w:hAnsiTheme="minorHAnsi"/>
        </w:rPr>
      </w:pPr>
      <w:r w:rsidRPr="0015676B">
        <w:rPr>
          <w:rFonts w:asciiTheme="minorHAnsi" w:hAnsiTheme="minorHAnsi"/>
        </w:rPr>
        <w:br/>
      </w:r>
      <w:r w:rsidRPr="0015676B">
        <w:rPr>
          <w:rFonts w:asciiTheme="minorHAnsi" w:hAnsiTheme="minorHAnsi"/>
          <w:color w:val="000000" w:themeColor="text1"/>
        </w:rPr>
        <w:t>COMMENTS/NOTES</w:t>
      </w:r>
    </w:p>
    <w:p w14:paraId="7B5A7B15" w14:textId="77777777" w:rsidR="00E44FF5" w:rsidRDefault="00000000">
      <w:r>
        <w:t>__________________________________________________________________________</w:t>
      </w:r>
      <w:r>
        <w:br/>
        <w:t>__________________________________________________________________________</w:t>
      </w:r>
      <w:r>
        <w:br/>
        <w:t>__________________________________________________________________________</w:t>
      </w:r>
    </w:p>
    <w:p w14:paraId="7ABDB03E" w14:textId="77777777" w:rsidR="0015676B" w:rsidRDefault="0015676B"/>
    <w:p w14:paraId="089FB46B" w14:textId="77777777" w:rsidR="0015676B" w:rsidRDefault="0015676B"/>
    <w:sectPr w:rsidR="0015676B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97022733">
    <w:abstractNumId w:val="8"/>
  </w:num>
  <w:num w:numId="2" w16cid:durableId="536236436">
    <w:abstractNumId w:val="6"/>
  </w:num>
  <w:num w:numId="3" w16cid:durableId="28534173">
    <w:abstractNumId w:val="5"/>
  </w:num>
  <w:num w:numId="4" w16cid:durableId="1453093214">
    <w:abstractNumId w:val="4"/>
  </w:num>
  <w:num w:numId="5" w16cid:durableId="660432236">
    <w:abstractNumId w:val="7"/>
  </w:num>
  <w:num w:numId="6" w16cid:durableId="1523590825">
    <w:abstractNumId w:val="3"/>
  </w:num>
  <w:num w:numId="7" w16cid:durableId="657851936">
    <w:abstractNumId w:val="2"/>
  </w:num>
  <w:num w:numId="8" w16cid:durableId="1948392233">
    <w:abstractNumId w:val="1"/>
  </w:num>
  <w:num w:numId="9" w16cid:durableId="360009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5676B"/>
    <w:rsid w:val="0029639D"/>
    <w:rsid w:val="00326F90"/>
    <w:rsid w:val="00AA1D8D"/>
    <w:rsid w:val="00B47730"/>
    <w:rsid w:val="00BC70F4"/>
    <w:rsid w:val="00CB0664"/>
    <w:rsid w:val="00E44FF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52D17099"/>
  <w14:defaultImageDpi w14:val="300"/>
  <w15:docId w15:val="{5226C5F0-B2C9-9248-8B92-8C8B501B9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Liza Obrevko</cp:lastModifiedBy>
  <cp:revision>2</cp:revision>
  <dcterms:created xsi:type="dcterms:W3CDTF">2013-12-23T23:15:00Z</dcterms:created>
  <dcterms:modified xsi:type="dcterms:W3CDTF">2024-12-18T11:31:00Z</dcterms:modified>
  <cp:category/>
</cp:coreProperties>
</file>