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107237" w14:textId="77777777" w:rsidR="005F50CC" w:rsidRDefault="00000000">
      <w:pPr>
        <w:pStyle w:val="Heading1"/>
        <w:jc w:val="center"/>
      </w:pPr>
      <w:r>
        <w:rPr>
          <w:color w:val="000000"/>
          <w:sz w:val="44"/>
        </w:rPr>
        <w:t>PROJECT CLOSURE REPORT</w:t>
      </w:r>
    </w:p>
    <w:p w14:paraId="2BFA9C92" w14:textId="77777777" w:rsidR="005F50CC" w:rsidRPr="00480759" w:rsidRDefault="00000000">
      <w:pPr>
        <w:pStyle w:val="Heading2"/>
        <w:rPr>
          <w:b/>
          <w:bCs/>
          <w:sz w:val="28"/>
          <w:szCs w:val="28"/>
        </w:rPr>
      </w:pPr>
      <w:r>
        <w:br/>
      </w:r>
      <w:r w:rsidRPr="00480759">
        <w:rPr>
          <w:b/>
          <w:bCs/>
          <w:sz w:val="28"/>
          <w:szCs w:val="28"/>
        </w:rPr>
        <w:t>PROJECT DETAILS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040"/>
        <w:gridCol w:w="5040"/>
      </w:tblGrid>
      <w:tr w:rsidR="005F50CC" w14:paraId="58FFAD17" w14:textId="77777777">
        <w:tc>
          <w:tcPr>
            <w:tcW w:w="5040" w:type="dxa"/>
          </w:tcPr>
          <w:p w14:paraId="485558CB" w14:textId="77777777" w:rsidR="005F50CC" w:rsidRDefault="00000000" w:rsidP="005F0D7C">
            <w:pPr>
              <w:spacing w:line="240" w:lineRule="auto"/>
            </w:pPr>
            <w:r>
              <w:rPr>
                <w:b/>
              </w:rPr>
              <w:t>Project Name:</w:t>
            </w:r>
          </w:p>
        </w:tc>
        <w:tc>
          <w:tcPr>
            <w:tcW w:w="5040" w:type="dxa"/>
          </w:tcPr>
          <w:p w14:paraId="0D3C2FBA" w14:textId="77777777" w:rsidR="005F50CC" w:rsidRDefault="00000000">
            <w:r>
              <w:t>________________________________________</w:t>
            </w:r>
          </w:p>
        </w:tc>
      </w:tr>
      <w:tr w:rsidR="005F50CC" w14:paraId="6ECE4CE4" w14:textId="77777777">
        <w:tc>
          <w:tcPr>
            <w:tcW w:w="5040" w:type="dxa"/>
          </w:tcPr>
          <w:p w14:paraId="63A01FDF" w14:textId="77777777" w:rsidR="005F50CC" w:rsidRDefault="00000000" w:rsidP="005F0D7C">
            <w:pPr>
              <w:spacing w:line="240" w:lineRule="auto"/>
            </w:pPr>
            <w:r>
              <w:rPr>
                <w:b/>
              </w:rPr>
              <w:t>Project Manager:</w:t>
            </w:r>
          </w:p>
        </w:tc>
        <w:tc>
          <w:tcPr>
            <w:tcW w:w="5040" w:type="dxa"/>
          </w:tcPr>
          <w:p w14:paraId="10F3AA05" w14:textId="77777777" w:rsidR="005F50CC" w:rsidRDefault="00000000">
            <w:r>
              <w:t>________________________________________</w:t>
            </w:r>
          </w:p>
        </w:tc>
      </w:tr>
      <w:tr w:rsidR="005F50CC" w14:paraId="19916DE2" w14:textId="77777777">
        <w:tc>
          <w:tcPr>
            <w:tcW w:w="5040" w:type="dxa"/>
          </w:tcPr>
          <w:p w14:paraId="7B68C72D" w14:textId="77777777" w:rsidR="005F50CC" w:rsidRDefault="00000000" w:rsidP="005F0D7C">
            <w:pPr>
              <w:spacing w:line="240" w:lineRule="auto"/>
            </w:pPr>
            <w:r>
              <w:rPr>
                <w:b/>
              </w:rPr>
              <w:t>Project Start Date:</w:t>
            </w:r>
          </w:p>
        </w:tc>
        <w:tc>
          <w:tcPr>
            <w:tcW w:w="5040" w:type="dxa"/>
          </w:tcPr>
          <w:p w14:paraId="7DAE0F64" w14:textId="77777777" w:rsidR="005F50CC" w:rsidRDefault="00000000">
            <w:r>
              <w:t>________________________________________</w:t>
            </w:r>
          </w:p>
        </w:tc>
      </w:tr>
      <w:tr w:rsidR="005F50CC" w14:paraId="67F62EAF" w14:textId="77777777">
        <w:tc>
          <w:tcPr>
            <w:tcW w:w="5040" w:type="dxa"/>
          </w:tcPr>
          <w:p w14:paraId="7B3148FF" w14:textId="77777777" w:rsidR="005F50CC" w:rsidRDefault="00000000" w:rsidP="005F0D7C">
            <w:pPr>
              <w:spacing w:line="240" w:lineRule="auto"/>
            </w:pPr>
            <w:r>
              <w:rPr>
                <w:b/>
              </w:rPr>
              <w:t>Project End Date:</w:t>
            </w:r>
          </w:p>
        </w:tc>
        <w:tc>
          <w:tcPr>
            <w:tcW w:w="5040" w:type="dxa"/>
          </w:tcPr>
          <w:p w14:paraId="2CCA4CEF" w14:textId="77777777" w:rsidR="005F50CC" w:rsidRDefault="00000000">
            <w:r>
              <w:t>________________________________________</w:t>
            </w:r>
          </w:p>
        </w:tc>
      </w:tr>
      <w:tr w:rsidR="005F50CC" w14:paraId="5BEB2C09" w14:textId="77777777">
        <w:tc>
          <w:tcPr>
            <w:tcW w:w="5040" w:type="dxa"/>
          </w:tcPr>
          <w:p w14:paraId="6A69E2D0" w14:textId="77777777" w:rsidR="005F50CC" w:rsidRDefault="00000000" w:rsidP="005F0D7C">
            <w:pPr>
              <w:spacing w:line="240" w:lineRule="auto"/>
            </w:pPr>
            <w:r>
              <w:rPr>
                <w:b/>
              </w:rPr>
              <w:t>Project Objectives Achieved:</w:t>
            </w:r>
          </w:p>
        </w:tc>
        <w:tc>
          <w:tcPr>
            <w:tcW w:w="5040" w:type="dxa"/>
          </w:tcPr>
          <w:p w14:paraId="7B2F2D56" w14:textId="77777777" w:rsidR="005F50CC" w:rsidRDefault="00000000">
            <w:r>
              <w:t>________________________________________</w:t>
            </w:r>
          </w:p>
        </w:tc>
      </w:tr>
    </w:tbl>
    <w:p w14:paraId="68052F68" w14:textId="77777777" w:rsidR="005F50CC" w:rsidRPr="005F0D7C" w:rsidRDefault="00000000">
      <w:pPr>
        <w:pStyle w:val="Heading2"/>
        <w:rPr>
          <w:b/>
          <w:bCs/>
          <w:sz w:val="24"/>
          <w:szCs w:val="24"/>
        </w:rPr>
      </w:pPr>
      <w:r w:rsidRPr="005F0D7C">
        <w:rPr>
          <w:sz w:val="24"/>
          <w:szCs w:val="24"/>
        </w:rPr>
        <w:br/>
      </w:r>
      <w:r w:rsidRPr="005F0D7C">
        <w:rPr>
          <w:b/>
          <w:bCs/>
          <w:sz w:val="24"/>
          <w:szCs w:val="24"/>
        </w:rPr>
        <w:t>KEY ACHIEVEMENTS</w:t>
      </w:r>
    </w:p>
    <w:p w14:paraId="29F89654" w14:textId="039DDD09" w:rsidR="005F50CC" w:rsidRDefault="00000000">
      <w:r>
        <w:t xml:space="preserve"> ______________________________________________________________________</w:t>
      </w:r>
    </w:p>
    <w:p w14:paraId="40ABDD6C" w14:textId="77777777" w:rsidR="005F50CC" w:rsidRPr="005F0D7C" w:rsidRDefault="00000000">
      <w:pPr>
        <w:pStyle w:val="Heading2"/>
        <w:rPr>
          <w:b/>
          <w:bCs/>
          <w:sz w:val="24"/>
          <w:szCs w:val="24"/>
        </w:rPr>
      </w:pPr>
      <w:r w:rsidRPr="005F0D7C">
        <w:rPr>
          <w:sz w:val="24"/>
          <w:szCs w:val="24"/>
        </w:rPr>
        <w:br/>
      </w:r>
      <w:r w:rsidRPr="005F0D7C">
        <w:rPr>
          <w:b/>
          <w:bCs/>
          <w:sz w:val="24"/>
          <w:szCs w:val="24"/>
        </w:rPr>
        <w:t>PROJECT CHALLENGES</w:t>
      </w:r>
    </w:p>
    <w:p w14:paraId="1C5A47F6" w14:textId="6D7F848C" w:rsidR="005F50CC" w:rsidRDefault="00000000">
      <w:r>
        <w:t>______________________________________________________________________</w:t>
      </w:r>
      <w:r w:rsidR="005F0D7C">
        <w:t xml:space="preserve"> </w:t>
      </w:r>
    </w:p>
    <w:p w14:paraId="4E876608" w14:textId="77777777" w:rsidR="005F50CC" w:rsidRPr="005F0D7C" w:rsidRDefault="00000000">
      <w:pPr>
        <w:pStyle w:val="Heading2"/>
        <w:rPr>
          <w:b/>
          <w:bCs/>
          <w:sz w:val="24"/>
          <w:szCs w:val="24"/>
        </w:rPr>
      </w:pPr>
      <w:r w:rsidRPr="005F0D7C">
        <w:rPr>
          <w:sz w:val="24"/>
          <w:szCs w:val="24"/>
        </w:rPr>
        <w:br/>
      </w:r>
      <w:r w:rsidRPr="005F0D7C">
        <w:rPr>
          <w:b/>
          <w:bCs/>
          <w:sz w:val="24"/>
          <w:szCs w:val="24"/>
        </w:rPr>
        <w:t>LESSONS LEARNED</w:t>
      </w:r>
    </w:p>
    <w:p w14:paraId="3B622D8E" w14:textId="760E6BC2" w:rsidR="005F50CC" w:rsidRDefault="00000000">
      <w:r>
        <w:t>______________________________________________________________________</w:t>
      </w:r>
    </w:p>
    <w:p w14:paraId="407A6299" w14:textId="77777777" w:rsidR="005F50CC" w:rsidRPr="005F0D7C" w:rsidRDefault="00000000">
      <w:pPr>
        <w:pStyle w:val="Heading2"/>
        <w:rPr>
          <w:b/>
          <w:bCs/>
          <w:sz w:val="24"/>
          <w:szCs w:val="24"/>
        </w:rPr>
      </w:pPr>
      <w:r w:rsidRPr="005F0D7C">
        <w:rPr>
          <w:sz w:val="24"/>
          <w:szCs w:val="24"/>
        </w:rPr>
        <w:br/>
      </w:r>
      <w:r w:rsidRPr="005F0D7C">
        <w:rPr>
          <w:b/>
          <w:bCs/>
          <w:sz w:val="24"/>
          <w:szCs w:val="24"/>
        </w:rPr>
        <w:t>RECOMMENDATIONS</w:t>
      </w:r>
    </w:p>
    <w:p w14:paraId="32256265" w14:textId="4F0B50A9" w:rsidR="005F50CC" w:rsidRDefault="00000000">
      <w:r>
        <w:t>______________________________________________________________________</w:t>
      </w:r>
    </w:p>
    <w:p w14:paraId="5F3C9C39" w14:textId="77777777" w:rsidR="005F50CC" w:rsidRPr="005F0D7C" w:rsidRDefault="00000000">
      <w:pPr>
        <w:pStyle w:val="Heading2"/>
        <w:rPr>
          <w:b/>
          <w:bCs/>
          <w:sz w:val="24"/>
          <w:szCs w:val="24"/>
        </w:rPr>
      </w:pPr>
      <w:r>
        <w:br/>
      </w:r>
      <w:r w:rsidRPr="005F0D7C">
        <w:rPr>
          <w:b/>
          <w:bCs/>
          <w:sz w:val="24"/>
          <w:szCs w:val="24"/>
        </w:rPr>
        <w:t>PROJECT SIGN-OFF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040"/>
        <w:gridCol w:w="5040"/>
      </w:tblGrid>
      <w:tr w:rsidR="005F50CC" w14:paraId="74B63BAA" w14:textId="77777777">
        <w:tc>
          <w:tcPr>
            <w:tcW w:w="5040" w:type="dxa"/>
          </w:tcPr>
          <w:p w14:paraId="33422740" w14:textId="77777777" w:rsidR="005F50CC" w:rsidRDefault="00000000">
            <w:r>
              <w:rPr>
                <w:b/>
              </w:rPr>
              <w:t>Prepared By:</w:t>
            </w:r>
          </w:p>
        </w:tc>
        <w:tc>
          <w:tcPr>
            <w:tcW w:w="5040" w:type="dxa"/>
          </w:tcPr>
          <w:p w14:paraId="0BE89559" w14:textId="77777777" w:rsidR="005F50CC" w:rsidRDefault="00000000">
            <w:r>
              <w:t>________________________________________</w:t>
            </w:r>
          </w:p>
        </w:tc>
      </w:tr>
      <w:tr w:rsidR="005F50CC" w14:paraId="51E02723" w14:textId="77777777">
        <w:tc>
          <w:tcPr>
            <w:tcW w:w="5040" w:type="dxa"/>
          </w:tcPr>
          <w:p w14:paraId="0E1BDBC7" w14:textId="77777777" w:rsidR="005F50CC" w:rsidRDefault="00000000">
            <w:r>
              <w:rPr>
                <w:b/>
              </w:rPr>
              <w:t>Approved By:</w:t>
            </w:r>
          </w:p>
        </w:tc>
        <w:tc>
          <w:tcPr>
            <w:tcW w:w="5040" w:type="dxa"/>
          </w:tcPr>
          <w:p w14:paraId="5DCB0DE0" w14:textId="77777777" w:rsidR="005F50CC" w:rsidRDefault="00000000">
            <w:r>
              <w:t>________________________________________</w:t>
            </w:r>
          </w:p>
        </w:tc>
      </w:tr>
    </w:tbl>
    <w:p w14:paraId="1F4A3E9C" w14:textId="77777777" w:rsidR="00EC247E" w:rsidRDefault="00EC247E"/>
    <w:sectPr w:rsidR="00EC247E" w:rsidSect="00034616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HGGothicM">
    <w:altName w:val="HGｺﾞｼｯｸM"/>
    <w:panose1 w:val="020B0604020202020204"/>
    <w:charset w:val="80"/>
    <w:family w:val="roman"/>
    <w:notTrueType/>
    <w:pitch w:val="default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5998385">
    <w:abstractNumId w:val="8"/>
  </w:num>
  <w:num w:numId="2" w16cid:durableId="441265038">
    <w:abstractNumId w:val="6"/>
  </w:num>
  <w:num w:numId="3" w16cid:durableId="252592775">
    <w:abstractNumId w:val="5"/>
  </w:num>
  <w:num w:numId="4" w16cid:durableId="268662376">
    <w:abstractNumId w:val="4"/>
  </w:num>
  <w:num w:numId="5" w16cid:durableId="1762145017">
    <w:abstractNumId w:val="7"/>
  </w:num>
  <w:num w:numId="6" w16cid:durableId="1569876778">
    <w:abstractNumId w:val="3"/>
  </w:num>
  <w:num w:numId="7" w16cid:durableId="1619020134">
    <w:abstractNumId w:val="2"/>
  </w:num>
  <w:num w:numId="8" w16cid:durableId="1453863831">
    <w:abstractNumId w:val="1"/>
  </w:num>
  <w:num w:numId="9" w16cid:durableId="51660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80759"/>
    <w:rsid w:val="00481FED"/>
    <w:rsid w:val="005F0D7C"/>
    <w:rsid w:val="005F50CC"/>
    <w:rsid w:val="00AA1D8D"/>
    <w:rsid w:val="00B47730"/>
    <w:rsid w:val="00BC70F4"/>
    <w:rsid w:val="00CB0664"/>
    <w:rsid w:val="00EC247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73C4D010"/>
  <w14:defaultImageDpi w14:val="300"/>
  <w15:docId w15:val="{5226C5F0-B2C9-9248-8B92-8C8B501B9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759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0759"/>
    <w:pPr>
      <w:pBdr>
        <w:top w:val="single" w:sz="24" w:space="0" w:color="99CB38" w:themeColor="accent1"/>
        <w:left w:val="single" w:sz="24" w:space="0" w:color="99CB38" w:themeColor="accent1"/>
        <w:bottom w:val="single" w:sz="24" w:space="0" w:color="99CB38" w:themeColor="accent1"/>
        <w:right w:val="single" w:sz="24" w:space="0" w:color="99CB38" w:themeColor="accent1"/>
      </w:pBdr>
      <w:shd w:val="clear" w:color="auto" w:fill="99CB38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0759"/>
    <w:pPr>
      <w:pBdr>
        <w:top w:val="single" w:sz="24" w:space="0" w:color="EAF4D7" w:themeColor="accent1" w:themeTint="33"/>
        <w:left w:val="single" w:sz="24" w:space="0" w:color="EAF4D7" w:themeColor="accent1" w:themeTint="33"/>
        <w:bottom w:val="single" w:sz="24" w:space="0" w:color="EAF4D7" w:themeColor="accent1" w:themeTint="33"/>
        <w:right w:val="single" w:sz="24" w:space="0" w:color="EAF4D7" w:themeColor="accent1" w:themeTint="33"/>
      </w:pBdr>
      <w:shd w:val="clear" w:color="auto" w:fill="EAF4D7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0759"/>
    <w:pPr>
      <w:pBdr>
        <w:top w:val="single" w:sz="6" w:space="2" w:color="99CB38" w:themeColor="accent1"/>
        <w:left w:val="single" w:sz="6" w:space="2" w:color="99CB38" w:themeColor="accent1"/>
      </w:pBdr>
      <w:spacing w:before="300" w:after="0"/>
      <w:outlineLvl w:val="2"/>
    </w:pPr>
    <w:rPr>
      <w:caps/>
      <w:color w:val="4C661A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759"/>
    <w:pPr>
      <w:pBdr>
        <w:top w:val="dotted" w:sz="6" w:space="2" w:color="99CB38" w:themeColor="accent1"/>
        <w:left w:val="dotted" w:sz="6" w:space="2" w:color="99CB38" w:themeColor="accent1"/>
      </w:pBdr>
      <w:spacing w:before="300" w:after="0"/>
      <w:outlineLvl w:val="3"/>
    </w:pPr>
    <w:rPr>
      <w:caps/>
      <w:color w:val="729928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759"/>
    <w:pPr>
      <w:pBdr>
        <w:bottom w:val="single" w:sz="6" w:space="1" w:color="99CB38" w:themeColor="accent1"/>
      </w:pBdr>
      <w:spacing w:before="300" w:after="0"/>
      <w:outlineLvl w:val="4"/>
    </w:pPr>
    <w:rPr>
      <w:caps/>
      <w:color w:val="729928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759"/>
    <w:pPr>
      <w:pBdr>
        <w:bottom w:val="dotted" w:sz="6" w:space="1" w:color="99CB38" w:themeColor="accent1"/>
      </w:pBdr>
      <w:spacing w:before="300" w:after="0"/>
      <w:outlineLvl w:val="5"/>
    </w:pPr>
    <w:rPr>
      <w:caps/>
      <w:color w:val="729928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759"/>
    <w:pPr>
      <w:spacing w:before="300" w:after="0"/>
      <w:outlineLvl w:val="6"/>
    </w:pPr>
    <w:rPr>
      <w:caps/>
      <w:color w:val="729928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75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75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basedOn w:val="Normal"/>
    <w:link w:val="NoSpacingChar"/>
    <w:uiPriority w:val="1"/>
    <w:qFormat/>
    <w:rsid w:val="00480759"/>
    <w:pPr>
      <w:spacing w:before="0"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80759"/>
    <w:rPr>
      <w:b/>
      <w:bCs/>
      <w:caps/>
      <w:color w:val="FFFFFF" w:themeColor="background1"/>
      <w:spacing w:val="15"/>
      <w:shd w:val="clear" w:color="auto" w:fill="99CB38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480759"/>
    <w:rPr>
      <w:caps/>
      <w:spacing w:val="15"/>
      <w:shd w:val="clear" w:color="auto" w:fill="EAF4D7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480759"/>
    <w:rPr>
      <w:caps/>
      <w:color w:val="4C661A" w:themeColor="accent1" w:themeShade="7F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480759"/>
    <w:pPr>
      <w:spacing w:before="720"/>
    </w:pPr>
    <w:rPr>
      <w:caps/>
      <w:color w:val="99CB38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80759"/>
    <w:rPr>
      <w:caps/>
      <w:color w:val="99CB38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75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80759"/>
    <w:rPr>
      <w:caps/>
      <w:color w:val="595959" w:themeColor="text1" w:themeTint="A6"/>
      <w:spacing w:val="10"/>
      <w:sz w:val="24"/>
      <w:szCs w:val="24"/>
    </w:rPr>
  </w:style>
  <w:style w:type="paragraph" w:styleId="ListParagraph">
    <w:name w:val="List Paragraph"/>
    <w:basedOn w:val="Normal"/>
    <w:uiPriority w:val="34"/>
    <w:qFormat/>
    <w:rsid w:val="00480759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480759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480759"/>
    <w:rPr>
      <w:i/>
      <w:i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759"/>
    <w:rPr>
      <w:caps/>
      <w:color w:val="729928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759"/>
    <w:rPr>
      <w:caps/>
      <w:color w:val="729928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759"/>
    <w:rPr>
      <w:caps/>
      <w:color w:val="729928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759"/>
    <w:rPr>
      <w:caps/>
      <w:color w:val="729928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759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759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80759"/>
    <w:rPr>
      <w:b/>
      <w:bCs/>
      <w:color w:val="729928" w:themeColor="accent1" w:themeShade="BF"/>
      <w:sz w:val="16"/>
      <w:szCs w:val="16"/>
    </w:rPr>
  </w:style>
  <w:style w:type="character" w:styleId="Strong">
    <w:name w:val="Strong"/>
    <w:uiPriority w:val="22"/>
    <w:qFormat/>
    <w:rsid w:val="00480759"/>
    <w:rPr>
      <w:b/>
      <w:bCs/>
    </w:rPr>
  </w:style>
  <w:style w:type="character" w:styleId="Emphasis">
    <w:name w:val="Emphasis"/>
    <w:uiPriority w:val="20"/>
    <w:qFormat/>
    <w:rsid w:val="00480759"/>
    <w:rPr>
      <w:caps/>
      <w:color w:val="4C661A" w:themeColor="accent1" w:themeShade="7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759"/>
    <w:pPr>
      <w:pBdr>
        <w:top w:val="single" w:sz="4" w:space="10" w:color="99CB38" w:themeColor="accent1"/>
        <w:left w:val="single" w:sz="4" w:space="10" w:color="99CB38" w:themeColor="accent1"/>
      </w:pBdr>
      <w:spacing w:after="0"/>
      <w:ind w:left="1296" w:right="1152"/>
      <w:jc w:val="both"/>
    </w:pPr>
    <w:rPr>
      <w:i/>
      <w:iCs/>
      <w:color w:val="99CB38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759"/>
    <w:rPr>
      <w:i/>
      <w:iCs/>
      <w:color w:val="99CB38" w:themeColor="accent1"/>
      <w:sz w:val="20"/>
      <w:szCs w:val="20"/>
    </w:rPr>
  </w:style>
  <w:style w:type="character" w:styleId="SubtleEmphasis">
    <w:name w:val="Subtle Emphasis"/>
    <w:uiPriority w:val="19"/>
    <w:qFormat/>
    <w:rsid w:val="00480759"/>
    <w:rPr>
      <w:i/>
      <w:iCs/>
      <w:color w:val="4C661A" w:themeColor="accent1" w:themeShade="7F"/>
    </w:rPr>
  </w:style>
  <w:style w:type="character" w:styleId="IntenseEmphasis">
    <w:name w:val="Intense Emphasis"/>
    <w:uiPriority w:val="21"/>
    <w:qFormat/>
    <w:rsid w:val="00480759"/>
    <w:rPr>
      <w:b/>
      <w:bCs/>
      <w:caps/>
      <w:color w:val="4C661A" w:themeColor="accent1" w:themeShade="7F"/>
      <w:spacing w:val="10"/>
    </w:rPr>
  </w:style>
  <w:style w:type="character" w:styleId="SubtleReference">
    <w:name w:val="Subtle Reference"/>
    <w:uiPriority w:val="31"/>
    <w:qFormat/>
    <w:rsid w:val="00480759"/>
    <w:rPr>
      <w:b/>
      <w:bCs/>
      <w:color w:val="99CB38" w:themeColor="accent1"/>
    </w:rPr>
  </w:style>
  <w:style w:type="character" w:styleId="IntenseReference">
    <w:name w:val="Intense Reference"/>
    <w:uiPriority w:val="32"/>
    <w:qFormat/>
    <w:rsid w:val="00480759"/>
    <w:rPr>
      <w:b/>
      <w:bCs/>
      <w:i/>
      <w:iCs/>
      <w:caps/>
      <w:color w:val="99CB38" w:themeColor="accent1"/>
    </w:rPr>
  </w:style>
  <w:style w:type="character" w:styleId="BookTitle">
    <w:name w:val="Book Title"/>
    <w:uiPriority w:val="33"/>
    <w:qFormat/>
    <w:rsid w:val="00480759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80759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729928" w:themeColor="accent1" w:themeShade="BF"/>
    </w:rPr>
    <w:tblPr>
      <w:tblStyleRowBandSize w:val="1"/>
      <w:tblStyleColBandSize w:val="1"/>
      <w:tblBorders>
        <w:top w:val="single" w:sz="8" w:space="0" w:color="99CB38" w:themeColor="accent1"/>
        <w:bottom w:val="single" w:sz="8" w:space="0" w:color="99CB38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B38" w:themeColor="accent1"/>
          <w:left w:val="nil"/>
          <w:bottom w:val="single" w:sz="8" w:space="0" w:color="99CB38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B38" w:themeColor="accent1"/>
          <w:left w:val="nil"/>
          <w:bottom w:val="single" w:sz="8" w:space="0" w:color="99CB38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2C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2CD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4A7B29" w:themeColor="accent2" w:themeShade="BF"/>
    </w:rPr>
    <w:tblPr>
      <w:tblStyleRowBandSize w:val="1"/>
      <w:tblStyleColBandSize w:val="1"/>
      <w:tblBorders>
        <w:top w:val="single" w:sz="8" w:space="0" w:color="63A537" w:themeColor="accent2"/>
        <w:bottom w:val="single" w:sz="8" w:space="0" w:color="63A53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A537" w:themeColor="accent2"/>
          <w:left w:val="nil"/>
          <w:bottom w:val="single" w:sz="8" w:space="0" w:color="63A53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A537" w:themeColor="accent2"/>
          <w:left w:val="nil"/>
          <w:bottom w:val="single" w:sz="8" w:space="0" w:color="63A53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DC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EDC9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297C52" w:themeColor="accent3" w:themeShade="BF"/>
    </w:rPr>
    <w:tblPr>
      <w:tblStyleRowBandSize w:val="1"/>
      <w:tblStyleColBandSize w:val="1"/>
      <w:tblBorders>
        <w:top w:val="single" w:sz="8" w:space="0" w:color="37A76F" w:themeColor="accent3"/>
        <w:bottom w:val="single" w:sz="8" w:space="0" w:color="37A76F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7A76F" w:themeColor="accent3"/>
          <w:left w:val="nil"/>
          <w:bottom w:val="single" w:sz="8" w:space="0" w:color="37A76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7A76F" w:themeColor="accent3"/>
          <w:left w:val="nil"/>
          <w:bottom w:val="single" w:sz="8" w:space="0" w:color="37A76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DD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EDDB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30927A" w:themeColor="accent4" w:themeShade="BF"/>
    </w:rPr>
    <w:tblPr>
      <w:tblStyleRowBandSize w:val="1"/>
      <w:tblStyleColBandSize w:val="1"/>
      <w:tblBorders>
        <w:top w:val="single" w:sz="8" w:space="0" w:color="44C1A3" w:themeColor="accent4"/>
        <w:bottom w:val="single" w:sz="8" w:space="0" w:color="44C1A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C1A3" w:themeColor="accent4"/>
          <w:left w:val="nil"/>
          <w:bottom w:val="single" w:sz="8" w:space="0" w:color="44C1A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C1A3" w:themeColor="accent4"/>
          <w:left w:val="nil"/>
          <w:bottom w:val="single" w:sz="8" w:space="0" w:color="44C1A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2D8CA7" w:themeColor="accent5" w:themeShade="BF"/>
    </w:rPr>
    <w:tblPr>
      <w:tblStyleRowBandSize w:val="1"/>
      <w:tblStyleColBandSize w:val="1"/>
      <w:tblBorders>
        <w:top w:val="single" w:sz="8" w:space="0" w:color="4EB3CF" w:themeColor="accent5"/>
        <w:bottom w:val="single" w:sz="8" w:space="0" w:color="4EB3C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B3CF" w:themeColor="accent5"/>
          <w:left w:val="nil"/>
          <w:bottom w:val="single" w:sz="8" w:space="0" w:color="4EB3C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B3CF" w:themeColor="accent5"/>
          <w:left w:val="nil"/>
          <w:bottom w:val="single" w:sz="8" w:space="0" w:color="4EB3C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CF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ECF3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08A4EE" w:themeColor="accent6" w:themeShade="BF"/>
    </w:rPr>
    <w:tblPr>
      <w:tblStyleRowBandSize w:val="1"/>
      <w:tblStyleColBandSize w:val="1"/>
      <w:tblBorders>
        <w:top w:val="single" w:sz="8" w:space="0" w:color="51C3F9" w:themeColor="accent6"/>
        <w:bottom w:val="single" w:sz="8" w:space="0" w:color="51C3F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1C3F9" w:themeColor="accent6"/>
          <w:left w:val="nil"/>
          <w:bottom w:val="single" w:sz="8" w:space="0" w:color="51C3F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1C3F9" w:themeColor="accent6"/>
          <w:left w:val="nil"/>
          <w:bottom w:val="single" w:sz="8" w:space="0" w:color="51C3F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F0FD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F0FD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99CB38" w:themeColor="accent1"/>
        <w:left w:val="single" w:sz="8" w:space="0" w:color="99CB38" w:themeColor="accent1"/>
        <w:bottom w:val="single" w:sz="8" w:space="0" w:color="99CB38" w:themeColor="accent1"/>
        <w:right w:val="single" w:sz="8" w:space="0" w:color="99CB38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9CB3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CB38" w:themeColor="accent1"/>
          <w:left w:val="single" w:sz="8" w:space="0" w:color="99CB38" w:themeColor="accent1"/>
          <w:bottom w:val="single" w:sz="8" w:space="0" w:color="99CB38" w:themeColor="accent1"/>
          <w:right w:val="single" w:sz="8" w:space="0" w:color="99CB3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CB38" w:themeColor="accent1"/>
          <w:left w:val="single" w:sz="8" w:space="0" w:color="99CB38" w:themeColor="accent1"/>
          <w:bottom w:val="single" w:sz="8" w:space="0" w:color="99CB38" w:themeColor="accent1"/>
          <w:right w:val="single" w:sz="8" w:space="0" w:color="99CB38" w:themeColor="accent1"/>
        </w:tcBorders>
      </w:tcPr>
    </w:tblStylePr>
    <w:tblStylePr w:type="band1Horz">
      <w:tblPr/>
      <w:tcPr>
        <w:tcBorders>
          <w:top w:val="single" w:sz="8" w:space="0" w:color="99CB38" w:themeColor="accent1"/>
          <w:left w:val="single" w:sz="8" w:space="0" w:color="99CB38" w:themeColor="accent1"/>
          <w:bottom w:val="single" w:sz="8" w:space="0" w:color="99CB38" w:themeColor="accent1"/>
          <w:right w:val="single" w:sz="8" w:space="0" w:color="99CB38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63A537" w:themeColor="accent2"/>
        <w:left w:val="single" w:sz="8" w:space="0" w:color="63A537" w:themeColor="accent2"/>
        <w:bottom w:val="single" w:sz="8" w:space="0" w:color="63A537" w:themeColor="accent2"/>
        <w:right w:val="single" w:sz="8" w:space="0" w:color="63A53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3A53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  <w:tblStylePr w:type="band1Horz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37A76F" w:themeColor="accent3"/>
        <w:left w:val="single" w:sz="8" w:space="0" w:color="37A76F" w:themeColor="accent3"/>
        <w:bottom w:val="single" w:sz="8" w:space="0" w:color="37A76F" w:themeColor="accent3"/>
        <w:right w:val="single" w:sz="8" w:space="0" w:color="37A76F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7A76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7A76F" w:themeColor="accent3"/>
          <w:left w:val="single" w:sz="8" w:space="0" w:color="37A76F" w:themeColor="accent3"/>
          <w:bottom w:val="single" w:sz="8" w:space="0" w:color="37A76F" w:themeColor="accent3"/>
          <w:right w:val="single" w:sz="8" w:space="0" w:color="37A76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7A76F" w:themeColor="accent3"/>
          <w:left w:val="single" w:sz="8" w:space="0" w:color="37A76F" w:themeColor="accent3"/>
          <w:bottom w:val="single" w:sz="8" w:space="0" w:color="37A76F" w:themeColor="accent3"/>
          <w:right w:val="single" w:sz="8" w:space="0" w:color="37A76F" w:themeColor="accent3"/>
        </w:tcBorders>
      </w:tcPr>
    </w:tblStylePr>
    <w:tblStylePr w:type="band1Horz">
      <w:tblPr/>
      <w:tcPr>
        <w:tcBorders>
          <w:top w:val="single" w:sz="8" w:space="0" w:color="37A76F" w:themeColor="accent3"/>
          <w:left w:val="single" w:sz="8" w:space="0" w:color="37A76F" w:themeColor="accent3"/>
          <w:bottom w:val="single" w:sz="8" w:space="0" w:color="37A76F" w:themeColor="accent3"/>
          <w:right w:val="single" w:sz="8" w:space="0" w:color="37A76F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C1A3" w:themeColor="accent4"/>
        <w:left w:val="single" w:sz="8" w:space="0" w:color="44C1A3" w:themeColor="accent4"/>
        <w:bottom w:val="single" w:sz="8" w:space="0" w:color="44C1A3" w:themeColor="accent4"/>
        <w:right w:val="single" w:sz="8" w:space="0" w:color="44C1A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C1A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</w:tcBorders>
      </w:tcPr>
    </w:tblStylePr>
    <w:tblStylePr w:type="band1Horz"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EB3CF" w:themeColor="accent5"/>
        <w:left w:val="single" w:sz="8" w:space="0" w:color="4EB3CF" w:themeColor="accent5"/>
        <w:bottom w:val="single" w:sz="8" w:space="0" w:color="4EB3CF" w:themeColor="accent5"/>
        <w:right w:val="single" w:sz="8" w:space="0" w:color="4EB3C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B3C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</w:tcBorders>
      </w:tcPr>
    </w:tblStylePr>
    <w:tblStylePr w:type="band1Horz"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1C3F9" w:themeColor="accent6"/>
        <w:left w:val="single" w:sz="8" w:space="0" w:color="51C3F9" w:themeColor="accent6"/>
        <w:bottom w:val="single" w:sz="8" w:space="0" w:color="51C3F9" w:themeColor="accent6"/>
        <w:right w:val="single" w:sz="8" w:space="0" w:color="51C3F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1C3F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1C3F9" w:themeColor="accent6"/>
          <w:left w:val="single" w:sz="8" w:space="0" w:color="51C3F9" w:themeColor="accent6"/>
          <w:bottom w:val="single" w:sz="8" w:space="0" w:color="51C3F9" w:themeColor="accent6"/>
          <w:right w:val="single" w:sz="8" w:space="0" w:color="51C3F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1C3F9" w:themeColor="accent6"/>
          <w:left w:val="single" w:sz="8" w:space="0" w:color="51C3F9" w:themeColor="accent6"/>
          <w:bottom w:val="single" w:sz="8" w:space="0" w:color="51C3F9" w:themeColor="accent6"/>
          <w:right w:val="single" w:sz="8" w:space="0" w:color="51C3F9" w:themeColor="accent6"/>
        </w:tcBorders>
      </w:tcPr>
    </w:tblStylePr>
    <w:tblStylePr w:type="band1Horz">
      <w:tblPr/>
      <w:tcPr>
        <w:tcBorders>
          <w:top w:val="single" w:sz="8" w:space="0" w:color="51C3F9" w:themeColor="accent6"/>
          <w:left w:val="single" w:sz="8" w:space="0" w:color="51C3F9" w:themeColor="accent6"/>
          <w:bottom w:val="single" w:sz="8" w:space="0" w:color="51C3F9" w:themeColor="accent6"/>
          <w:right w:val="single" w:sz="8" w:space="0" w:color="51C3F9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9CB38" w:themeColor="accent1"/>
        <w:left w:val="single" w:sz="8" w:space="0" w:color="99CB38" w:themeColor="accent1"/>
        <w:bottom w:val="single" w:sz="8" w:space="0" w:color="99CB38" w:themeColor="accent1"/>
        <w:right w:val="single" w:sz="8" w:space="0" w:color="99CB38" w:themeColor="accent1"/>
        <w:insideH w:val="single" w:sz="8" w:space="0" w:color="99CB38" w:themeColor="accent1"/>
        <w:insideV w:val="single" w:sz="8" w:space="0" w:color="99CB38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CB38" w:themeColor="accent1"/>
          <w:left w:val="single" w:sz="8" w:space="0" w:color="99CB38" w:themeColor="accent1"/>
          <w:bottom w:val="single" w:sz="18" w:space="0" w:color="99CB38" w:themeColor="accent1"/>
          <w:right w:val="single" w:sz="8" w:space="0" w:color="99CB38" w:themeColor="accent1"/>
          <w:insideH w:val="nil"/>
          <w:insideV w:val="single" w:sz="8" w:space="0" w:color="99CB38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9CB38" w:themeColor="accent1"/>
          <w:left w:val="single" w:sz="8" w:space="0" w:color="99CB38" w:themeColor="accent1"/>
          <w:bottom w:val="single" w:sz="8" w:space="0" w:color="99CB38" w:themeColor="accent1"/>
          <w:right w:val="single" w:sz="8" w:space="0" w:color="99CB38" w:themeColor="accent1"/>
          <w:insideH w:val="nil"/>
          <w:insideV w:val="single" w:sz="8" w:space="0" w:color="99CB38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CB38" w:themeColor="accent1"/>
          <w:left w:val="single" w:sz="8" w:space="0" w:color="99CB38" w:themeColor="accent1"/>
          <w:bottom w:val="single" w:sz="8" w:space="0" w:color="99CB38" w:themeColor="accent1"/>
          <w:right w:val="single" w:sz="8" w:space="0" w:color="99CB38" w:themeColor="accent1"/>
        </w:tcBorders>
      </w:tcPr>
    </w:tblStylePr>
    <w:tblStylePr w:type="band1Vert">
      <w:tblPr/>
      <w:tcPr>
        <w:tcBorders>
          <w:top w:val="single" w:sz="8" w:space="0" w:color="99CB38" w:themeColor="accent1"/>
          <w:left w:val="single" w:sz="8" w:space="0" w:color="99CB38" w:themeColor="accent1"/>
          <w:bottom w:val="single" w:sz="8" w:space="0" w:color="99CB38" w:themeColor="accent1"/>
          <w:right w:val="single" w:sz="8" w:space="0" w:color="99CB38" w:themeColor="accent1"/>
        </w:tcBorders>
        <w:shd w:val="clear" w:color="auto" w:fill="E5F2CD" w:themeFill="accent1" w:themeFillTint="3F"/>
      </w:tcPr>
    </w:tblStylePr>
    <w:tblStylePr w:type="band1Horz">
      <w:tblPr/>
      <w:tcPr>
        <w:tcBorders>
          <w:top w:val="single" w:sz="8" w:space="0" w:color="99CB38" w:themeColor="accent1"/>
          <w:left w:val="single" w:sz="8" w:space="0" w:color="99CB38" w:themeColor="accent1"/>
          <w:bottom w:val="single" w:sz="8" w:space="0" w:color="99CB38" w:themeColor="accent1"/>
          <w:right w:val="single" w:sz="8" w:space="0" w:color="99CB38" w:themeColor="accent1"/>
          <w:insideV w:val="single" w:sz="8" w:space="0" w:color="99CB38" w:themeColor="accent1"/>
        </w:tcBorders>
        <w:shd w:val="clear" w:color="auto" w:fill="E5F2CD" w:themeFill="accent1" w:themeFillTint="3F"/>
      </w:tcPr>
    </w:tblStylePr>
    <w:tblStylePr w:type="band2Horz">
      <w:tblPr/>
      <w:tcPr>
        <w:tcBorders>
          <w:top w:val="single" w:sz="8" w:space="0" w:color="99CB38" w:themeColor="accent1"/>
          <w:left w:val="single" w:sz="8" w:space="0" w:color="99CB38" w:themeColor="accent1"/>
          <w:bottom w:val="single" w:sz="8" w:space="0" w:color="99CB38" w:themeColor="accent1"/>
          <w:right w:val="single" w:sz="8" w:space="0" w:color="99CB38" w:themeColor="accent1"/>
          <w:insideV w:val="single" w:sz="8" w:space="0" w:color="99CB38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63A537" w:themeColor="accent2"/>
        <w:left w:val="single" w:sz="8" w:space="0" w:color="63A537" w:themeColor="accent2"/>
        <w:bottom w:val="single" w:sz="8" w:space="0" w:color="63A537" w:themeColor="accent2"/>
        <w:right w:val="single" w:sz="8" w:space="0" w:color="63A537" w:themeColor="accent2"/>
        <w:insideH w:val="single" w:sz="8" w:space="0" w:color="63A537" w:themeColor="accent2"/>
        <w:insideV w:val="single" w:sz="8" w:space="0" w:color="63A53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18" w:space="0" w:color="63A537" w:themeColor="accent2"/>
          <w:right w:val="single" w:sz="8" w:space="0" w:color="63A537" w:themeColor="accent2"/>
          <w:insideH w:val="nil"/>
          <w:insideV w:val="single" w:sz="8" w:space="0" w:color="63A53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  <w:insideH w:val="nil"/>
          <w:insideV w:val="single" w:sz="8" w:space="0" w:color="63A53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  <w:tblStylePr w:type="band1Vert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  <w:shd w:val="clear" w:color="auto" w:fill="D7EDC9" w:themeFill="accent2" w:themeFillTint="3F"/>
      </w:tcPr>
    </w:tblStylePr>
    <w:tblStylePr w:type="band1Horz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  <w:insideV w:val="single" w:sz="8" w:space="0" w:color="63A537" w:themeColor="accent2"/>
        </w:tcBorders>
        <w:shd w:val="clear" w:color="auto" w:fill="D7EDC9" w:themeFill="accent2" w:themeFillTint="3F"/>
      </w:tcPr>
    </w:tblStylePr>
    <w:tblStylePr w:type="band2Horz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  <w:insideV w:val="single" w:sz="8" w:space="0" w:color="63A537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37A76F" w:themeColor="accent3"/>
        <w:left w:val="single" w:sz="8" w:space="0" w:color="37A76F" w:themeColor="accent3"/>
        <w:bottom w:val="single" w:sz="8" w:space="0" w:color="37A76F" w:themeColor="accent3"/>
        <w:right w:val="single" w:sz="8" w:space="0" w:color="37A76F" w:themeColor="accent3"/>
        <w:insideH w:val="single" w:sz="8" w:space="0" w:color="37A76F" w:themeColor="accent3"/>
        <w:insideV w:val="single" w:sz="8" w:space="0" w:color="37A76F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7A76F" w:themeColor="accent3"/>
          <w:left w:val="single" w:sz="8" w:space="0" w:color="37A76F" w:themeColor="accent3"/>
          <w:bottom w:val="single" w:sz="18" w:space="0" w:color="37A76F" w:themeColor="accent3"/>
          <w:right w:val="single" w:sz="8" w:space="0" w:color="37A76F" w:themeColor="accent3"/>
          <w:insideH w:val="nil"/>
          <w:insideV w:val="single" w:sz="8" w:space="0" w:color="37A76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7A76F" w:themeColor="accent3"/>
          <w:left w:val="single" w:sz="8" w:space="0" w:color="37A76F" w:themeColor="accent3"/>
          <w:bottom w:val="single" w:sz="8" w:space="0" w:color="37A76F" w:themeColor="accent3"/>
          <w:right w:val="single" w:sz="8" w:space="0" w:color="37A76F" w:themeColor="accent3"/>
          <w:insideH w:val="nil"/>
          <w:insideV w:val="single" w:sz="8" w:space="0" w:color="37A76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7A76F" w:themeColor="accent3"/>
          <w:left w:val="single" w:sz="8" w:space="0" w:color="37A76F" w:themeColor="accent3"/>
          <w:bottom w:val="single" w:sz="8" w:space="0" w:color="37A76F" w:themeColor="accent3"/>
          <w:right w:val="single" w:sz="8" w:space="0" w:color="37A76F" w:themeColor="accent3"/>
        </w:tcBorders>
      </w:tcPr>
    </w:tblStylePr>
    <w:tblStylePr w:type="band1Vert">
      <w:tblPr/>
      <w:tcPr>
        <w:tcBorders>
          <w:top w:val="single" w:sz="8" w:space="0" w:color="37A76F" w:themeColor="accent3"/>
          <w:left w:val="single" w:sz="8" w:space="0" w:color="37A76F" w:themeColor="accent3"/>
          <w:bottom w:val="single" w:sz="8" w:space="0" w:color="37A76F" w:themeColor="accent3"/>
          <w:right w:val="single" w:sz="8" w:space="0" w:color="37A76F" w:themeColor="accent3"/>
        </w:tcBorders>
        <w:shd w:val="clear" w:color="auto" w:fill="C9EDDB" w:themeFill="accent3" w:themeFillTint="3F"/>
      </w:tcPr>
    </w:tblStylePr>
    <w:tblStylePr w:type="band1Horz">
      <w:tblPr/>
      <w:tcPr>
        <w:tcBorders>
          <w:top w:val="single" w:sz="8" w:space="0" w:color="37A76F" w:themeColor="accent3"/>
          <w:left w:val="single" w:sz="8" w:space="0" w:color="37A76F" w:themeColor="accent3"/>
          <w:bottom w:val="single" w:sz="8" w:space="0" w:color="37A76F" w:themeColor="accent3"/>
          <w:right w:val="single" w:sz="8" w:space="0" w:color="37A76F" w:themeColor="accent3"/>
          <w:insideV w:val="single" w:sz="8" w:space="0" w:color="37A76F" w:themeColor="accent3"/>
        </w:tcBorders>
        <w:shd w:val="clear" w:color="auto" w:fill="C9EDDB" w:themeFill="accent3" w:themeFillTint="3F"/>
      </w:tcPr>
    </w:tblStylePr>
    <w:tblStylePr w:type="band2Horz">
      <w:tblPr/>
      <w:tcPr>
        <w:tcBorders>
          <w:top w:val="single" w:sz="8" w:space="0" w:color="37A76F" w:themeColor="accent3"/>
          <w:left w:val="single" w:sz="8" w:space="0" w:color="37A76F" w:themeColor="accent3"/>
          <w:bottom w:val="single" w:sz="8" w:space="0" w:color="37A76F" w:themeColor="accent3"/>
          <w:right w:val="single" w:sz="8" w:space="0" w:color="37A76F" w:themeColor="accent3"/>
          <w:insideV w:val="single" w:sz="8" w:space="0" w:color="37A76F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C1A3" w:themeColor="accent4"/>
        <w:left w:val="single" w:sz="8" w:space="0" w:color="44C1A3" w:themeColor="accent4"/>
        <w:bottom w:val="single" w:sz="8" w:space="0" w:color="44C1A3" w:themeColor="accent4"/>
        <w:right w:val="single" w:sz="8" w:space="0" w:color="44C1A3" w:themeColor="accent4"/>
        <w:insideH w:val="single" w:sz="8" w:space="0" w:color="44C1A3" w:themeColor="accent4"/>
        <w:insideV w:val="single" w:sz="8" w:space="0" w:color="44C1A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18" w:space="0" w:color="44C1A3" w:themeColor="accent4"/>
          <w:right w:val="single" w:sz="8" w:space="0" w:color="44C1A3" w:themeColor="accent4"/>
          <w:insideH w:val="nil"/>
          <w:insideV w:val="single" w:sz="8" w:space="0" w:color="44C1A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  <w:insideH w:val="nil"/>
          <w:insideV w:val="single" w:sz="8" w:space="0" w:color="44C1A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</w:tcBorders>
      </w:tcPr>
    </w:tblStylePr>
    <w:tblStylePr w:type="band1Vert"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</w:tcBorders>
        <w:shd w:val="clear" w:color="auto" w:fill="D0EFE8" w:themeFill="accent4" w:themeFillTint="3F"/>
      </w:tcPr>
    </w:tblStylePr>
    <w:tblStylePr w:type="band1Horz"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  <w:insideV w:val="single" w:sz="8" w:space="0" w:color="44C1A3" w:themeColor="accent4"/>
        </w:tcBorders>
        <w:shd w:val="clear" w:color="auto" w:fill="D0EFE8" w:themeFill="accent4" w:themeFillTint="3F"/>
      </w:tcPr>
    </w:tblStylePr>
    <w:tblStylePr w:type="band2Horz"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  <w:insideV w:val="single" w:sz="8" w:space="0" w:color="44C1A3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EB3CF" w:themeColor="accent5"/>
        <w:left w:val="single" w:sz="8" w:space="0" w:color="4EB3CF" w:themeColor="accent5"/>
        <w:bottom w:val="single" w:sz="8" w:space="0" w:color="4EB3CF" w:themeColor="accent5"/>
        <w:right w:val="single" w:sz="8" w:space="0" w:color="4EB3CF" w:themeColor="accent5"/>
        <w:insideH w:val="single" w:sz="8" w:space="0" w:color="4EB3CF" w:themeColor="accent5"/>
        <w:insideV w:val="single" w:sz="8" w:space="0" w:color="4EB3C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18" w:space="0" w:color="4EB3CF" w:themeColor="accent5"/>
          <w:right w:val="single" w:sz="8" w:space="0" w:color="4EB3CF" w:themeColor="accent5"/>
          <w:insideH w:val="nil"/>
          <w:insideV w:val="single" w:sz="8" w:space="0" w:color="4EB3C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  <w:insideH w:val="nil"/>
          <w:insideV w:val="single" w:sz="8" w:space="0" w:color="4EB3C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</w:tcBorders>
      </w:tcPr>
    </w:tblStylePr>
    <w:tblStylePr w:type="band1Vert"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</w:tcBorders>
        <w:shd w:val="clear" w:color="auto" w:fill="D3ECF3" w:themeFill="accent5" w:themeFillTint="3F"/>
      </w:tcPr>
    </w:tblStylePr>
    <w:tblStylePr w:type="band1Horz"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  <w:insideV w:val="single" w:sz="8" w:space="0" w:color="4EB3CF" w:themeColor="accent5"/>
        </w:tcBorders>
        <w:shd w:val="clear" w:color="auto" w:fill="D3ECF3" w:themeFill="accent5" w:themeFillTint="3F"/>
      </w:tcPr>
    </w:tblStylePr>
    <w:tblStylePr w:type="band2Horz"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  <w:insideV w:val="single" w:sz="8" w:space="0" w:color="4EB3CF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1C3F9" w:themeColor="accent6"/>
        <w:left w:val="single" w:sz="8" w:space="0" w:color="51C3F9" w:themeColor="accent6"/>
        <w:bottom w:val="single" w:sz="8" w:space="0" w:color="51C3F9" w:themeColor="accent6"/>
        <w:right w:val="single" w:sz="8" w:space="0" w:color="51C3F9" w:themeColor="accent6"/>
        <w:insideH w:val="single" w:sz="8" w:space="0" w:color="51C3F9" w:themeColor="accent6"/>
        <w:insideV w:val="single" w:sz="8" w:space="0" w:color="51C3F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1C3F9" w:themeColor="accent6"/>
          <w:left w:val="single" w:sz="8" w:space="0" w:color="51C3F9" w:themeColor="accent6"/>
          <w:bottom w:val="single" w:sz="18" w:space="0" w:color="51C3F9" w:themeColor="accent6"/>
          <w:right w:val="single" w:sz="8" w:space="0" w:color="51C3F9" w:themeColor="accent6"/>
          <w:insideH w:val="nil"/>
          <w:insideV w:val="single" w:sz="8" w:space="0" w:color="51C3F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1C3F9" w:themeColor="accent6"/>
          <w:left w:val="single" w:sz="8" w:space="0" w:color="51C3F9" w:themeColor="accent6"/>
          <w:bottom w:val="single" w:sz="8" w:space="0" w:color="51C3F9" w:themeColor="accent6"/>
          <w:right w:val="single" w:sz="8" w:space="0" w:color="51C3F9" w:themeColor="accent6"/>
          <w:insideH w:val="nil"/>
          <w:insideV w:val="single" w:sz="8" w:space="0" w:color="51C3F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1C3F9" w:themeColor="accent6"/>
          <w:left w:val="single" w:sz="8" w:space="0" w:color="51C3F9" w:themeColor="accent6"/>
          <w:bottom w:val="single" w:sz="8" w:space="0" w:color="51C3F9" w:themeColor="accent6"/>
          <w:right w:val="single" w:sz="8" w:space="0" w:color="51C3F9" w:themeColor="accent6"/>
        </w:tcBorders>
      </w:tcPr>
    </w:tblStylePr>
    <w:tblStylePr w:type="band1Vert">
      <w:tblPr/>
      <w:tcPr>
        <w:tcBorders>
          <w:top w:val="single" w:sz="8" w:space="0" w:color="51C3F9" w:themeColor="accent6"/>
          <w:left w:val="single" w:sz="8" w:space="0" w:color="51C3F9" w:themeColor="accent6"/>
          <w:bottom w:val="single" w:sz="8" w:space="0" w:color="51C3F9" w:themeColor="accent6"/>
          <w:right w:val="single" w:sz="8" w:space="0" w:color="51C3F9" w:themeColor="accent6"/>
        </w:tcBorders>
        <w:shd w:val="clear" w:color="auto" w:fill="D3F0FD" w:themeFill="accent6" w:themeFillTint="3F"/>
      </w:tcPr>
    </w:tblStylePr>
    <w:tblStylePr w:type="band1Horz">
      <w:tblPr/>
      <w:tcPr>
        <w:tcBorders>
          <w:top w:val="single" w:sz="8" w:space="0" w:color="51C3F9" w:themeColor="accent6"/>
          <w:left w:val="single" w:sz="8" w:space="0" w:color="51C3F9" w:themeColor="accent6"/>
          <w:bottom w:val="single" w:sz="8" w:space="0" w:color="51C3F9" w:themeColor="accent6"/>
          <w:right w:val="single" w:sz="8" w:space="0" w:color="51C3F9" w:themeColor="accent6"/>
          <w:insideV w:val="single" w:sz="8" w:space="0" w:color="51C3F9" w:themeColor="accent6"/>
        </w:tcBorders>
        <w:shd w:val="clear" w:color="auto" w:fill="D3F0FD" w:themeFill="accent6" w:themeFillTint="3F"/>
      </w:tcPr>
    </w:tblStylePr>
    <w:tblStylePr w:type="band2Horz">
      <w:tblPr/>
      <w:tcPr>
        <w:tcBorders>
          <w:top w:val="single" w:sz="8" w:space="0" w:color="51C3F9" w:themeColor="accent6"/>
          <w:left w:val="single" w:sz="8" w:space="0" w:color="51C3F9" w:themeColor="accent6"/>
          <w:bottom w:val="single" w:sz="8" w:space="0" w:color="51C3F9" w:themeColor="accent6"/>
          <w:right w:val="single" w:sz="8" w:space="0" w:color="51C3F9" w:themeColor="accent6"/>
          <w:insideV w:val="single" w:sz="8" w:space="0" w:color="51C3F9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2D869" w:themeColor="accent1" w:themeTint="BF"/>
        <w:left w:val="single" w:sz="8" w:space="0" w:color="B2D869" w:themeColor="accent1" w:themeTint="BF"/>
        <w:bottom w:val="single" w:sz="8" w:space="0" w:color="B2D869" w:themeColor="accent1" w:themeTint="BF"/>
        <w:right w:val="single" w:sz="8" w:space="0" w:color="B2D869" w:themeColor="accent1" w:themeTint="BF"/>
        <w:insideH w:val="single" w:sz="8" w:space="0" w:color="B2D86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D869" w:themeColor="accent1" w:themeTint="BF"/>
          <w:left w:val="single" w:sz="8" w:space="0" w:color="B2D869" w:themeColor="accent1" w:themeTint="BF"/>
          <w:bottom w:val="single" w:sz="8" w:space="0" w:color="B2D869" w:themeColor="accent1" w:themeTint="BF"/>
          <w:right w:val="single" w:sz="8" w:space="0" w:color="B2D869" w:themeColor="accent1" w:themeTint="BF"/>
          <w:insideH w:val="nil"/>
          <w:insideV w:val="nil"/>
        </w:tcBorders>
        <w:shd w:val="clear" w:color="auto" w:fill="99CB3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D869" w:themeColor="accent1" w:themeTint="BF"/>
          <w:left w:val="single" w:sz="8" w:space="0" w:color="B2D869" w:themeColor="accent1" w:themeTint="BF"/>
          <w:bottom w:val="single" w:sz="8" w:space="0" w:color="B2D869" w:themeColor="accent1" w:themeTint="BF"/>
          <w:right w:val="single" w:sz="8" w:space="0" w:color="B2D86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2C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F2C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7C85C" w:themeColor="accent2" w:themeTint="BF"/>
        <w:left w:val="single" w:sz="8" w:space="0" w:color="87C85C" w:themeColor="accent2" w:themeTint="BF"/>
        <w:bottom w:val="single" w:sz="8" w:space="0" w:color="87C85C" w:themeColor="accent2" w:themeTint="BF"/>
        <w:right w:val="single" w:sz="8" w:space="0" w:color="87C85C" w:themeColor="accent2" w:themeTint="BF"/>
        <w:insideH w:val="single" w:sz="8" w:space="0" w:color="87C85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C85C" w:themeColor="accent2" w:themeTint="BF"/>
          <w:left w:val="single" w:sz="8" w:space="0" w:color="87C85C" w:themeColor="accent2" w:themeTint="BF"/>
          <w:bottom w:val="single" w:sz="8" w:space="0" w:color="87C85C" w:themeColor="accent2" w:themeTint="BF"/>
          <w:right w:val="single" w:sz="8" w:space="0" w:color="87C85C" w:themeColor="accent2" w:themeTint="BF"/>
          <w:insideH w:val="nil"/>
          <w:insideV w:val="nil"/>
        </w:tcBorders>
        <w:shd w:val="clear" w:color="auto" w:fill="63A53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C85C" w:themeColor="accent2" w:themeTint="BF"/>
          <w:left w:val="single" w:sz="8" w:space="0" w:color="87C85C" w:themeColor="accent2" w:themeTint="BF"/>
          <w:bottom w:val="single" w:sz="8" w:space="0" w:color="87C85C" w:themeColor="accent2" w:themeTint="BF"/>
          <w:right w:val="single" w:sz="8" w:space="0" w:color="87C85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C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EDC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CC992" w:themeColor="accent3" w:themeTint="BF"/>
        <w:left w:val="single" w:sz="8" w:space="0" w:color="5CC992" w:themeColor="accent3" w:themeTint="BF"/>
        <w:bottom w:val="single" w:sz="8" w:space="0" w:color="5CC992" w:themeColor="accent3" w:themeTint="BF"/>
        <w:right w:val="single" w:sz="8" w:space="0" w:color="5CC992" w:themeColor="accent3" w:themeTint="BF"/>
        <w:insideH w:val="single" w:sz="8" w:space="0" w:color="5CC99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CC992" w:themeColor="accent3" w:themeTint="BF"/>
          <w:left w:val="single" w:sz="8" w:space="0" w:color="5CC992" w:themeColor="accent3" w:themeTint="BF"/>
          <w:bottom w:val="single" w:sz="8" w:space="0" w:color="5CC992" w:themeColor="accent3" w:themeTint="BF"/>
          <w:right w:val="single" w:sz="8" w:space="0" w:color="5CC992" w:themeColor="accent3" w:themeTint="BF"/>
          <w:insideH w:val="nil"/>
          <w:insideV w:val="nil"/>
        </w:tcBorders>
        <w:shd w:val="clear" w:color="auto" w:fill="37A76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CC992" w:themeColor="accent3" w:themeTint="BF"/>
          <w:left w:val="single" w:sz="8" w:space="0" w:color="5CC992" w:themeColor="accent3" w:themeTint="BF"/>
          <w:bottom w:val="single" w:sz="8" w:space="0" w:color="5CC992" w:themeColor="accent3" w:themeTint="BF"/>
          <w:right w:val="single" w:sz="8" w:space="0" w:color="5CC99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DD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EDD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D0B9" w:themeColor="accent4" w:themeTint="BF"/>
        <w:left w:val="single" w:sz="8" w:space="0" w:color="72D0B9" w:themeColor="accent4" w:themeTint="BF"/>
        <w:bottom w:val="single" w:sz="8" w:space="0" w:color="72D0B9" w:themeColor="accent4" w:themeTint="BF"/>
        <w:right w:val="single" w:sz="8" w:space="0" w:color="72D0B9" w:themeColor="accent4" w:themeTint="BF"/>
        <w:insideH w:val="single" w:sz="8" w:space="0" w:color="72D0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D0B9" w:themeColor="accent4" w:themeTint="BF"/>
          <w:left w:val="single" w:sz="8" w:space="0" w:color="72D0B9" w:themeColor="accent4" w:themeTint="BF"/>
          <w:bottom w:val="single" w:sz="8" w:space="0" w:color="72D0B9" w:themeColor="accent4" w:themeTint="BF"/>
          <w:right w:val="single" w:sz="8" w:space="0" w:color="72D0B9" w:themeColor="accent4" w:themeTint="BF"/>
          <w:insideH w:val="nil"/>
          <w:insideV w:val="nil"/>
        </w:tcBorders>
        <w:shd w:val="clear" w:color="auto" w:fill="44C1A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D0B9" w:themeColor="accent4" w:themeTint="BF"/>
          <w:left w:val="single" w:sz="8" w:space="0" w:color="72D0B9" w:themeColor="accent4" w:themeTint="BF"/>
          <w:bottom w:val="single" w:sz="8" w:space="0" w:color="72D0B9" w:themeColor="accent4" w:themeTint="BF"/>
          <w:right w:val="single" w:sz="8" w:space="0" w:color="72D0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AC5DB" w:themeColor="accent5" w:themeTint="BF"/>
        <w:left w:val="single" w:sz="8" w:space="0" w:color="7AC5DB" w:themeColor="accent5" w:themeTint="BF"/>
        <w:bottom w:val="single" w:sz="8" w:space="0" w:color="7AC5DB" w:themeColor="accent5" w:themeTint="BF"/>
        <w:right w:val="single" w:sz="8" w:space="0" w:color="7AC5DB" w:themeColor="accent5" w:themeTint="BF"/>
        <w:insideH w:val="single" w:sz="8" w:space="0" w:color="7AC5DB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AC5DB" w:themeColor="accent5" w:themeTint="BF"/>
          <w:left w:val="single" w:sz="8" w:space="0" w:color="7AC5DB" w:themeColor="accent5" w:themeTint="BF"/>
          <w:bottom w:val="single" w:sz="8" w:space="0" w:color="7AC5DB" w:themeColor="accent5" w:themeTint="BF"/>
          <w:right w:val="single" w:sz="8" w:space="0" w:color="7AC5DB" w:themeColor="accent5" w:themeTint="BF"/>
          <w:insideH w:val="nil"/>
          <w:insideV w:val="nil"/>
        </w:tcBorders>
        <w:shd w:val="clear" w:color="auto" w:fill="4EB3C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C5DB" w:themeColor="accent5" w:themeTint="BF"/>
          <w:left w:val="single" w:sz="8" w:space="0" w:color="7AC5DB" w:themeColor="accent5" w:themeTint="BF"/>
          <w:bottom w:val="single" w:sz="8" w:space="0" w:color="7AC5DB" w:themeColor="accent5" w:themeTint="BF"/>
          <w:right w:val="single" w:sz="8" w:space="0" w:color="7AC5DB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CF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ECF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CD1FA" w:themeColor="accent6" w:themeTint="BF"/>
        <w:left w:val="single" w:sz="8" w:space="0" w:color="7CD1FA" w:themeColor="accent6" w:themeTint="BF"/>
        <w:bottom w:val="single" w:sz="8" w:space="0" w:color="7CD1FA" w:themeColor="accent6" w:themeTint="BF"/>
        <w:right w:val="single" w:sz="8" w:space="0" w:color="7CD1FA" w:themeColor="accent6" w:themeTint="BF"/>
        <w:insideH w:val="single" w:sz="8" w:space="0" w:color="7CD1FA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CD1FA" w:themeColor="accent6" w:themeTint="BF"/>
          <w:left w:val="single" w:sz="8" w:space="0" w:color="7CD1FA" w:themeColor="accent6" w:themeTint="BF"/>
          <w:bottom w:val="single" w:sz="8" w:space="0" w:color="7CD1FA" w:themeColor="accent6" w:themeTint="BF"/>
          <w:right w:val="single" w:sz="8" w:space="0" w:color="7CD1FA" w:themeColor="accent6" w:themeTint="BF"/>
          <w:insideH w:val="nil"/>
          <w:insideV w:val="nil"/>
        </w:tcBorders>
        <w:shd w:val="clear" w:color="auto" w:fill="51C3F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CD1FA" w:themeColor="accent6" w:themeTint="BF"/>
          <w:left w:val="single" w:sz="8" w:space="0" w:color="7CD1FA" w:themeColor="accent6" w:themeTint="BF"/>
          <w:bottom w:val="single" w:sz="8" w:space="0" w:color="7CD1FA" w:themeColor="accent6" w:themeTint="BF"/>
          <w:right w:val="single" w:sz="8" w:space="0" w:color="7CD1FA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0FD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F0FD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9CB3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9CB3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9CB3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3A53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3A53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3A53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7A76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7A76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7A76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C1A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C1A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C1A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B3C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B3C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B3C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1C3F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1C3F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1C3F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9CB38" w:themeColor="accent1"/>
        <w:bottom w:val="single" w:sz="8" w:space="0" w:color="99CB38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9CB38" w:themeColor="accent1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99CB38" w:themeColor="accent1"/>
          <w:bottom w:val="single" w:sz="8" w:space="0" w:color="99CB3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9CB38" w:themeColor="accent1"/>
          <w:bottom w:val="single" w:sz="8" w:space="0" w:color="99CB38" w:themeColor="accent1"/>
        </w:tcBorders>
      </w:tcPr>
    </w:tblStylePr>
    <w:tblStylePr w:type="band1Vert">
      <w:tblPr/>
      <w:tcPr>
        <w:shd w:val="clear" w:color="auto" w:fill="E5F2CD" w:themeFill="accent1" w:themeFillTint="3F"/>
      </w:tcPr>
    </w:tblStylePr>
    <w:tblStylePr w:type="band1Horz">
      <w:tblPr/>
      <w:tcPr>
        <w:shd w:val="clear" w:color="auto" w:fill="E5F2CD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3A537" w:themeColor="accent2"/>
        <w:bottom w:val="single" w:sz="8" w:space="0" w:color="63A53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3A537" w:themeColor="accent2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63A537" w:themeColor="accent2"/>
          <w:bottom w:val="single" w:sz="8" w:space="0" w:color="63A53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3A537" w:themeColor="accent2"/>
          <w:bottom w:val="single" w:sz="8" w:space="0" w:color="63A537" w:themeColor="accent2"/>
        </w:tcBorders>
      </w:tcPr>
    </w:tblStylePr>
    <w:tblStylePr w:type="band1Vert">
      <w:tblPr/>
      <w:tcPr>
        <w:shd w:val="clear" w:color="auto" w:fill="D7EDC9" w:themeFill="accent2" w:themeFillTint="3F"/>
      </w:tcPr>
    </w:tblStylePr>
    <w:tblStylePr w:type="band1Horz">
      <w:tblPr/>
      <w:tcPr>
        <w:shd w:val="clear" w:color="auto" w:fill="D7EDC9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7A76F" w:themeColor="accent3"/>
        <w:bottom w:val="single" w:sz="8" w:space="0" w:color="37A76F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7A76F" w:themeColor="accent3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37A76F" w:themeColor="accent3"/>
          <w:bottom w:val="single" w:sz="8" w:space="0" w:color="37A76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7A76F" w:themeColor="accent3"/>
          <w:bottom w:val="single" w:sz="8" w:space="0" w:color="37A76F" w:themeColor="accent3"/>
        </w:tcBorders>
      </w:tcPr>
    </w:tblStylePr>
    <w:tblStylePr w:type="band1Vert">
      <w:tblPr/>
      <w:tcPr>
        <w:shd w:val="clear" w:color="auto" w:fill="C9EDDB" w:themeFill="accent3" w:themeFillTint="3F"/>
      </w:tcPr>
    </w:tblStylePr>
    <w:tblStylePr w:type="band1Horz">
      <w:tblPr/>
      <w:tcPr>
        <w:shd w:val="clear" w:color="auto" w:fill="C9EDDB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C1A3" w:themeColor="accent4"/>
        <w:bottom w:val="single" w:sz="8" w:space="0" w:color="44C1A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C1A3" w:themeColor="accent4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44C1A3" w:themeColor="accent4"/>
          <w:bottom w:val="single" w:sz="8" w:space="0" w:color="44C1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C1A3" w:themeColor="accent4"/>
          <w:bottom w:val="single" w:sz="8" w:space="0" w:color="44C1A3" w:themeColor="accent4"/>
        </w:tcBorders>
      </w:tcPr>
    </w:tblStylePr>
    <w:tblStylePr w:type="band1Vert">
      <w:tblPr/>
      <w:tcPr>
        <w:shd w:val="clear" w:color="auto" w:fill="D0EFE8" w:themeFill="accent4" w:themeFillTint="3F"/>
      </w:tcPr>
    </w:tblStylePr>
    <w:tblStylePr w:type="band1Horz">
      <w:tblPr/>
      <w:tcPr>
        <w:shd w:val="clear" w:color="auto" w:fill="D0EF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B3CF" w:themeColor="accent5"/>
        <w:bottom w:val="single" w:sz="8" w:space="0" w:color="4EB3C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B3CF" w:themeColor="accent5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4EB3CF" w:themeColor="accent5"/>
          <w:bottom w:val="single" w:sz="8" w:space="0" w:color="4EB3C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B3CF" w:themeColor="accent5"/>
          <w:bottom w:val="single" w:sz="8" w:space="0" w:color="4EB3CF" w:themeColor="accent5"/>
        </w:tcBorders>
      </w:tcPr>
    </w:tblStylePr>
    <w:tblStylePr w:type="band1Vert">
      <w:tblPr/>
      <w:tcPr>
        <w:shd w:val="clear" w:color="auto" w:fill="D3ECF3" w:themeFill="accent5" w:themeFillTint="3F"/>
      </w:tcPr>
    </w:tblStylePr>
    <w:tblStylePr w:type="band1Horz">
      <w:tblPr/>
      <w:tcPr>
        <w:shd w:val="clear" w:color="auto" w:fill="D3ECF3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1C3F9" w:themeColor="accent6"/>
        <w:bottom w:val="single" w:sz="8" w:space="0" w:color="51C3F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1C3F9" w:themeColor="accent6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51C3F9" w:themeColor="accent6"/>
          <w:bottom w:val="single" w:sz="8" w:space="0" w:color="51C3F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1C3F9" w:themeColor="accent6"/>
          <w:bottom w:val="single" w:sz="8" w:space="0" w:color="51C3F9" w:themeColor="accent6"/>
        </w:tcBorders>
      </w:tcPr>
    </w:tblStylePr>
    <w:tblStylePr w:type="band1Vert">
      <w:tblPr/>
      <w:tcPr>
        <w:shd w:val="clear" w:color="auto" w:fill="D3F0FD" w:themeFill="accent6" w:themeFillTint="3F"/>
      </w:tcPr>
    </w:tblStylePr>
    <w:tblStylePr w:type="band1Horz">
      <w:tblPr/>
      <w:tcPr>
        <w:shd w:val="clear" w:color="auto" w:fill="D3F0FD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9CB38" w:themeColor="accent1"/>
        <w:left w:val="single" w:sz="8" w:space="0" w:color="99CB38" w:themeColor="accent1"/>
        <w:bottom w:val="single" w:sz="8" w:space="0" w:color="99CB38" w:themeColor="accent1"/>
        <w:right w:val="single" w:sz="8" w:space="0" w:color="99CB38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9CB3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9CB38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9CB3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9CB3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2C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F2C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3A537" w:themeColor="accent2"/>
        <w:left w:val="single" w:sz="8" w:space="0" w:color="63A537" w:themeColor="accent2"/>
        <w:bottom w:val="single" w:sz="8" w:space="0" w:color="63A537" w:themeColor="accent2"/>
        <w:right w:val="single" w:sz="8" w:space="0" w:color="63A53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3A53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3A537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3A53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3A53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DC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EDC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7A76F" w:themeColor="accent3"/>
        <w:left w:val="single" w:sz="8" w:space="0" w:color="37A76F" w:themeColor="accent3"/>
        <w:bottom w:val="single" w:sz="8" w:space="0" w:color="37A76F" w:themeColor="accent3"/>
        <w:right w:val="single" w:sz="8" w:space="0" w:color="37A76F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7A76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7A76F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7A76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7A76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DD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EDD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C1A3" w:themeColor="accent4"/>
        <w:left w:val="single" w:sz="8" w:space="0" w:color="44C1A3" w:themeColor="accent4"/>
        <w:bottom w:val="single" w:sz="8" w:space="0" w:color="44C1A3" w:themeColor="accent4"/>
        <w:right w:val="single" w:sz="8" w:space="0" w:color="44C1A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C1A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C1A3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C1A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C1A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B3CF" w:themeColor="accent5"/>
        <w:left w:val="single" w:sz="8" w:space="0" w:color="4EB3CF" w:themeColor="accent5"/>
        <w:bottom w:val="single" w:sz="8" w:space="0" w:color="4EB3CF" w:themeColor="accent5"/>
        <w:right w:val="single" w:sz="8" w:space="0" w:color="4EB3C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B3C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B3CF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B3C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B3C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CF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ECF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1C3F9" w:themeColor="accent6"/>
        <w:left w:val="single" w:sz="8" w:space="0" w:color="51C3F9" w:themeColor="accent6"/>
        <w:bottom w:val="single" w:sz="8" w:space="0" w:color="51C3F9" w:themeColor="accent6"/>
        <w:right w:val="single" w:sz="8" w:space="0" w:color="51C3F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1C3F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1C3F9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1C3F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1C3F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F0FD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F0FD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2D869" w:themeColor="accent1" w:themeTint="BF"/>
        <w:left w:val="single" w:sz="8" w:space="0" w:color="B2D869" w:themeColor="accent1" w:themeTint="BF"/>
        <w:bottom w:val="single" w:sz="8" w:space="0" w:color="B2D869" w:themeColor="accent1" w:themeTint="BF"/>
        <w:right w:val="single" w:sz="8" w:space="0" w:color="B2D869" w:themeColor="accent1" w:themeTint="BF"/>
        <w:insideH w:val="single" w:sz="8" w:space="0" w:color="B2D869" w:themeColor="accent1" w:themeTint="BF"/>
        <w:insideV w:val="single" w:sz="8" w:space="0" w:color="B2D869" w:themeColor="accent1" w:themeTint="BF"/>
      </w:tblBorders>
    </w:tblPr>
    <w:tcPr>
      <w:shd w:val="clear" w:color="auto" w:fill="E5F2C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D86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59B" w:themeFill="accent1" w:themeFillTint="7F"/>
      </w:tcPr>
    </w:tblStylePr>
    <w:tblStylePr w:type="band1Horz">
      <w:tblPr/>
      <w:tcPr>
        <w:shd w:val="clear" w:color="auto" w:fill="CCE59B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7C85C" w:themeColor="accent2" w:themeTint="BF"/>
        <w:left w:val="single" w:sz="8" w:space="0" w:color="87C85C" w:themeColor="accent2" w:themeTint="BF"/>
        <w:bottom w:val="single" w:sz="8" w:space="0" w:color="87C85C" w:themeColor="accent2" w:themeTint="BF"/>
        <w:right w:val="single" w:sz="8" w:space="0" w:color="87C85C" w:themeColor="accent2" w:themeTint="BF"/>
        <w:insideH w:val="single" w:sz="8" w:space="0" w:color="87C85C" w:themeColor="accent2" w:themeTint="BF"/>
        <w:insideV w:val="single" w:sz="8" w:space="0" w:color="87C85C" w:themeColor="accent2" w:themeTint="BF"/>
      </w:tblBorders>
    </w:tblPr>
    <w:tcPr>
      <w:shd w:val="clear" w:color="auto" w:fill="D7EDC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C85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DA92" w:themeFill="accent2" w:themeFillTint="7F"/>
      </w:tcPr>
    </w:tblStylePr>
    <w:tblStylePr w:type="band1Horz">
      <w:tblPr/>
      <w:tcPr>
        <w:shd w:val="clear" w:color="auto" w:fill="AFDA92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CC992" w:themeColor="accent3" w:themeTint="BF"/>
        <w:left w:val="single" w:sz="8" w:space="0" w:color="5CC992" w:themeColor="accent3" w:themeTint="BF"/>
        <w:bottom w:val="single" w:sz="8" w:space="0" w:color="5CC992" w:themeColor="accent3" w:themeTint="BF"/>
        <w:right w:val="single" w:sz="8" w:space="0" w:color="5CC992" w:themeColor="accent3" w:themeTint="BF"/>
        <w:insideH w:val="single" w:sz="8" w:space="0" w:color="5CC992" w:themeColor="accent3" w:themeTint="BF"/>
        <w:insideV w:val="single" w:sz="8" w:space="0" w:color="5CC992" w:themeColor="accent3" w:themeTint="BF"/>
      </w:tblBorders>
    </w:tblPr>
    <w:tcPr>
      <w:shd w:val="clear" w:color="auto" w:fill="C9EDD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CC99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2DBB7" w:themeFill="accent3" w:themeFillTint="7F"/>
      </w:tcPr>
    </w:tblStylePr>
    <w:tblStylePr w:type="band1Horz">
      <w:tblPr/>
      <w:tcPr>
        <w:shd w:val="clear" w:color="auto" w:fill="92DBB7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D0B9" w:themeColor="accent4" w:themeTint="BF"/>
        <w:left w:val="single" w:sz="8" w:space="0" w:color="72D0B9" w:themeColor="accent4" w:themeTint="BF"/>
        <w:bottom w:val="single" w:sz="8" w:space="0" w:color="72D0B9" w:themeColor="accent4" w:themeTint="BF"/>
        <w:right w:val="single" w:sz="8" w:space="0" w:color="72D0B9" w:themeColor="accent4" w:themeTint="BF"/>
        <w:insideH w:val="single" w:sz="8" w:space="0" w:color="72D0B9" w:themeColor="accent4" w:themeTint="BF"/>
        <w:insideV w:val="single" w:sz="8" w:space="0" w:color="72D0B9" w:themeColor="accent4" w:themeTint="BF"/>
      </w:tblBorders>
    </w:tblPr>
    <w:tcPr>
      <w:shd w:val="clear" w:color="auto" w:fill="D0EF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D0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E0D0" w:themeFill="accent4" w:themeFillTint="7F"/>
      </w:tcPr>
    </w:tblStylePr>
    <w:tblStylePr w:type="band1Horz">
      <w:tblPr/>
      <w:tcPr>
        <w:shd w:val="clear" w:color="auto" w:fill="A1E0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AC5DB" w:themeColor="accent5" w:themeTint="BF"/>
        <w:left w:val="single" w:sz="8" w:space="0" w:color="7AC5DB" w:themeColor="accent5" w:themeTint="BF"/>
        <w:bottom w:val="single" w:sz="8" w:space="0" w:color="7AC5DB" w:themeColor="accent5" w:themeTint="BF"/>
        <w:right w:val="single" w:sz="8" w:space="0" w:color="7AC5DB" w:themeColor="accent5" w:themeTint="BF"/>
        <w:insideH w:val="single" w:sz="8" w:space="0" w:color="7AC5DB" w:themeColor="accent5" w:themeTint="BF"/>
        <w:insideV w:val="single" w:sz="8" w:space="0" w:color="7AC5DB" w:themeColor="accent5" w:themeTint="BF"/>
      </w:tblBorders>
    </w:tblPr>
    <w:tcPr>
      <w:shd w:val="clear" w:color="auto" w:fill="D3ECF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AC5DB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D8E7" w:themeFill="accent5" w:themeFillTint="7F"/>
      </w:tcPr>
    </w:tblStylePr>
    <w:tblStylePr w:type="band1Horz">
      <w:tblPr/>
      <w:tcPr>
        <w:shd w:val="clear" w:color="auto" w:fill="A6D8E7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CD1FA" w:themeColor="accent6" w:themeTint="BF"/>
        <w:left w:val="single" w:sz="8" w:space="0" w:color="7CD1FA" w:themeColor="accent6" w:themeTint="BF"/>
        <w:bottom w:val="single" w:sz="8" w:space="0" w:color="7CD1FA" w:themeColor="accent6" w:themeTint="BF"/>
        <w:right w:val="single" w:sz="8" w:space="0" w:color="7CD1FA" w:themeColor="accent6" w:themeTint="BF"/>
        <w:insideH w:val="single" w:sz="8" w:space="0" w:color="7CD1FA" w:themeColor="accent6" w:themeTint="BF"/>
        <w:insideV w:val="single" w:sz="8" w:space="0" w:color="7CD1FA" w:themeColor="accent6" w:themeTint="BF"/>
      </w:tblBorders>
    </w:tblPr>
    <w:tcPr>
      <w:shd w:val="clear" w:color="auto" w:fill="D3F0FD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CD1FA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E1FC" w:themeFill="accent6" w:themeFillTint="7F"/>
      </w:tcPr>
    </w:tblStylePr>
    <w:tblStylePr w:type="band1Horz">
      <w:tblPr/>
      <w:tcPr>
        <w:shd w:val="clear" w:color="auto" w:fill="A8E1FC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9CB38" w:themeColor="accent1"/>
        <w:left w:val="single" w:sz="8" w:space="0" w:color="99CB38" w:themeColor="accent1"/>
        <w:bottom w:val="single" w:sz="8" w:space="0" w:color="99CB38" w:themeColor="accent1"/>
        <w:right w:val="single" w:sz="8" w:space="0" w:color="99CB38" w:themeColor="accent1"/>
        <w:insideH w:val="single" w:sz="8" w:space="0" w:color="99CB38" w:themeColor="accent1"/>
        <w:insideV w:val="single" w:sz="8" w:space="0" w:color="99CB38" w:themeColor="accent1"/>
      </w:tblBorders>
    </w:tblPr>
    <w:tcPr>
      <w:shd w:val="clear" w:color="auto" w:fill="E5F2C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4FAE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4D7" w:themeFill="accent1" w:themeFillTint="33"/>
      </w:tcPr>
    </w:tblStylePr>
    <w:tblStylePr w:type="band1Vert">
      <w:tblPr/>
      <w:tcPr>
        <w:shd w:val="clear" w:color="auto" w:fill="CCE59B" w:themeFill="accent1" w:themeFillTint="7F"/>
      </w:tcPr>
    </w:tblStylePr>
    <w:tblStylePr w:type="band1Horz">
      <w:tblPr/>
      <w:tcPr>
        <w:tcBorders>
          <w:insideH w:val="single" w:sz="6" w:space="0" w:color="99CB38" w:themeColor="accent1"/>
          <w:insideV w:val="single" w:sz="6" w:space="0" w:color="99CB38" w:themeColor="accent1"/>
        </w:tcBorders>
        <w:shd w:val="clear" w:color="auto" w:fill="CCE59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3A537" w:themeColor="accent2"/>
        <w:left w:val="single" w:sz="8" w:space="0" w:color="63A537" w:themeColor="accent2"/>
        <w:bottom w:val="single" w:sz="8" w:space="0" w:color="63A537" w:themeColor="accent2"/>
        <w:right w:val="single" w:sz="8" w:space="0" w:color="63A537" w:themeColor="accent2"/>
        <w:insideH w:val="single" w:sz="8" w:space="0" w:color="63A537" w:themeColor="accent2"/>
        <w:insideV w:val="single" w:sz="8" w:space="0" w:color="63A537" w:themeColor="accent2"/>
      </w:tblBorders>
    </w:tblPr>
    <w:tcPr>
      <w:shd w:val="clear" w:color="auto" w:fill="D7EDC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FF7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F0D3" w:themeFill="accent2" w:themeFillTint="33"/>
      </w:tcPr>
    </w:tblStylePr>
    <w:tblStylePr w:type="band1Vert">
      <w:tblPr/>
      <w:tcPr>
        <w:shd w:val="clear" w:color="auto" w:fill="AFDA92" w:themeFill="accent2" w:themeFillTint="7F"/>
      </w:tcPr>
    </w:tblStylePr>
    <w:tblStylePr w:type="band1Horz">
      <w:tblPr/>
      <w:tcPr>
        <w:tcBorders>
          <w:insideH w:val="single" w:sz="6" w:space="0" w:color="63A537" w:themeColor="accent2"/>
          <w:insideV w:val="single" w:sz="6" w:space="0" w:color="63A537" w:themeColor="accent2"/>
        </w:tcBorders>
        <w:shd w:val="clear" w:color="auto" w:fill="AFDA9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7A76F" w:themeColor="accent3"/>
        <w:left w:val="single" w:sz="8" w:space="0" w:color="37A76F" w:themeColor="accent3"/>
        <w:bottom w:val="single" w:sz="8" w:space="0" w:color="37A76F" w:themeColor="accent3"/>
        <w:right w:val="single" w:sz="8" w:space="0" w:color="37A76F" w:themeColor="accent3"/>
        <w:insideH w:val="single" w:sz="8" w:space="0" w:color="37A76F" w:themeColor="accent3"/>
        <w:insideV w:val="single" w:sz="8" w:space="0" w:color="37A76F" w:themeColor="accent3"/>
      </w:tblBorders>
    </w:tblPr>
    <w:tcPr>
      <w:shd w:val="clear" w:color="auto" w:fill="C9EDD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9F8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0E2" w:themeFill="accent3" w:themeFillTint="33"/>
      </w:tcPr>
    </w:tblStylePr>
    <w:tblStylePr w:type="band1Vert">
      <w:tblPr/>
      <w:tcPr>
        <w:shd w:val="clear" w:color="auto" w:fill="92DBB7" w:themeFill="accent3" w:themeFillTint="7F"/>
      </w:tcPr>
    </w:tblStylePr>
    <w:tblStylePr w:type="band1Horz">
      <w:tblPr/>
      <w:tcPr>
        <w:tcBorders>
          <w:insideH w:val="single" w:sz="6" w:space="0" w:color="37A76F" w:themeColor="accent3"/>
          <w:insideV w:val="single" w:sz="6" w:space="0" w:color="37A76F" w:themeColor="accent3"/>
        </w:tcBorders>
        <w:shd w:val="clear" w:color="auto" w:fill="92DBB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C1A3" w:themeColor="accent4"/>
        <w:left w:val="single" w:sz="8" w:space="0" w:color="44C1A3" w:themeColor="accent4"/>
        <w:bottom w:val="single" w:sz="8" w:space="0" w:color="44C1A3" w:themeColor="accent4"/>
        <w:right w:val="single" w:sz="8" w:space="0" w:color="44C1A3" w:themeColor="accent4"/>
        <w:insideH w:val="single" w:sz="8" w:space="0" w:color="44C1A3" w:themeColor="accent4"/>
        <w:insideV w:val="single" w:sz="8" w:space="0" w:color="44C1A3" w:themeColor="accent4"/>
      </w:tblBorders>
    </w:tblPr>
    <w:tcPr>
      <w:shd w:val="clear" w:color="auto" w:fill="D0EF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F9F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EC" w:themeFill="accent4" w:themeFillTint="33"/>
      </w:tcPr>
    </w:tblStylePr>
    <w:tblStylePr w:type="band1Vert">
      <w:tblPr/>
      <w:tcPr>
        <w:shd w:val="clear" w:color="auto" w:fill="A1E0D0" w:themeFill="accent4" w:themeFillTint="7F"/>
      </w:tcPr>
    </w:tblStylePr>
    <w:tblStylePr w:type="band1Horz">
      <w:tblPr/>
      <w:tcPr>
        <w:tcBorders>
          <w:insideH w:val="single" w:sz="6" w:space="0" w:color="44C1A3" w:themeColor="accent4"/>
          <w:insideV w:val="single" w:sz="6" w:space="0" w:color="44C1A3" w:themeColor="accent4"/>
        </w:tcBorders>
        <w:shd w:val="clear" w:color="auto" w:fill="A1E0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B3CF" w:themeColor="accent5"/>
        <w:left w:val="single" w:sz="8" w:space="0" w:color="4EB3CF" w:themeColor="accent5"/>
        <w:bottom w:val="single" w:sz="8" w:space="0" w:color="4EB3CF" w:themeColor="accent5"/>
        <w:right w:val="single" w:sz="8" w:space="0" w:color="4EB3CF" w:themeColor="accent5"/>
        <w:insideH w:val="single" w:sz="8" w:space="0" w:color="4EB3CF" w:themeColor="accent5"/>
        <w:insideV w:val="single" w:sz="8" w:space="0" w:color="4EB3CF" w:themeColor="accent5"/>
      </w:tblBorders>
    </w:tblPr>
    <w:tcPr>
      <w:shd w:val="clear" w:color="auto" w:fill="D3ECF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7FA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FF5" w:themeFill="accent5" w:themeFillTint="33"/>
      </w:tcPr>
    </w:tblStylePr>
    <w:tblStylePr w:type="band1Vert">
      <w:tblPr/>
      <w:tcPr>
        <w:shd w:val="clear" w:color="auto" w:fill="A6D8E7" w:themeFill="accent5" w:themeFillTint="7F"/>
      </w:tcPr>
    </w:tblStylePr>
    <w:tblStylePr w:type="band1Horz">
      <w:tblPr/>
      <w:tcPr>
        <w:tcBorders>
          <w:insideH w:val="single" w:sz="6" w:space="0" w:color="4EB3CF" w:themeColor="accent5"/>
          <w:insideV w:val="single" w:sz="6" w:space="0" w:color="4EB3CF" w:themeColor="accent5"/>
        </w:tcBorders>
        <w:shd w:val="clear" w:color="auto" w:fill="A6D8E7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1C3F9" w:themeColor="accent6"/>
        <w:left w:val="single" w:sz="8" w:space="0" w:color="51C3F9" w:themeColor="accent6"/>
        <w:bottom w:val="single" w:sz="8" w:space="0" w:color="51C3F9" w:themeColor="accent6"/>
        <w:right w:val="single" w:sz="8" w:space="0" w:color="51C3F9" w:themeColor="accent6"/>
        <w:insideH w:val="single" w:sz="8" w:space="0" w:color="51C3F9" w:themeColor="accent6"/>
        <w:insideV w:val="single" w:sz="8" w:space="0" w:color="51C3F9" w:themeColor="accent6"/>
      </w:tblBorders>
    </w:tblPr>
    <w:tcPr>
      <w:shd w:val="clear" w:color="auto" w:fill="D3F0FD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F9F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F3FD" w:themeFill="accent6" w:themeFillTint="33"/>
      </w:tcPr>
    </w:tblStylePr>
    <w:tblStylePr w:type="band1Vert">
      <w:tblPr/>
      <w:tcPr>
        <w:shd w:val="clear" w:color="auto" w:fill="A8E1FC" w:themeFill="accent6" w:themeFillTint="7F"/>
      </w:tcPr>
    </w:tblStylePr>
    <w:tblStylePr w:type="band1Horz">
      <w:tblPr/>
      <w:tcPr>
        <w:tcBorders>
          <w:insideH w:val="single" w:sz="6" w:space="0" w:color="51C3F9" w:themeColor="accent6"/>
          <w:insideV w:val="single" w:sz="6" w:space="0" w:color="51C3F9" w:themeColor="accent6"/>
        </w:tcBorders>
        <w:shd w:val="clear" w:color="auto" w:fill="A8E1F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F2C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CB38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CB38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9CB38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9CB38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E59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E59B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EDC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3A53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3A53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3A53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3A53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DA9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DA92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EDD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7A76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7A76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7A76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7A76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2DBB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2DBB7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C1A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C1A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C1A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C1A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E0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E0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ECF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B3C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B3C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B3C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B3C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D8E7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D8E7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F0FD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1C3F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1C3F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1C3F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1C3F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8E1F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8E1FC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9CB3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661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2992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2992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992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9928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3A53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521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A7B29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A7B29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7B29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7B29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7A76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B523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97C5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97C5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97C5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97C52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C1A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6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092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092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92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92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B3C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5D6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8CA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8CA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8CA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8CA7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1C3F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56D9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8A4EE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8A4EE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8A4EE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8A4EE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3A53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3A53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3A537" w:themeColor="accent2"/>
        <w:left w:val="single" w:sz="4" w:space="0" w:color="99CB38" w:themeColor="accent1"/>
        <w:bottom w:val="single" w:sz="4" w:space="0" w:color="99CB38" w:themeColor="accent1"/>
        <w:right w:val="single" w:sz="4" w:space="0" w:color="99CB38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AE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3A53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7B2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C7B20" w:themeColor="accent1" w:themeShade="99"/>
          <w:insideV w:val="nil"/>
        </w:tcBorders>
        <w:shd w:val="clear" w:color="auto" w:fill="5C7B2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7B20" w:themeFill="accent1" w:themeFillShade="99"/>
      </w:tcPr>
    </w:tblStylePr>
    <w:tblStylePr w:type="band1Vert">
      <w:tblPr/>
      <w:tcPr>
        <w:shd w:val="clear" w:color="auto" w:fill="D6EAAF" w:themeFill="accent1" w:themeFillTint="66"/>
      </w:tcPr>
    </w:tblStylePr>
    <w:tblStylePr w:type="band1Horz">
      <w:tblPr/>
      <w:tcPr>
        <w:shd w:val="clear" w:color="auto" w:fill="CCE59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3A537" w:themeColor="accent2"/>
        <w:left w:val="single" w:sz="4" w:space="0" w:color="63A537" w:themeColor="accent2"/>
        <w:bottom w:val="single" w:sz="4" w:space="0" w:color="63A537" w:themeColor="accent2"/>
        <w:right w:val="single" w:sz="4" w:space="0" w:color="63A53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7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3A53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6321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6321" w:themeColor="accent2" w:themeShade="99"/>
          <w:insideV w:val="nil"/>
        </w:tcBorders>
        <w:shd w:val="clear" w:color="auto" w:fill="3B6321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6321" w:themeFill="accent2" w:themeFillShade="99"/>
      </w:tcPr>
    </w:tblStylePr>
    <w:tblStylePr w:type="band1Vert">
      <w:tblPr/>
      <w:tcPr>
        <w:shd w:val="clear" w:color="auto" w:fill="BFE2A8" w:themeFill="accent2" w:themeFillTint="66"/>
      </w:tcPr>
    </w:tblStylePr>
    <w:tblStylePr w:type="band1Horz">
      <w:tblPr/>
      <w:tcPr>
        <w:shd w:val="clear" w:color="auto" w:fill="AFDA9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C1A3" w:themeColor="accent4"/>
        <w:left w:val="single" w:sz="4" w:space="0" w:color="37A76F" w:themeColor="accent3"/>
        <w:bottom w:val="single" w:sz="4" w:space="0" w:color="37A76F" w:themeColor="accent3"/>
        <w:right w:val="single" w:sz="4" w:space="0" w:color="37A76F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8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C1A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16442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16442" w:themeColor="accent3" w:themeShade="99"/>
          <w:insideV w:val="nil"/>
        </w:tcBorders>
        <w:shd w:val="clear" w:color="auto" w:fill="216442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6442" w:themeFill="accent3" w:themeFillShade="99"/>
      </w:tcPr>
    </w:tblStylePr>
    <w:tblStylePr w:type="band1Vert">
      <w:tblPr/>
      <w:tcPr>
        <w:shd w:val="clear" w:color="auto" w:fill="A8E2C5" w:themeFill="accent3" w:themeFillTint="66"/>
      </w:tcPr>
    </w:tblStylePr>
    <w:tblStylePr w:type="band1Horz">
      <w:tblPr/>
      <w:tcPr>
        <w:shd w:val="clear" w:color="auto" w:fill="92DBB7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7A76F" w:themeColor="accent3"/>
        <w:left w:val="single" w:sz="4" w:space="0" w:color="44C1A3" w:themeColor="accent4"/>
        <w:bottom w:val="single" w:sz="4" w:space="0" w:color="44C1A3" w:themeColor="accent4"/>
        <w:right w:val="single" w:sz="4" w:space="0" w:color="44C1A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9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7A76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75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7562" w:themeColor="accent4" w:themeShade="99"/>
          <w:insideV w:val="nil"/>
        </w:tcBorders>
        <w:shd w:val="clear" w:color="auto" w:fill="2775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7562" w:themeFill="accent4" w:themeFillShade="99"/>
      </w:tcPr>
    </w:tblStylePr>
    <w:tblStylePr w:type="band1Vert">
      <w:tblPr/>
      <w:tcPr>
        <w:shd w:val="clear" w:color="auto" w:fill="B4E6DA" w:themeFill="accent4" w:themeFillTint="66"/>
      </w:tcPr>
    </w:tblStylePr>
    <w:tblStylePr w:type="band1Horz">
      <w:tblPr/>
      <w:tcPr>
        <w:shd w:val="clear" w:color="auto" w:fill="A1E0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1C3F9" w:themeColor="accent6"/>
        <w:left w:val="single" w:sz="4" w:space="0" w:color="4EB3CF" w:themeColor="accent5"/>
        <w:bottom w:val="single" w:sz="4" w:space="0" w:color="4EB3CF" w:themeColor="accent5"/>
        <w:right w:val="single" w:sz="4" w:space="0" w:color="4EB3C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7FA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1C3F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708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7086" w:themeColor="accent5" w:themeShade="99"/>
          <w:insideV w:val="nil"/>
        </w:tcBorders>
        <w:shd w:val="clear" w:color="auto" w:fill="24708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7086" w:themeFill="accent5" w:themeFillShade="99"/>
      </w:tcPr>
    </w:tblStylePr>
    <w:tblStylePr w:type="band1Vert">
      <w:tblPr/>
      <w:tcPr>
        <w:shd w:val="clear" w:color="auto" w:fill="B8E0EB" w:themeFill="accent5" w:themeFillTint="66"/>
      </w:tcPr>
    </w:tblStylePr>
    <w:tblStylePr w:type="band1Horz">
      <w:tblPr/>
      <w:tcPr>
        <w:shd w:val="clear" w:color="auto" w:fill="A6D8E7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B3CF" w:themeColor="accent5"/>
        <w:left w:val="single" w:sz="4" w:space="0" w:color="51C3F9" w:themeColor="accent6"/>
        <w:bottom w:val="single" w:sz="4" w:space="0" w:color="51C3F9" w:themeColor="accent6"/>
        <w:right w:val="single" w:sz="4" w:space="0" w:color="51C3F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9F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B3C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683B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683BF" w:themeColor="accent6" w:themeShade="99"/>
          <w:insideV w:val="nil"/>
        </w:tcBorders>
        <w:shd w:val="clear" w:color="auto" w:fill="0683B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683BF" w:themeFill="accent6" w:themeFillShade="99"/>
      </w:tcPr>
    </w:tblStylePr>
    <w:tblStylePr w:type="band1Vert">
      <w:tblPr/>
      <w:tcPr>
        <w:shd w:val="clear" w:color="auto" w:fill="B9E7FC" w:themeFill="accent6" w:themeFillTint="66"/>
      </w:tcPr>
    </w:tblStylePr>
    <w:tblStylePr w:type="band1Horz">
      <w:tblPr/>
      <w:tcPr>
        <w:shd w:val="clear" w:color="auto" w:fill="A8E1F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F842C" w:themeFill="accent2" w:themeFillShade="CC"/>
      </w:tcPr>
    </w:tblStylePr>
    <w:tblStylePr w:type="lastRow">
      <w:rPr>
        <w:b/>
        <w:bCs/>
        <w:color w:val="4F842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AE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F842C" w:themeFill="accent2" w:themeFillShade="CC"/>
      </w:tcPr>
    </w:tblStylePr>
    <w:tblStylePr w:type="lastRow">
      <w:rPr>
        <w:b/>
        <w:bCs/>
        <w:color w:val="4F842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F2CD" w:themeFill="accent1" w:themeFillTint="3F"/>
      </w:tcPr>
    </w:tblStylePr>
    <w:tblStylePr w:type="band1Horz">
      <w:tblPr/>
      <w:tcPr>
        <w:shd w:val="clear" w:color="auto" w:fill="EAF4D7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F7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F842C" w:themeFill="accent2" w:themeFillShade="CC"/>
      </w:tcPr>
    </w:tblStylePr>
    <w:tblStylePr w:type="lastRow">
      <w:rPr>
        <w:b/>
        <w:bCs/>
        <w:color w:val="4F842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DC9" w:themeFill="accent2" w:themeFillTint="3F"/>
      </w:tcPr>
    </w:tblStylePr>
    <w:tblStylePr w:type="band1Horz">
      <w:tblPr/>
      <w:tcPr>
        <w:shd w:val="clear" w:color="auto" w:fill="DFF0D3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9F8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9C83" w:themeFill="accent4" w:themeFillShade="CC"/>
      </w:tcPr>
    </w:tblStylePr>
    <w:tblStylePr w:type="lastRow">
      <w:rPr>
        <w:b/>
        <w:bCs/>
        <w:color w:val="349C83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EDDB" w:themeFill="accent3" w:themeFillTint="3F"/>
      </w:tcPr>
    </w:tblStylePr>
    <w:tblStylePr w:type="band1Horz">
      <w:tblPr/>
      <w:tcPr>
        <w:shd w:val="clear" w:color="auto" w:fill="D3F0E2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9F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C8558" w:themeFill="accent3" w:themeFillShade="CC"/>
      </w:tcPr>
    </w:tblStylePr>
    <w:tblStylePr w:type="lastRow">
      <w:rPr>
        <w:b/>
        <w:bCs/>
        <w:color w:val="2C855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E8" w:themeFill="accent4" w:themeFillTint="3F"/>
      </w:tcPr>
    </w:tblStylePr>
    <w:tblStylePr w:type="band1Horz">
      <w:tblPr/>
      <w:tcPr>
        <w:shd w:val="clear" w:color="auto" w:fill="D9F2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7FA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1ACF6" w:themeFill="accent6" w:themeFillShade="CC"/>
      </w:tcPr>
    </w:tblStylePr>
    <w:tblStylePr w:type="lastRow">
      <w:rPr>
        <w:b/>
        <w:bCs/>
        <w:color w:val="11ACF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CF3" w:themeFill="accent5" w:themeFillTint="3F"/>
      </w:tcPr>
    </w:tblStylePr>
    <w:tblStylePr w:type="band1Horz">
      <w:tblPr/>
      <w:tcPr>
        <w:shd w:val="clear" w:color="auto" w:fill="DBEFF5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9F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96B3" w:themeFill="accent5" w:themeFillShade="CC"/>
      </w:tcPr>
    </w:tblStylePr>
    <w:tblStylePr w:type="lastRow">
      <w:rPr>
        <w:b/>
        <w:bCs/>
        <w:color w:val="3096B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0FD" w:themeFill="accent6" w:themeFillTint="3F"/>
      </w:tcPr>
    </w:tblStylePr>
    <w:tblStylePr w:type="band1Horz">
      <w:tblPr/>
      <w:tcPr>
        <w:shd w:val="clear" w:color="auto" w:fill="DCF3FD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4D7" w:themeFill="accent1" w:themeFillTint="33"/>
    </w:tcPr>
    <w:tblStylePr w:type="firstRow">
      <w:rPr>
        <w:b/>
        <w:bCs/>
      </w:rPr>
      <w:tblPr/>
      <w:tcPr>
        <w:shd w:val="clear" w:color="auto" w:fill="D6EAA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AA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2992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29928" w:themeFill="accent1" w:themeFillShade="BF"/>
      </w:tcPr>
    </w:tblStylePr>
    <w:tblStylePr w:type="band1Vert">
      <w:tblPr/>
      <w:tcPr>
        <w:shd w:val="clear" w:color="auto" w:fill="CCE59B" w:themeFill="accent1" w:themeFillTint="7F"/>
      </w:tcPr>
    </w:tblStylePr>
    <w:tblStylePr w:type="band1Horz">
      <w:tblPr/>
      <w:tcPr>
        <w:shd w:val="clear" w:color="auto" w:fill="CCE59B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F0D3" w:themeFill="accent2" w:themeFillTint="33"/>
    </w:tcPr>
    <w:tblStylePr w:type="firstRow">
      <w:rPr>
        <w:b/>
        <w:bCs/>
      </w:rPr>
      <w:tblPr/>
      <w:tcPr>
        <w:shd w:val="clear" w:color="auto" w:fill="BFE2A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E2A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4A7B29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4A7B29" w:themeFill="accent2" w:themeFillShade="BF"/>
      </w:tcPr>
    </w:tblStylePr>
    <w:tblStylePr w:type="band1Vert">
      <w:tblPr/>
      <w:tcPr>
        <w:shd w:val="clear" w:color="auto" w:fill="AFDA92" w:themeFill="accent2" w:themeFillTint="7F"/>
      </w:tcPr>
    </w:tblStylePr>
    <w:tblStylePr w:type="band1Horz">
      <w:tblPr/>
      <w:tcPr>
        <w:shd w:val="clear" w:color="auto" w:fill="AFDA92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F0E2" w:themeFill="accent3" w:themeFillTint="33"/>
    </w:tcPr>
    <w:tblStylePr w:type="firstRow">
      <w:rPr>
        <w:b/>
        <w:bCs/>
      </w:rPr>
      <w:tblPr/>
      <w:tcPr>
        <w:shd w:val="clear" w:color="auto" w:fill="A8E2C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2C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297C5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297C52" w:themeFill="accent3" w:themeFillShade="BF"/>
      </w:tcPr>
    </w:tblStylePr>
    <w:tblStylePr w:type="band1Vert">
      <w:tblPr/>
      <w:tcPr>
        <w:shd w:val="clear" w:color="auto" w:fill="92DBB7" w:themeFill="accent3" w:themeFillTint="7F"/>
      </w:tcPr>
    </w:tblStylePr>
    <w:tblStylePr w:type="band1Horz">
      <w:tblPr/>
      <w:tcPr>
        <w:shd w:val="clear" w:color="auto" w:fill="92DBB7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EC" w:themeFill="accent4" w:themeFillTint="33"/>
    </w:tcPr>
    <w:tblStylePr w:type="firstRow">
      <w:rPr>
        <w:b/>
        <w:bCs/>
      </w:rPr>
      <w:tblPr/>
      <w:tcPr>
        <w:shd w:val="clear" w:color="auto" w:fill="B4E6DA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E6DA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3092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30927A" w:themeFill="accent4" w:themeFillShade="BF"/>
      </w:tcPr>
    </w:tblStylePr>
    <w:tblStylePr w:type="band1Vert">
      <w:tblPr/>
      <w:tcPr>
        <w:shd w:val="clear" w:color="auto" w:fill="A1E0D0" w:themeFill="accent4" w:themeFillTint="7F"/>
      </w:tcPr>
    </w:tblStylePr>
    <w:tblStylePr w:type="band1Horz">
      <w:tblPr/>
      <w:tcPr>
        <w:shd w:val="clear" w:color="auto" w:fill="A1E0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FF5" w:themeFill="accent5" w:themeFillTint="33"/>
    </w:tcPr>
    <w:tblStylePr w:type="firstRow">
      <w:rPr>
        <w:b/>
        <w:bCs/>
      </w:rPr>
      <w:tblPr/>
      <w:tcPr>
        <w:shd w:val="clear" w:color="auto" w:fill="B8E0E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E0E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8CA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8CA7" w:themeFill="accent5" w:themeFillShade="BF"/>
      </w:tcPr>
    </w:tblStylePr>
    <w:tblStylePr w:type="band1Vert">
      <w:tblPr/>
      <w:tcPr>
        <w:shd w:val="clear" w:color="auto" w:fill="A6D8E7" w:themeFill="accent5" w:themeFillTint="7F"/>
      </w:tcPr>
    </w:tblStylePr>
    <w:tblStylePr w:type="band1Horz">
      <w:tblPr/>
      <w:tcPr>
        <w:shd w:val="clear" w:color="auto" w:fill="A6D8E7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CF3FD" w:themeFill="accent6" w:themeFillTint="33"/>
    </w:tcPr>
    <w:tblStylePr w:type="firstRow">
      <w:rPr>
        <w:b/>
        <w:bCs/>
      </w:rPr>
      <w:tblPr/>
      <w:tcPr>
        <w:shd w:val="clear" w:color="auto" w:fill="B9E7F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9E7F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08A4EE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08A4EE" w:themeFill="accent6" w:themeFillShade="BF"/>
      </w:tcPr>
    </w:tblStylePr>
    <w:tblStylePr w:type="band1Vert">
      <w:tblPr/>
      <w:tcPr>
        <w:shd w:val="clear" w:color="auto" w:fill="A8E1FC" w:themeFill="accent6" w:themeFillTint="7F"/>
      </w:tcPr>
    </w:tblStylePr>
    <w:tblStylePr w:type="band1Horz">
      <w:tblPr/>
      <w:tcPr>
        <w:shd w:val="clear" w:color="auto" w:fill="A8E1FC" w:themeFill="accent6" w:themeFillTint="7F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480759"/>
    <w:rPr>
      <w:sz w:val="20"/>
      <w:szCs w:val="20"/>
    </w:rPr>
  </w:style>
  <w:style w:type="paragraph" w:customStyle="1" w:styleId="PersonalName">
    <w:name w:val="Personal Name"/>
    <w:basedOn w:val="Title"/>
    <w:rsid w:val="00480759"/>
    <w:rPr>
      <w:b/>
      <w:cap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Depth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Depth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epth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epth" id="{7BEAFC2A-325C-49C4-AC08-2B765DA903F9}" vid="{1735E755-43E6-43AA-ABA2-C989ECC79AF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Liza Obrevko</cp:lastModifiedBy>
  <cp:revision>3</cp:revision>
  <dcterms:created xsi:type="dcterms:W3CDTF">2013-12-23T23:15:00Z</dcterms:created>
  <dcterms:modified xsi:type="dcterms:W3CDTF">2024-12-18T21:50:00Z</dcterms:modified>
  <cp:category/>
</cp:coreProperties>
</file>