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4E4D46" w14:textId="77777777" w:rsidR="00527BDC" w:rsidRDefault="00000000">
      <w:pPr>
        <w:pStyle w:val="Heading1"/>
        <w:jc w:val="center"/>
        <w:rPr>
          <w:color w:val="228B22"/>
          <w:sz w:val="44"/>
        </w:rPr>
      </w:pPr>
      <w:r>
        <w:rPr>
          <w:color w:val="228B22"/>
          <w:sz w:val="44"/>
        </w:rPr>
        <w:t>PROJECT STATUS REPORT TEMPLATE</w:t>
      </w:r>
    </w:p>
    <w:p w14:paraId="728B0980" w14:textId="77777777" w:rsidR="009958F8" w:rsidRPr="009958F8" w:rsidRDefault="009958F8" w:rsidP="009958F8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400"/>
        <w:gridCol w:w="5400"/>
      </w:tblGrid>
      <w:tr w:rsidR="00527BDC" w14:paraId="5528C52E" w14:textId="77777777">
        <w:tc>
          <w:tcPr>
            <w:tcW w:w="5400" w:type="dxa"/>
            <w:shd w:val="clear" w:color="auto" w:fill="E2FAD9"/>
          </w:tcPr>
          <w:p w14:paraId="2DF75A76" w14:textId="77777777" w:rsidR="00527BDC" w:rsidRDefault="00000000">
            <w:r>
              <w:t>Project Name:</w:t>
            </w:r>
          </w:p>
        </w:tc>
        <w:tc>
          <w:tcPr>
            <w:tcW w:w="5400" w:type="dxa"/>
            <w:shd w:val="clear" w:color="auto" w:fill="E2FAD9"/>
          </w:tcPr>
          <w:p w14:paraId="05562727" w14:textId="77777777" w:rsidR="00527BDC" w:rsidRDefault="00000000">
            <w:r>
              <w:t>_____________________________</w:t>
            </w:r>
          </w:p>
        </w:tc>
      </w:tr>
      <w:tr w:rsidR="00527BDC" w14:paraId="147D7C2A" w14:textId="77777777">
        <w:tc>
          <w:tcPr>
            <w:tcW w:w="5400" w:type="dxa"/>
            <w:shd w:val="clear" w:color="auto" w:fill="E2FAD9"/>
          </w:tcPr>
          <w:p w14:paraId="18215087" w14:textId="77777777" w:rsidR="00527BDC" w:rsidRDefault="00000000">
            <w:r>
              <w:t>Project Manager:</w:t>
            </w:r>
          </w:p>
        </w:tc>
        <w:tc>
          <w:tcPr>
            <w:tcW w:w="5400" w:type="dxa"/>
            <w:shd w:val="clear" w:color="auto" w:fill="E2FAD9"/>
          </w:tcPr>
          <w:p w14:paraId="511B0436" w14:textId="77777777" w:rsidR="00527BDC" w:rsidRDefault="00000000">
            <w:r>
              <w:t>_____________________________</w:t>
            </w:r>
          </w:p>
        </w:tc>
      </w:tr>
      <w:tr w:rsidR="00527BDC" w14:paraId="36A58C53" w14:textId="77777777">
        <w:tc>
          <w:tcPr>
            <w:tcW w:w="5400" w:type="dxa"/>
            <w:shd w:val="clear" w:color="auto" w:fill="E2FAD9"/>
          </w:tcPr>
          <w:p w14:paraId="2D1103FE" w14:textId="77777777" w:rsidR="00527BDC" w:rsidRDefault="00000000">
            <w:r>
              <w:t>Status Date:</w:t>
            </w:r>
          </w:p>
        </w:tc>
        <w:tc>
          <w:tcPr>
            <w:tcW w:w="5400" w:type="dxa"/>
            <w:shd w:val="clear" w:color="auto" w:fill="E2FAD9"/>
          </w:tcPr>
          <w:p w14:paraId="00D2EB9D" w14:textId="77777777" w:rsidR="00527BDC" w:rsidRDefault="00000000">
            <w:r>
              <w:t>_____________________________</w:t>
            </w:r>
          </w:p>
        </w:tc>
      </w:tr>
      <w:tr w:rsidR="00527BDC" w14:paraId="2F913BB0" w14:textId="77777777">
        <w:tc>
          <w:tcPr>
            <w:tcW w:w="5400" w:type="dxa"/>
            <w:shd w:val="clear" w:color="auto" w:fill="E2FAD9"/>
          </w:tcPr>
          <w:p w14:paraId="08051F07" w14:textId="77777777" w:rsidR="00527BDC" w:rsidRDefault="00000000">
            <w:r>
              <w:t>Project Phase:</w:t>
            </w:r>
          </w:p>
        </w:tc>
        <w:tc>
          <w:tcPr>
            <w:tcW w:w="5400" w:type="dxa"/>
            <w:shd w:val="clear" w:color="auto" w:fill="E2FAD9"/>
          </w:tcPr>
          <w:p w14:paraId="47840A70" w14:textId="77777777" w:rsidR="00527BDC" w:rsidRDefault="00000000">
            <w:r>
              <w:t>_____________________________</w:t>
            </w:r>
          </w:p>
        </w:tc>
      </w:tr>
      <w:tr w:rsidR="00527BDC" w14:paraId="0BA51264" w14:textId="77777777">
        <w:tc>
          <w:tcPr>
            <w:tcW w:w="5400" w:type="dxa"/>
            <w:shd w:val="clear" w:color="auto" w:fill="E2FAD9"/>
          </w:tcPr>
          <w:p w14:paraId="71AB8FF9" w14:textId="77777777" w:rsidR="00527BDC" w:rsidRDefault="00000000">
            <w:r>
              <w:t>Overall Status:</w:t>
            </w:r>
          </w:p>
        </w:tc>
        <w:tc>
          <w:tcPr>
            <w:tcW w:w="5400" w:type="dxa"/>
            <w:shd w:val="clear" w:color="auto" w:fill="E2FAD9"/>
          </w:tcPr>
          <w:p w14:paraId="5DBF36C5" w14:textId="77777777" w:rsidR="00527BDC" w:rsidRDefault="00000000">
            <w:r>
              <w:t>_____________________________</w:t>
            </w:r>
          </w:p>
        </w:tc>
      </w:tr>
      <w:tr w:rsidR="00527BDC" w14:paraId="4E8F2768" w14:textId="77777777">
        <w:tc>
          <w:tcPr>
            <w:tcW w:w="5400" w:type="dxa"/>
            <w:shd w:val="clear" w:color="auto" w:fill="E2FAD9"/>
          </w:tcPr>
          <w:p w14:paraId="56BF2C3E" w14:textId="519E8E77" w:rsidR="00527BDC" w:rsidRDefault="009958F8">
            <w:r>
              <w:t>Important</w:t>
            </w:r>
            <w:r w:rsidR="00000000">
              <w:t xml:space="preserve"> Highlights:</w:t>
            </w:r>
          </w:p>
        </w:tc>
        <w:tc>
          <w:tcPr>
            <w:tcW w:w="5400" w:type="dxa"/>
            <w:shd w:val="clear" w:color="auto" w:fill="E2FAD9"/>
          </w:tcPr>
          <w:p w14:paraId="7F111CEA" w14:textId="77777777" w:rsidR="00527BDC" w:rsidRDefault="00000000">
            <w:r>
              <w:t>1. ____________________________</w:t>
            </w:r>
            <w:r>
              <w:br/>
              <w:t>2. ____________________________</w:t>
            </w:r>
          </w:p>
        </w:tc>
      </w:tr>
    </w:tbl>
    <w:p w14:paraId="64E797EC" w14:textId="77777777" w:rsidR="00527BDC" w:rsidRDefault="00000000">
      <w:pPr>
        <w:pStyle w:val="Heading2"/>
      </w:pPr>
      <w:r>
        <w:br/>
        <w:t>KEY METRICS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600"/>
        <w:gridCol w:w="3600"/>
        <w:gridCol w:w="3600"/>
      </w:tblGrid>
      <w:tr w:rsidR="00527BDC" w14:paraId="4D613A39" w14:textId="77777777">
        <w:tc>
          <w:tcPr>
            <w:tcW w:w="3600" w:type="dxa"/>
            <w:shd w:val="clear" w:color="auto" w:fill="228B22"/>
          </w:tcPr>
          <w:p w14:paraId="23BC1C17" w14:textId="77777777" w:rsidR="00527BDC" w:rsidRDefault="00000000">
            <w:pPr>
              <w:jc w:val="center"/>
            </w:pPr>
            <w:r>
              <w:rPr>
                <w:b/>
                <w:color w:val="FFFFFF"/>
              </w:rPr>
              <w:t>Metric</w:t>
            </w:r>
          </w:p>
        </w:tc>
        <w:tc>
          <w:tcPr>
            <w:tcW w:w="3600" w:type="dxa"/>
            <w:shd w:val="clear" w:color="auto" w:fill="228B22"/>
          </w:tcPr>
          <w:p w14:paraId="028E72A7" w14:textId="77777777" w:rsidR="00527BDC" w:rsidRDefault="00000000">
            <w:pPr>
              <w:jc w:val="center"/>
            </w:pPr>
            <w:r>
              <w:rPr>
                <w:b/>
                <w:color w:val="FFFFFF"/>
              </w:rPr>
              <w:t>Planned</w:t>
            </w:r>
          </w:p>
        </w:tc>
        <w:tc>
          <w:tcPr>
            <w:tcW w:w="3600" w:type="dxa"/>
            <w:shd w:val="clear" w:color="auto" w:fill="228B22"/>
          </w:tcPr>
          <w:p w14:paraId="2DD13168" w14:textId="77777777" w:rsidR="00527BDC" w:rsidRDefault="00000000">
            <w:pPr>
              <w:jc w:val="center"/>
            </w:pPr>
            <w:r>
              <w:rPr>
                <w:b/>
                <w:color w:val="FFFFFF"/>
              </w:rPr>
              <w:t>Actual</w:t>
            </w:r>
          </w:p>
        </w:tc>
      </w:tr>
      <w:tr w:rsidR="00527BDC" w14:paraId="57E40806" w14:textId="77777777">
        <w:tc>
          <w:tcPr>
            <w:tcW w:w="3600" w:type="dxa"/>
          </w:tcPr>
          <w:p w14:paraId="26038C94" w14:textId="77777777" w:rsidR="00527BDC" w:rsidRDefault="00000000">
            <w:pPr>
              <w:jc w:val="center"/>
            </w:pPr>
            <w:r>
              <w:t>Metric 1</w:t>
            </w:r>
          </w:p>
        </w:tc>
        <w:tc>
          <w:tcPr>
            <w:tcW w:w="3600" w:type="dxa"/>
          </w:tcPr>
          <w:p w14:paraId="7134C482" w14:textId="77777777" w:rsidR="00527BDC" w:rsidRDefault="00000000">
            <w:pPr>
              <w:jc w:val="center"/>
            </w:pPr>
            <w:r>
              <w:t>Planned Value</w:t>
            </w:r>
          </w:p>
        </w:tc>
        <w:tc>
          <w:tcPr>
            <w:tcW w:w="3600" w:type="dxa"/>
          </w:tcPr>
          <w:p w14:paraId="106398A7" w14:textId="77777777" w:rsidR="00527BDC" w:rsidRDefault="00000000">
            <w:pPr>
              <w:jc w:val="center"/>
            </w:pPr>
            <w:r>
              <w:t>Actual Value</w:t>
            </w:r>
          </w:p>
        </w:tc>
      </w:tr>
      <w:tr w:rsidR="00527BDC" w14:paraId="766F89A6" w14:textId="77777777">
        <w:tc>
          <w:tcPr>
            <w:tcW w:w="3600" w:type="dxa"/>
          </w:tcPr>
          <w:p w14:paraId="6214A159" w14:textId="77777777" w:rsidR="00527BDC" w:rsidRDefault="00000000">
            <w:pPr>
              <w:jc w:val="center"/>
            </w:pPr>
            <w:r>
              <w:t>Metric 2</w:t>
            </w:r>
          </w:p>
        </w:tc>
        <w:tc>
          <w:tcPr>
            <w:tcW w:w="3600" w:type="dxa"/>
          </w:tcPr>
          <w:p w14:paraId="4C7EC4FF" w14:textId="77777777" w:rsidR="00527BDC" w:rsidRDefault="00000000">
            <w:pPr>
              <w:jc w:val="center"/>
            </w:pPr>
            <w:r>
              <w:t>Planned Value</w:t>
            </w:r>
          </w:p>
        </w:tc>
        <w:tc>
          <w:tcPr>
            <w:tcW w:w="3600" w:type="dxa"/>
          </w:tcPr>
          <w:p w14:paraId="36585988" w14:textId="77777777" w:rsidR="00527BDC" w:rsidRDefault="00000000">
            <w:pPr>
              <w:jc w:val="center"/>
            </w:pPr>
            <w:r>
              <w:t>Actual Value</w:t>
            </w:r>
          </w:p>
        </w:tc>
      </w:tr>
      <w:tr w:rsidR="00527BDC" w14:paraId="7C8862A8" w14:textId="77777777">
        <w:tc>
          <w:tcPr>
            <w:tcW w:w="3600" w:type="dxa"/>
          </w:tcPr>
          <w:p w14:paraId="30009DF1" w14:textId="77777777" w:rsidR="00527BDC" w:rsidRDefault="00000000">
            <w:pPr>
              <w:jc w:val="center"/>
            </w:pPr>
            <w:r>
              <w:t>Metric 3</w:t>
            </w:r>
          </w:p>
        </w:tc>
        <w:tc>
          <w:tcPr>
            <w:tcW w:w="3600" w:type="dxa"/>
          </w:tcPr>
          <w:p w14:paraId="22B7EAF6" w14:textId="77777777" w:rsidR="00527BDC" w:rsidRDefault="00000000">
            <w:pPr>
              <w:jc w:val="center"/>
            </w:pPr>
            <w:r>
              <w:t>Planned Value</w:t>
            </w:r>
          </w:p>
        </w:tc>
        <w:tc>
          <w:tcPr>
            <w:tcW w:w="3600" w:type="dxa"/>
          </w:tcPr>
          <w:p w14:paraId="04BDB2FE" w14:textId="77777777" w:rsidR="00527BDC" w:rsidRDefault="00000000">
            <w:pPr>
              <w:jc w:val="center"/>
            </w:pPr>
            <w:r>
              <w:t>Actual Value</w:t>
            </w:r>
          </w:p>
        </w:tc>
      </w:tr>
    </w:tbl>
    <w:p w14:paraId="173DC391" w14:textId="77777777" w:rsidR="00527BDC" w:rsidRDefault="00000000">
      <w:pPr>
        <w:pStyle w:val="Heading2"/>
      </w:pPr>
      <w:r>
        <w:br/>
        <w:t>RISKS AND ISSUES</w:t>
      </w:r>
    </w:p>
    <w:p w14:paraId="378440CE" w14:textId="77777777" w:rsidR="00527BDC" w:rsidRDefault="00000000">
      <w:r>
        <w:t>1. Risk/Issue Description: ____________________________</w:t>
      </w:r>
      <w:r>
        <w:br/>
        <w:t xml:space="preserve">   Mitigation/Resolution Plan: ____________________________</w:t>
      </w:r>
      <w:r>
        <w:br/>
      </w:r>
    </w:p>
    <w:p w14:paraId="67B70257" w14:textId="77777777" w:rsidR="00527BDC" w:rsidRDefault="00000000">
      <w:r>
        <w:t>2. Risk/Issue Description: ____________________________</w:t>
      </w:r>
      <w:r>
        <w:br/>
        <w:t xml:space="preserve">   Mitigation/Resolution Plan: ____________________________</w:t>
      </w:r>
      <w:r>
        <w:br/>
      </w:r>
    </w:p>
    <w:p w14:paraId="72E1A5D5" w14:textId="77777777" w:rsidR="00527BDC" w:rsidRDefault="00000000">
      <w:pPr>
        <w:pStyle w:val="Heading2"/>
      </w:pPr>
      <w:r>
        <w:br/>
        <w:t>NEXT STEPS</w:t>
      </w:r>
    </w:p>
    <w:p w14:paraId="55A3E19A" w14:textId="77777777" w:rsidR="00527BDC" w:rsidRDefault="00000000">
      <w:r>
        <w:t>1. ____________________________</w:t>
      </w:r>
      <w:r>
        <w:br/>
        <w:t>2. ____________________________</w:t>
      </w:r>
      <w:r>
        <w:br/>
        <w:t>3. ____________________________</w:t>
      </w:r>
    </w:p>
    <w:p w14:paraId="1857A2AA" w14:textId="77777777" w:rsidR="009958F8" w:rsidRDefault="009958F8"/>
    <w:sectPr w:rsidR="009958F8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31144421">
    <w:abstractNumId w:val="8"/>
  </w:num>
  <w:num w:numId="2" w16cid:durableId="1574731476">
    <w:abstractNumId w:val="6"/>
  </w:num>
  <w:num w:numId="3" w16cid:durableId="1282374080">
    <w:abstractNumId w:val="5"/>
  </w:num>
  <w:num w:numId="4" w16cid:durableId="804741912">
    <w:abstractNumId w:val="4"/>
  </w:num>
  <w:num w:numId="5" w16cid:durableId="233980176">
    <w:abstractNumId w:val="7"/>
  </w:num>
  <w:num w:numId="6" w16cid:durableId="1894078967">
    <w:abstractNumId w:val="3"/>
  </w:num>
  <w:num w:numId="7" w16cid:durableId="1275478771">
    <w:abstractNumId w:val="2"/>
  </w:num>
  <w:num w:numId="8" w16cid:durableId="374543280">
    <w:abstractNumId w:val="1"/>
  </w:num>
  <w:num w:numId="9" w16cid:durableId="1406106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27BDC"/>
    <w:rsid w:val="009958F8"/>
    <w:rsid w:val="00AA1D8D"/>
    <w:rsid w:val="00B47730"/>
    <w:rsid w:val="00BC70F4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E7CF019"/>
  <w14:defaultImageDpi w14:val="300"/>
  <w15:docId w15:val="{5226C5F0-B2C9-9248-8B92-8C8B501B9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Liza Obrevko</cp:lastModifiedBy>
  <cp:revision>2</cp:revision>
  <dcterms:created xsi:type="dcterms:W3CDTF">2013-12-23T23:15:00Z</dcterms:created>
  <dcterms:modified xsi:type="dcterms:W3CDTF">2024-12-18T11:15:00Z</dcterms:modified>
  <cp:category/>
</cp:coreProperties>
</file>