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C122AF" w14:textId="77777777" w:rsidR="000D2944" w:rsidRPr="008468A5" w:rsidRDefault="00000000">
      <w:pPr>
        <w:pStyle w:val="Heading1"/>
        <w:jc w:val="center"/>
        <w:rPr>
          <w:color w:val="000000" w:themeColor="text1"/>
        </w:rPr>
      </w:pPr>
      <w:r w:rsidRPr="008468A5">
        <w:rPr>
          <w:color w:val="000000" w:themeColor="text1"/>
          <w:sz w:val="44"/>
        </w:rPr>
        <w:t>PROJECT CLOSURE REPORT</w:t>
      </w:r>
    </w:p>
    <w:p w14:paraId="5F5C8DC8" w14:textId="77777777" w:rsidR="000D2944" w:rsidRPr="008468A5" w:rsidRDefault="00000000">
      <w:pPr>
        <w:pStyle w:val="Heading2"/>
        <w:rPr>
          <w:sz w:val="30"/>
          <w:szCs w:val="30"/>
        </w:rPr>
      </w:pPr>
      <w:r>
        <w:br/>
      </w:r>
      <w:r w:rsidRPr="008468A5">
        <w:rPr>
          <w:color w:val="000000" w:themeColor="text1"/>
          <w:sz w:val="30"/>
          <w:szCs w:val="30"/>
        </w:rPr>
        <w:t>PROJECT DETAILS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0D2944" w14:paraId="0DE1F029" w14:textId="77777777">
        <w:tc>
          <w:tcPr>
            <w:tcW w:w="5400" w:type="dxa"/>
            <w:shd w:val="clear" w:color="auto" w:fill="C5CAE9"/>
          </w:tcPr>
          <w:p w14:paraId="7CB81562" w14:textId="77777777" w:rsidR="000D2944" w:rsidRDefault="00000000">
            <w:r>
              <w:rPr>
                <w:b/>
                <w:color w:val="000000"/>
              </w:rPr>
              <w:t>Project Name:</w:t>
            </w:r>
          </w:p>
        </w:tc>
        <w:tc>
          <w:tcPr>
            <w:tcW w:w="5400" w:type="dxa"/>
          </w:tcPr>
          <w:p w14:paraId="3D1947BD" w14:textId="77777777" w:rsidR="000D2944" w:rsidRDefault="00000000">
            <w:r>
              <w:t>__________________________________________</w:t>
            </w:r>
          </w:p>
        </w:tc>
      </w:tr>
      <w:tr w:rsidR="000D2944" w14:paraId="603C5D3A" w14:textId="77777777">
        <w:tc>
          <w:tcPr>
            <w:tcW w:w="5400" w:type="dxa"/>
            <w:shd w:val="clear" w:color="auto" w:fill="C5CAE9"/>
          </w:tcPr>
          <w:p w14:paraId="2FC707D9" w14:textId="77777777" w:rsidR="000D2944" w:rsidRDefault="00000000">
            <w:r>
              <w:rPr>
                <w:b/>
                <w:color w:val="000000"/>
              </w:rPr>
              <w:t>Project Manager:</w:t>
            </w:r>
          </w:p>
        </w:tc>
        <w:tc>
          <w:tcPr>
            <w:tcW w:w="5400" w:type="dxa"/>
          </w:tcPr>
          <w:p w14:paraId="0184D718" w14:textId="77777777" w:rsidR="000D2944" w:rsidRDefault="00000000">
            <w:r>
              <w:t>__________________________________________</w:t>
            </w:r>
          </w:p>
        </w:tc>
      </w:tr>
      <w:tr w:rsidR="000D2944" w14:paraId="194270D3" w14:textId="77777777">
        <w:tc>
          <w:tcPr>
            <w:tcW w:w="5400" w:type="dxa"/>
            <w:shd w:val="clear" w:color="auto" w:fill="C5CAE9"/>
          </w:tcPr>
          <w:p w14:paraId="06D16C0B" w14:textId="77777777" w:rsidR="000D2944" w:rsidRDefault="00000000">
            <w:r>
              <w:rPr>
                <w:b/>
                <w:color w:val="000000"/>
              </w:rPr>
              <w:t>Project Start Date:</w:t>
            </w:r>
          </w:p>
        </w:tc>
        <w:tc>
          <w:tcPr>
            <w:tcW w:w="5400" w:type="dxa"/>
          </w:tcPr>
          <w:p w14:paraId="2B2A8524" w14:textId="77777777" w:rsidR="000D2944" w:rsidRDefault="00000000">
            <w:r>
              <w:t>__________________________________________</w:t>
            </w:r>
          </w:p>
        </w:tc>
      </w:tr>
      <w:tr w:rsidR="000D2944" w14:paraId="1EE49F0B" w14:textId="77777777">
        <w:tc>
          <w:tcPr>
            <w:tcW w:w="5400" w:type="dxa"/>
            <w:shd w:val="clear" w:color="auto" w:fill="C5CAE9"/>
          </w:tcPr>
          <w:p w14:paraId="24EF11B7" w14:textId="77777777" w:rsidR="000D2944" w:rsidRDefault="00000000">
            <w:r>
              <w:rPr>
                <w:b/>
                <w:color w:val="000000"/>
              </w:rPr>
              <w:t>Project End Date:</w:t>
            </w:r>
          </w:p>
        </w:tc>
        <w:tc>
          <w:tcPr>
            <w:tcW w:w="5400" w:type="dxa"/>
          </w:tcPr>
          <w:p w14:paraId="028762C4" w14:textId="77777777" w:rsidR="000D2944" w:rsidRDefault="00000000">
            <w:r>
              <w:t>__________________________________________</w:t>
            </w:r>
          </w:p>
        </w:tc>
      </w:tr>
      <w:tr w:rsidR="000D2944" w14:paraId="3E27FE64" w14:textId="77777777">
        <w:tc>
          <w:tcPr>
            <w:tcW w:w="5400" w:type="dxa"/>
            <w:shd w:val="clear" w:color="auto" w:fill="C5CAE9"/>
          </w:tcPr>
          <w:p w14:paraId="43B6386C" w14:textId="77777777" w:rsidR="000D2944" w:rsidRDefault="00000000">
            <w:r>
              <w:rPr>
                <w:b/>
                <w:color w:val="000000"/>
              </w:rPr>
              <w:t>Project Objectives Achieved:</w:t>
            </w:r>
          </w:p>
        </w:tc>
        <w:tc>
          <w:tcPr>
            <w:tcW w:w="5400" w:type="dxa"/>
          </w:tcPr>
          <w:p w14:paraId="409F6665" w14:textId="77777777" w:rsidR="000D2944" w:rsidRDefault="00000000">
            <w:r>
              <w:t>__________________________________________</w:t>
            </w:r>
          </w:p>
        </w:tc>
      </w:tr>
    </w:tbl>
    <w:p w14:paraId="4FAA52E3" w14:textId="543AA9F4" w:rsidR="008468A5" w:rsidRPr="008468A5" w:rsidRDefault="00000000" w:rsidP="008468A5">
      <w:pPr>
        <w:pStyle w:val="Heading2"/>
        <w:rPr>
          <w:color w:val="000000" w:themeColor="text1"/>
          <w:sz w:val="30"/>
          <w:szCs w:val="30"/>
        </w:rPr>
      </w:pPr>
      <w:r>
        <w:br/>
      </w:r>
      <w:r w:rsidRPr="008468A5">
        <w:rPr>
          <w:color w:val="000000" w:themeColor="text1"/>
          <w:sz w:val="30"/>
          <w:szCs w:val="30"/>
        </w:rPr>
        <w:t>KEY DELIVERABLES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00"/>
        <w:gridCol w:w="3600"/>
        <w:gridCol w:w="4320"/>
      </w:tblGrid>
      <w:tr w:rsidR="000D2944" w14:paraId="2FE33E12" w14:textId="77777777" w:rsidTr="008468A5">
        <w:trPr>
          <w:trHeight w:val="256"/>
        </w:trPr>
        <w:tc>
          <w:tcPr>
            <w:tcW w:w="3600" w:type="dxa"/>
            <w:shd w:val="clear" w:color="auto" w:fill="7986CB"/>
          </w:tcPr>
          <w:p w14:paraId="6DF4375D" w14:textId="77777777" w:rsidR="000D2944" w:rsidRDefault="00000000">
            <w:pPr>
              <w:jc w:val="center"/>
            </w:pPr>
            <w:r>
              <w:rPr>
                <w:b/>
                <w:color w:val="FFFFFF"/>
              </w:rPr>
              <w:t>Deliverable Name</w:t>
            </w:r>
          </w:p>
        </w:tc>
        <w:tc>
          <w:tcPr>
            <w:tcW w:w="3600" w:type="dxa"/>
            <w:shd w:val="clear" w:color="auto" w:fill="7986CB"/>
          </w:tcPr>
          <w:p w14:paraId="4CFCEF68" w14:textId="77777777" w:rsidR="000D2944" w:rsidRDefault="00000000">
            <w:pPr>
              <w:jc w:val="center"/>
            </w:pPr>
            <w:r>
              <w:rPr>
                <w:b/>
                <w:color w:val="FFFFFF"/>
              </w:rPr>
              <w:t>Completion Date</w:t>
            </w:r>
          </w:p>
        </w:tc>
        <w:tc>
          <w:tcPr>
            <w:tcW w:w="3600" w:type="dxa"/>
            <w:shd w:val="clear" w:color="auto" w:fill="7986CB"/>
          </w:tcPr>
          <w:p w14:paraId="1E7955F4" w14:textId="77777777" w:rsidR="000D2944" w:rsidRDefault="00000000">
            <w:pPr>
              <w:jc w:val="center"/>
            </w:pPr>
            <w:r>
              <w:rPr>
                <w:b/>
                <w:color w:val="FFFFFF"/>
              </w:rPr>
              <w:t>Comments</w:t>
            </w:r>
          </w:p>
        </w:tc>
      </w:tr>
      <w:tr w:rsidR="000D2944" w14:paraId="3EACD411" w14:textId="77777777">
        <w:tc>
          <w:tcPr>
            <w:tcW w:w="3600" w:type="dxa"/>
          </w:tcPr>
          <w:p w14:paraId="3BD0F681" w14:textId="77777777" w:rsidR="000D2944" w:rsidRDefault="00000000">
            <w:pPr>
              <w:jc w:val="center"/>
            </w:pPr>
            <w:r>
              <w:t>Deliverable Title</w:t>
            </w:r>
          </w:p>
        </w:tc>
        <w:tc>
          <w:tcPr>
            <w:tcW w:w="3600" w:type="dxa"/>
          </w:tcPr>
          <w:p w14:paraId="5A8D9505" w14:textId="77777777" w:rsidR="000D2944" w:rsidRDefault="00000000">
            <w:pPr>
              <w:jc w:val="center"/>
            </w:pPr>
            <w:r>
              <w:t>MM/DD/YYYY</w:t>
            </w:r>
          </w:p>
        </w:tc>
        <w:tc>
          <w:tcPr>
            <w:tcW w:w="4320" w:type="dxa"/>
          </w:tcPr>
          <w:p w14:paraId="049AB8B6" w14:textId="77777777" w:rsidR="000D2944" w:rsidRDefault="00000000">
            <w:pPr>
              <w:jc w:val="center"/>
            </w:pPr>
            <w:r>
              <w:t>Completed/Outstanding</w:t>
            </w:r>
          </w:p>
        </w:tc>
      </w:tr>
      <w:tr w:rsidR="000D2944" w14:paraId="6D7B56F7" w14:textId="77777777">
        <w:tc>
          <w:tcPr>
            <w:tcW w:w="3600" w:type="dxa"/>
          </w:tcPr>
          <w:p w14:paraId="075061A0" w14:textId="77777777" w:rsidR="000D2944" w:rsidRDefault="00000000">
            <w:pPr>
              <w:jc w:val="center"/>
            </w:pPr>
            <w:r>
              <w:t>Deliverable Title</w:t>
            </w:r>
          </w:p>
        </w:tc>
        <w:tc>
          <w:tcPr>
            <w:tcW w:w="3600" w:type="dxa"/>
          </w:tcPr>
          <w:p w14:paraId="31BDFB9C" w14:textId="77777777" w:rsidR="000D2944" w:rsidRDefault="00000000">
            <w:pPr>
              <w:jc w:val="center"/>
            </w:pPr>
            <w:r>
              <w:t>MM/DD/YYYY</w:t>
            </w:r>
          </w:p>
        </w:tc>
        <w:tc>
          <w:tcPr>
            <w:tcW w:w="4320" w:type="dxa"/>
          </w:tcPr>
          <w:p w14:paraId="606A6A42" w14:textId="77777777" w:rsidR="000D2944" w:rsidRDefault="00000000">
            <w:pPr>
              <w:jc w:val="center"/>
            </w:pPr>
            <w:r>
              <w:t>Completed/Outstanding</w:t>
            </w:r>
          </w:p>
        </w:tc>
      </w:tr>
      <w:tr w:rsidR="000D2944" w14:paraId="01AADE3E" w14:textId="77777777">
        <w:tc>
          <w:tcPr>
            <w:tcW w:w="3600" w:type="dxa"/>
          </w:tcPr>
          <w:p w14:paraId="2FC43EA3" w14:textId="77777777" w:rsidR="000D2944" w:rsidRDefault="00000000">
            <w:pPr>
              <w:jc w:val="center"/>
            </w:pPr>
            <w:r>
              <w:t>Deliverable Title</w:t>
            </w:r>
          </w:p>
        </w:tc>
        <w:tc>
          <w:tcPr>
            <w:tcW w:w="3600" w:type="dxa"/>
          </w:tcPr>
          <w:p w14:paraId="16A3C544" w14:textId="77777777" w:rsidR="000D2944" w:rsidRDefault="00000000">
            <w:pPr>
              <w:jc w:val="center"/>
            </w:pPr>
            <w:r>
              <w:t>MM/DD/YYYY</w:t>
            </w:r>
          </w:p>
        </w:tc>
        <w:tc>
          <w:tcPr>
            <w:tcW w:w="4320" w:type="dxa"/>
          </w:tcPr>
          <w:p w14:paraId="23D37136" w14:textId="77777777" w:rsidR="000D2944" w:rsidRDefault="00000000">
            <w:pPr>
              <w:jc w:val="center"/>
            </w:pPr>
            <w:r>
              <w:t>Completed/Outstanding</w:t>
            </w:r>
          </w:p>
        </w:tc>
      </w:tr>
      <w:tr w:rsidR="000D2944" w14:paraId="2BB7D6D9" w14:textId="77777777">
        <w:tc>
          <w:tcPr>
            <w:tcW w:w="3600" w:type="dxa"/>
          </w:tcPr>
          <w:p w14:paraId="131C97CA" w14:textId="77777777" w:rsidR="000D2944" w:rsidRDefault="00000000">
            <w:pPr>
              <w:jc w:val="center"/>
            </w:pPr>
            <w:r>
              <w:t>Deliverable Title</w:t>
            </w:r>
          </w:p>
        </w:tc>
        <w:tc>
          <w:tcPr>
            <w:tcW w:w="3600" w:type="dxa"/>
          </w:tcPr>
          <w:p w14:paraId="4AF7DAC1" w14:textId="77777777" w:rsidR="000D2944" w:rsidRDefault="00000000">
            <w:pPr>
              <w:jc w:val="center"/>
            </w:pPr>
            <w:r>
              <w:t>MM/DD/YYYY</w:t>
            </w:r>
          </w:p>
        </w:tc>
        <w:tc>
          <w:tcPr>
            <w:tcW w:w="4320" w:type="dxa"/>
          </w:tcPr>
          <w:p w14:paraId="218FFBB3" w14:textId="77777777" w:rsidR="000D2944" w:rsidRDefault="00000000">
            <w:pPr>
              <w:jc w:val="center"/>
            </w:pPr>
            <w:r>
              <w:t>Completed/Outstanding</w:t>
            </w:r>
          </w:p>
        </w:tc>
      </w:tr>
      <w:tr w:rsidR="000D2944" w14:paraId="498CC338" w14:textId="77777777">
        <w:tc>
          <w:tcPr>
            <w:tcW w:w="3600" w:type="dxa"/>
          </w:tcPr>
          <w:p w14:paraId="46BA0DFC" w14:textId="77777777" w:rsidR="000D2944" w:rsidRDefault="00000000">
            <w:pPr>
              <w:jc w:val="center"/>
            </w:pPr>
            <w:r>
              <w:t>Deliverable Title</w:t>
            </w:r>
          </w:p>
        </w:tc>
        <w:tc>
          <w:tcPr>
            <w:tcW w:w="3600" w:type="dxa"/>
          </w:tcPr>
          <w:p w14:paraId="6AB75D80" w14:textId="77777777" w:rsidR="000D2944" w:rsidRDefault="00000000">
            <w:pPr>
              <w:jc w:val="center"/>
            </w:pPr>
            <w:r>
              <w:t>MM/DD/YYYY</w:t>
            </w:r>
          </w:p>
        </w:tc>
        <w:tc>
          <w:tcPr>
            <w:tcW w:w="4320" w:type="dxa"/>
          </w:tcPr>
          <w:p w14:paraId="178AF95B" w14:textId="77777777" w:rsidR="000D2944" w:rsidRDefault="00000000">
            <w:pPr>
              <w:jc w:val="center"/>
            </w:pPr>
            <w:r>
              <w:t>Completed/Outstanding</w:t>
            </w:r>
          </w:p>
        </w:tc>
      </w:tr>
    </w:tbl>
    <w:p w14:paraId="382A06CC" w14:textId="77777777" w:rsidR="000D2944" w:rsidRDefault="00000000">
      <w:pPr>
        <w:pStyle w:val="Heading2"/>
      </w:pPr>
      <w:r>
        <w:br/>
      </w:r>
      <w:r w:rsidRPr="008468A5">
        <w:rPr>
          <w:color w:val="000000" w:themeColor="text1"/>
        </w:rPr>
        <w:t>LESSONS LEARNED</w:t>
      </w:r>
    </w:p>
    <w:p w14:paraId="3F539694" w14:textId="2FD78274" w:rsidR="000D2944" w:rsidRDefault="00000000">
      <w:r>
        <w:t>______________________________________________________________________</w:t>
      </w:r>
      <w:r>
        <w:br/>
        <w:t>______________________________________________________________________</w:t>
      </w:r>
      <w:r>
        <w:br/>
      </w:r>
    </w:p>
    <w:p w14:paraId="04C476C6" w14:textId="77777777" w:rsidR="000D2944" w:rsidRDefault="00000000">
      <w:pPr>
        <w:pStyle w:val="Heading2"/>
      </w:pPr>
      <w:r>
        <w:br/>
      </w:r>
      <w:r w:rsidRPr="008468A5">
        <w:rPr>
          <w:color w:val="000000" w:themeColor="text1"/>
        </w:rPr>
        <w:t>RECOMMENDATIONS</w:t>
      </w:r>
    </w:p>
    <w:p w14:paraId="000D3697" w14:textId="5288130F" w:rsidR="000D2944" w:rsidRDefault="00000000">
      <w:r>
        <w:t>______________________________________________________________________</w:t>
      </w:r>
      <w:r>
        <w:br/>
        <w:t>_____________________________________________________________________</w:t>
      </w:r>
      <w:r>
        <w:br/>
      </w:r>
      <w:r>
        <w:br/>
      </w:r>
    </w:p>
    <w:p w14:paraId="15F3FC3A" w14:textId="77777777" w:rsidR="000D2944" w:rsidRDefault="00000000">
      <w:pPr>
        <w:pStyle w:val="Heading2"/>
      </w:pPr>
      <w:r>
        <w:br/>
      </w:r>
      <w:r w:rsidRPr="008468A5">
        <w:rPr>
          <w:color w:val="000000" w:themeColor="text1"/>
        </w:rPr>
        <w:t>SIGN-OFF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0D2944" w14:paraId="46B79A70" w14:textId="77777777">
        <w:tc>
          <w:tcPr>
            <w:tcW w:w="5400" w:type="dxa"/>
          </w:tcPr>
          <w:p w14:paraId="4C1FE77B" w14:textId="77777777" w:rsidR="000D2944" w:rsidRDefault="00000000">
            <w:r>
              <w:rPr>
                <w:b/>
              </w:rPr>
              <w:t>Prepared By:</w:t>
            </w:r>
          </w:p>
        </w:tc>
        <w:tc>
          <w:tcPr>
            <w:tcW w:w="5400" w:type="dxa"/>
          </w:tcPr>
          <w:p w14:paraId="7F0039D5" w14:textId="77777777" w:rsidR="000D2944" w:rsidRDefault="00000000">
            <w:r>
              <w:t>__________________________________________</w:t>
            </w:r>
          </w:p>
        </w:tc>
      </w:tr>
      <w:tr w:rsidR="000D2944" w14:paraId="63DB7FC6" w14:textId="77777777">
        <w:tc>
          <w:tcPr>
            <w:tcW w:w="5400" w:type="dxa"/>
          </w:tcPr>
          <w:p w14:paraId="0CAC907C" w14:textId="77777777" w:rsidR="000D2944" w:rsidRDefault="00000000">
            <w:r>
              <w:rPr>
                <w:b/>
              </w:rPr>
              <w:t>Date:</w:t>
            </w:r>
          </w:p>
        </w:tc>
        <w:tc>
          <w:tcPr>
            <w:tcW w:w="5400" w:type="dxa"/>
          </w:tcPr>
          <w:p w14:paraId="532F97B3" w14:textId="77777777" w:rsidR="000D2944" w:rsidRDefault="00000000">
            <w:r>
              <w:t>__________________________________________</w:t>
            </w:r>
          </w:p>
        </w:tc>
      </w:tr>
    </w:tbl>
    <w:p w14:paraId="76C1AF49" w14:textId="77777777" w:rsidR="00F324B2" w:rsidRDefault="00F324B2"/>
    <w:sectPr w:rsidR="00F324B2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5608699">
    <w:abstractNumId w:val="8"/>
  </w:num>
  <w:num w:numId="2" w16cid:durableId="576591467">
    <w:abstractNumId w:val="6"/>
  </w:num>
  <w:num w:numId="3" w16cid:durableId="1486119723">
    <w:abstractNumId w:val="5"/>
  </w:num>
  <w:num w:numId="4" w16cid:durableId="627323395">
    <w:abstractNumId w:val="4"/>
  </w:num>
  <w:num w:numId="5" w16cid:durableId="2099790244">
    <w:abstractNumId w:val="7"/>
  </w:num>
  <w:num w:numId="6" w16cid:durableId="2084718733">
    <w:abstractNumId w:val="3"/>
  </w:num>
  <w:num w:numId="7" w16cid:durableId="1682121358">
    <w:abstractNumId w:val="2"/>
  </w:num>
  <w:num w:numId="8" w16cid:durableId="1123689214">
    <w:abstractNumId w:val="1"/>
  </w:num>
  <w:num w:numId="9" w16cid:durableId="199421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2944"/>
    <w:rsid w:val="0015074B"/>
    <w:rsid w:val="0029639D"/>
    <w:rsid w:val="00326F90"/>
    <w:rsid w:val="00425638"/>
    <w:rsid w:val="00481FED"/>
    <w:rsid w:val="008468A5"/>
    <w:rsid w:val="00AA1D8D"/>
    <w:rsid w:val="00B47730"/>
    <w:rsid w:val="00BC70F4"/>
    <w:rsid w:val="00CB0664"/>
    <w:rsid w:val="00F324B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9209108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3</cp:revision>
  <dcterms:created xsi:type="dcterms:W3CDTF">2013-12-23T23:15:00Z</dcterms:created>
  <dcterms:modified xsi:type="dcterms:W3CDTF">2024-12-18T21:51:00Z</dcterms:modified>
  <cp:category/>
</cp:coreProperties>
</file>